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3BAA3D" w14:textId="52CC973D" w:rsidR="00F9597E" w:rsidRDefault="008D48C1" w:rsidP="00CE1848">
      <w:pPr>
        <w:spacing w:after="40"/>
        <w:jc w:val="center"/>
      </w:pPr>
      <w:r>
        <w:rPr>
          <w:b/>
          <w:color w:val="1E4664"/>
          <w:sz w:val="36"/>
        </w:rPr>
        <w:t xml:space="preserve">WEB SİTESİ </w:t>
      </w:r>
      <w:r w:rsidR="00000000">
        <w:rPr>
          <w:b/>
          <w:color w:val="1E4664"/>
          <w:sz w:val="36"/>
        </w:rPr>
        <w:t>YAYIN FORMU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213"/>
        <w:gridCol w:w="5213"/>
      </w:tblGrid>
      <w:tr w:rsidR="00F9597E" w14:paraId="489FD9AC" w14:textId="77777777">
        <w:trPr>
          <w:jc w:val="center"/>
        </w:trPr>
        <w:tc>
          <w:tcPr>
            <w:tcW w:w="5213" w:type="dxa"/>
            <w:tcBorders>
              <w:top w:val="single" w:sz="7" w:space="0" w:color="C9D3DC"/>
              <w:left w:val="single" w:sz="7" w:space="0" w:color="C9D3DC"/>
              <w:bottom w:val="single" w:sz="7" w:space="0" w:color="C9D3DC"/>
              <w:right w:val="single" w:sz="7" w:space="0" w:color="C9D3DC"/>
            </w:tcBorders>
            <w:shd w:val="clear" w:color="auto" w:fill="F7F9FB"/>
            <w:tcMar>
              <w:top w:w="95" w:type="dxa"/>
              <w:left w:w="120" w:type="dxa"/>
              <w:bottom w:w="95" w:type="dxa"/>
              <w:right w:w="120" w:type="dxa"/>
            </w:tcMar>
          </w:tcPr>
          <w:p w14:paraId="4AFEC0D3" w14:textId="0214E558" w:rsidR="00F9597E" w:rsidRDefault="00000000">
            <w:pPr>
              <w:spacing w:after="0"/>
            </w:pPr>
            <w:proofErr w:type="spellStart"/>
            <w:r>
              <w:rPr>
                <w:b/>
              </w:rPr>
              <w:t>Yayın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Türü</w:t>
            </w:r>
            <w:proofErr w:type="spellEnd"/>
            <w:r w:rsidR="00CE1848">
              <w:rPr>
                <w:b/>
              </w:rPr>
              <w:t xml:space="preserve"> </w:t>
            </w:r>
            <w:r w:rsidR="00CE1848" w:rsidRPr="00CE1848">
              <w:rPr>
                <w:bCs/>
                <w:i/>
                <w:iCs/>
              </w:rPr>
              <w:t>(</w:t>
            </w:r>
            <w:proofErr w:type="spellStart"/>
            <w:r w:rsidR="00CE1848" w:rsidRPr="00CE1848">
              <w:rPr>
                <w:bCs/>
                <w:i/>
                <w:iCs/>
              </w:rPr>
              <w:t>Mutlaka</w:t>
            </w:r>
            <w:proofErr w:type="spellEnd"/>
            <w:r w:rsidR="00CE1848" w:rsidRPr="00CE1848">
              <w:rPr>
                <w:bCs/>
                <w:i/>
                <w:iCs/>
              </w:rPr>
              <w:t xml:space="preserve"> </w:t>
            </w:r>
            <w:proofErr w:type="spellStart"/>
            <w:r w:rsidR="00CE1848" w:rsidRPr="00CE1848">
              <w:rPr>
                <w:bCs/>
                <w:i/>
                <w:iCs/>
              </w:rPr>
              <w:t>seçim</w:t>
            </w:r>
            <w:proofErr w:type="spellEnd"/>
            <w:r w:rsidR="00CE1848" w:rsidRPr="00CE1848">
              <w:rPr>
                <w:bCs/>
                <w:i/>
                <w:iCs/>
              </w:rPr>
              <w:t xml:space="preserve"> </w:t>
            </w:r>
            <w:proofErr w:type="spellStart"/>
            <w:r w:rsidR="00CE1848" w:rsidRPr="00CE1848">
              <w:rPr>
                <w:bCs/>
                <w:i/>
                <w:iCs/>
              </w:rPr>
              <w:t>yapınız</w:t>
            </w:r>
            <w:proofErr w:type="spellEnd"/>
            <w:r w:rsidR="00CE1848" w:rsidRPr="00CE1848">
              <w:rPr>
                <w:bCs/>
                <w:i/>
                <w:iCs/>
              </w:rPr>
              <w:t>.!)</w:t>
            </w:r>
            <w:r w:rsidR="00CE1848" w:rsidRPr="00CE1848">
              <w:rPr>
                <w:b/>
              </w:rPr>
              <w:t xml:space="preserve"> :</w:t>
            </w:r>
          </w:p>
        </w:tc>
        <w:tc>
          <w:tcPr>
            <w:tcW w:w="5213" w:type="dxa"/>
            <w:tcBorders>
              <w:top w:val="single" w:sz="7" w:space="0" w:color="C9D3DC"/>
              <w:left w:val="single" w:sz="7" w:space="0" w:color="C9D3DC"/>
              <w:bottom w:val="single" w:sz="7" w:space="0" w:color="C9D3DC"/>
              <w:right w:val="single" w:sz="7" w:space="0" w:color="C9D3DC"/>
            </w:tcBorders>
            <w:tcMar>
              <w:top w:w="95" w:type="dxa"/>
              <w:left w:w="120" w:type="dxa"/>
              <w:bottom w:w="95" w:type="dxa"/>
              <w:right w:w="120" w:type="dxa"/>
            </w:tcMar>
          </w:tcPr>
          <w:p w14:paraId="2A383040" w14:textId="2FA93543" w:rsidR="00F9597E" w:rsidRDefault="00CE1848">
            <w:pPr>
              <w:spacing w:after="0"/>
            </w:pPr>
            <w:proofErr w:type="gramStart"/>
            <w:r>
              <w:t>(  )</w:t>
            </w:r>
            <w:proofErr w:type="spellStart"/>
            <w:proofErr w:type="gramEnd"/>
            <w:r w:rsidR="00000000">
              <w:t>Etkinlik</w:t>
            </w:r>
            <w:proofErr w:type="spellEnd"/>
            <w:r>
              <w:t xml:space="preserve">    </w:t>
            </w:r>
            <w:proofErr w:type="gramStart"/>
            <w:r>
              <w:t xml:space="preserve"> </w:t>
            </w:r>
            <w:r w:rsidR="00000000">
              <w:t xml:space="preserve">  </w:t>
            </w:r>
            <w:r>
              <w:t>(  )</w:t>
            </w:r>
            <w:r w:rsidR="00000000">
              <w:t>Haber</w:t>
            </w:r>
            <w:proofErr w:type="gramEnd"/>
            <w:r w:rsidR="00000000">
              <w:t xml:space="preserve">  </w:t>
            </w:r>
            <w:r>
              <w:t xml:space="preserve">   </w:t>
            </w:r>
            <w:proofErr w:type="gramStart"/>
            <w:r>
              <w:t xml:space="preserve">   </w:t>
            </w:r>
            <w:r>
              <w:t>(  )</w:t>
            </w:r>
            <w:proofErr w:type="spellStart"/>
            <w:r w:rsidR="00000000">
              <w:t>Duyuru</w:t>
            </w:r>
            <w:proofErr w:type="spellEnd"/>
            <w:proofErr w:type="gramEnd"/>
          </w:p>
        </w:tc>
      </w:tr>
      <w:tr w:rsidR="00F9597E" w14:paraId="7C9894F9" w14:textId="77777777">
        <w:trPr>
          <w:jc w:val="center"/>
        </w:trPr>
        <w:tc>
          <w:tcPr>
            <w:tcW w:w="5213" w:type="dxa"/>
            <w:tcBorders>
              <w:top w:val="single" w:sz="7" w:space="0" w:color="C9D3DC"/>
              <w:left w:val="single" w:sz="7" w:space="0" w:color="C9D3DC"/>
              <w:bottom w:val="single" w:sz="7" w:space="0" w:color="C9D3DC"/>
              <w:right w:val="single" w:sz="7" w:space="0" w:color="C9D3DC"/>
            </w:tcBorders>
            <w:shd w:val="clear" w:color="auto" w:fill="F7F9FB"/>
            <w:tcMar>
              <w:top w:w="95" w:type="dxa"/>
              <w:left w:w="120" w:type="dxa"/>
              <w:bottom w:w="95" w:type="dxa"/>
              <w:right w:w="120" w:type="dxa"/>
            </w:tcMar>
          </w:tcPr>
          <w:p w14:paraId="376E6DD5" w14:textId="7CAB005A" w:rsidR="00F9597E" w:rsidRDefault="00000000">
            <w:pPr>
              <w:spacing w:after="0"/>
            </w:pPr>
            <w:proofErr w:type="spellStart"/>
            <w:r>
              <w:rPr>
                <w:b/>
              </w:rPr>
              <w:t>Yayın</w:t>
            </w:r>
            <w:proofErr w:type="spellEnd"/>
            <w:r>
              <w:rPr>
                <w:b/>
              </w:rPr>
              <w:t xml:space="preserve"> Tarihi</w:t>
            </w:r>
            <w:r w:rsidR="00CE1848">
              <w:rPr>
                <w:b/>
              </w:rPr>
              <w:t>:</w:t>
            </w:r>
          </w:p>
        </w:tc>
        <w:tc>
          <w:tcPr>
            <w:tcW w:w="5213" w:type="dxa"/>
            <w:tcBorders>
              <w:top w:val="single" w:sz="7" w:space="0" w:color="C9D3DC"/>
              <w:left w:val="single" w:sz="7" w:space="0" w:color="C9D3DC"/>
              <w:bottom w:val="single" w:sz="7" w:space="0" w:color="C9D3DC"/>
              <w:right w:val="single" w:sz="7" w:space="0" w:color="C9D3DC"/>
            </w:tcBorders>
            <w:tcMar>
              <w:top w:w="95" w:type="dxa"/>
              <w:left w:w="120" w:type="dxa"/>
              <w:bottom w:w="95" w:type="dxa"/>
              <w:right w:w="120" w:type="dxa"/>
            </w:tcMar>
          </w:tcPr>
          <w:p w14:paraId="22784FC2" w14:textId="77777777" w:rsidR="00F9597E" w:rsidRDefault="00000000">
            <w:pPr>
              <w:spacing w:after="0"/>
            </w:pPr>
            <w:r>
              <w:t>[GG.</w:t>
            </w:r>
            <w:proofErr w:type="gramStart"/>
            <w:r>
              <w:t>AA.YYYY</w:t>
            </w:r>
            <w:proofErr w:type="gramEnd"/>
            <w:r>
              <w:t>]</w:t>
            </w:r>
          </w:p>
        </w:tc>
      </w:tr>
    </w:tbl>
    <w:p w14:paraId="049809F3" w14:textId="77777777" w:rsidR="00F9597E" w:rsidRDefault="00F9597E">
      <w:pPr>
        <w:spacing w:after="2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455"/>
        <w:gridCol w:w="8971"/>
      </w:tblGrid>
      <w:tr w:rsidR="00CE1848" w:rsidRPr="00CE1848" w14:paraId="563F6433" w14:textId="7E0077CB" w:rsidTr="00CE1848">
        <w:trPr>
          <w:jc w:val="center"/>
        </w:trPr>
        <w:tc>
          <w:tcPr>
            <w:tcW w:w="1455" w:type="dxa"/>
            <w:tcBorders>
              <w:top w:val="single" w:sz="7" w:space="0" w:color="C9D3DC"/>
              <w:left w:val="single" w:sz="7" w:space="0" w:color="C9D3DC"/>
              <w:bottom w:val="single" w:sz="7" w:space="0" w:color="C9D3DC"/>
              <w:right w:val="single" w:sz="4" w:space="0" w:color="auto"/>
            </w:tcBorders>
            <w:shd w:val="clear" w:color="auto" w:fill="F7F9FB"/>
            <w:tcMar>
              <w:top w:w="75" w:type="dxa"/>
              <w:left w:w="120" w:type="dxa"/>
              <w:bottom w:w="75" w:type="dxa"/>
              <w:right w:w="120" w:type="dxa"/>
            </w:tcMar>
          </w:tcPr>
          <w:p w14:paraId="57C25B8F" w14:textId="29533396" w:rsidR="00CE1848" w:rsidRPr="00CE1848" w:rsidRDefault="00CE1848">
            <w:pPr>
              <w:spacing w:after="0"/>
              <w:rPr>
                <w:b/>
              </w:rPr>
            </w:pPr>
            <w:proofErr w:type="spellStart"/>
            <w:r w:rsidRPr="00CE1848">
              <w:rPr>
                <w:b/>
              </w:rPr>
              <w:t>Yayın</w:t>
            </w:r>
            <w:proofErr w:type="spellEnd"/>
            <w:r w:rsidRPr="00CE1848">
              <w:rPr>
                <w:b/>
              </w:rPr>
              <w:t xml:space="preserve"> Başlığı:</w:t>
            </w:r>
          </w:p>
        </w:tc>
        <w:tc>
          <w:tcPr>
            <w:tcW w:w="8971" w:type="dxa"/>
            <w:tcBorders>
              <w:top w:val="single" w:sz="7" w:space="0" w:color="C9D3DC"/>
              <w:left w:val="single" w:sz="4" w:space="0" w:color="auto"/>
              <w:bottom w:val="single" w:sz="7" w:space="0" w:color="C9D3DC"/>
              <w:right w:val="single" w:sz="7" w:space="0" w:color="C9D3DC"/>
            </w:tcBorders>
            <w:shd w:val="clear" w:color="auto" w:fill="F7F9FB"/>
          </w:tcPr>
          <w:p w14:paraId="7300A632" w14:textId="439C0EA4" w:rsidR="00CE1848" w:rsidRPr="00CE1848" w:rsidRDefault="00CE1848" w:rsidP="00CE1848">
            <w:pPr>
              <w:spacing w:after="0"/>
              <w:rPr>
                <w:b/>
              </w:rPr>
            </w:pPr>
            <w:r>
              <w:t>[</w:t>
            </w:r>
            <w:proofErr w:type="spellStart"/>
            <w:r>
              <w:t>Başlığı</w:t>
            </w:r>
            <w:proofErr w:type="spellEnd"/>
            <w:r>
              <w:t xml:space="preserve"> </w:t>
            </w:r>
            <w:proofErr w:type="spellStart"/>
            <w:r>
              <w:t>buraya</w:t>
            </w:r>
            <w:proofErr w:type="spellEnd"/>
            <w:r>
              <w:t xml:space="preserve"> </w:t>
            </w:r>
            <w:proofErr w:type="spellStart"/>
            <w:r>
              <w:t>giriniz</w:t>
            </w:r>
            <w:proofErr w:type="spellEnd"/>
            <w:r>
              <w:t>]</w:t>
            </w:r>
          </w:p>
        </w:tc>
      </w:tr>
    </w:tbl>
    <w:p w14:paraId="58F3DDE7" w14:textId="77777777" w:rsidR="00F9597E" w:rsidRPr="00CE1848" w:rsidRDefault="00F9597E" w:rsidP="00CE1848">
      <w:pPr>
        <w:spacing w:after="0"/>
        <w:rPr>
          <w:b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455"/>
        <w:gridCol w:w="8971"/>
      </w:tblGrid>
      <w:tr w:rsidR="00CE1848" w:rsidRPr="00CE1848" w14:paraId="5011D1D7" w14:textId="2E2C7773" w:rsidTr="00CE1848">
        <w:trPr>
          <w:jc w:val="center"/>
        </w:trPr>
        <w:tc>
          <w:tcPr>
            <w:tcW w:w="1455" w:type="dxa"/>
            <w:tcBorders>
              <w:top w:val="single" w:sz="7" w:space="0" w:color="C9D3DC"/>
              <w:left w:val="single" w:sz="7" w:space="0" w:color="C9D3DC"/>
              <w:bottom w:val="single" w:sz="7" w:space="0" w:color="C9D3DC"/>
              <w:right w:val="single" w:sz="4" w:space="0" w:color="auto"/>
            </w:tcBorders>
            <w:shd w:val="clear" w:color="auto" w:fill="F7F9FB"/>
            <w:tcMar>
              <w:top w:w="75" w:type="dxa"/>
              <w:left w:w="120" w:type="dxa"/>
              <w:bottom w:w="75" w:type="dxa"/>
              <w:right w:w="120" w:type="dxa"/>
            </w:tcMar>
          </w:tcPr>
          <w:p w14:paraId="1E94DDE8" w14:textId="7DAA5AE9" w:rsidR="00CE1848" w:rsidRPr="00CE1848" w:rsidRDefault="00CE1848">
            <w:pPr>
              <w:spacing w:after="0"/>
              <w:rPr>
                <w:b/>
              </w:rPr>
            </w:pPr>
            <w:proofErr w:type="spellStart"/>
            <w:r w:rsidRPr="00CE1848">
              <w:rPr>
                <w:b/>
              </w:rPr>
              <w:t>Yayın</w:t>
            </w:r>
            <w:proofErr w:type="spellEnd"/>
            <w:r w:rsidRPr="00CE1848">
              <w:rPr>
                <w:b/>
              </w:rPr>
              <w:t xml:space="preserve"> Öze</w:t>
            </w:r>
            <w:r>
              <w:rPr>
                <w:b/>
              </w:rPr>
              <w:t>ti:</w:t>
            </w:r>
          </w:p>
        </w:tc>
        <w:tc>
          <w:tcPr>
            <w:tcW w:w="8971" w:type="dxa"/>
            <w:tcBorders>
              <w:top w:val="single" w:sz="7" w:space="0" w:color="C9D3DC"/>
              <w:left w:val="single" w:sz="4" w:space="0" w:color="auto"/>
              <w:bottom w:val="single" w:sz="7" w:space="0" w:color="C9D3DC"/>
              <w:right w:val="single" w:sz="7" w:space="0" w:color="C9D3DC"/>
            </w:tcBorders>
            <w:shd w:val="clear" w:color="auto" w:fill="F7F9FB"/>
          </w:tcPr>
          <w:p w14:paraId="7AEF52A3" w14:textId="195F5696" w:rsidR="00CE1848" w:rsidRPr="00CE1848" w:rsidRDefault="00CE1848" w:rsidP="00CE1848">
            <w:pPr>
              <w:spacing w:after="0"/>
              <w:rPr>
                <w:b/>
              </w:rPr>
            </w:pPr>
            <w:r>
              <w:t>[</w:t>
            </w:r>
            <w:proofErr w:type="spellStart"/>
            <w:r>
              <w:t>Özeti</w:t>
            </w:r>
            <w:proofErr w:type="spellEnd"/>
            <w:r>
              <w:t xml:space="preserve"> bu</w:t>
            </w:r>
            <w:proofErr w:type="spellStart"/>
            <w:r>
              <w:t>raya</w:t>
            </w:r>
            <w:proofErr w:type="spellEnd"/>
            <w:r>
              <w:t xml:space="preserve"> </w:t>
            </w:r>
            <w:proofErr w:type="spellStart"/>
            <w:r>
              <w:t>giriniz</w:t>
            </w:r>
            <w:proofErr w:type="spellEnd"/>
            <w:r>
              <w:t>]</w:t>
            </w:r>
          </w:p>
        </w:tc>
      </w:tr>
    </w:tbl>
    <w:p w14:paraId="56AC06A9" w14:textId="77777777" w:rsidR="00F9597E" w:rsidRDefault="00F9597E">
      <w:pPr>
        <w:spacing w:after="2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426"/>
      </w:tblGrid>
      <w:tr w:rsidR="00F9597E" w14:paraId="33E08B36" w14:textId="77777777">
        <w:trPr>
          <w:jc w:val="center"/>
        </w:trPr>
        <w:tc>
          <w:tcPr>
            <w:tcW w:w="10426" w:type="dxa"/>
            <w:tcBorders>
              <w:top w:val="single" w:sz="7" w:space="0" w:color="C9D3DC"/>
              <w:left w:val="single" w:sz="7" w:space="0" w:color="C9D3DC"/>
              <w:bottom w:val="single" w:sz="7" w:space="0" w:color="C9D3DC"/>
              <w:right w:val="single" w:sz="7" w:space="0" w:color="C9D3DC"/>
            </w:tcBorders>
            <w:shd w:val="clear" w:color="auto" w:fill="F7F9FB"/>
            <w:tcMar>
              <w:top w:w="75" w:type="dxa"/>
              <w:left w:w="120" w:type="dxa"/>
              <w:bottom w:w="75" w:type="dxa"/>
              <w:right w:w="120" w:type="dxa"/>
            </w:tcMar>
          </w:tcPr>
          <w:p w14:paraId="20886E45" w14:textId="77777777" w:rsidR="00F9597E" w:rsidRDefault="00000000">
            <w:pPr>
              <w:spacing w:after="0"/>
            </w:pPr>
            <w:proofErr w:type="spellStart"/>
            <w:r>
              <w:rPr>
                <w:b/>
                <w:sz w:val="19"/>
              </w:rPr>
              <w:t>Yayın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Metni</w:t>
            </w:r>
            <w:proofErr w:type="spellEnd"/>
          </w:p>
          <w:p w14:paraId="2CFAFD9F" w14:textId="0DFDF0CC" w:rsidR="00F9597E" w:rsidRDefault="00000000">
            <w:pPr>
              <w:spacing w:after="0"/>
            </w:pPr>
            <w:r w:rsidRPr="00CE1848">
              <w:rPr>
                <w:i/>
                <w:color w:val="696969"/>
                <w:sz w:val="18"/>
                <w:szCs w:val="24"/>
              </w:rPr>
              <w:t xml:space="preserve">Haberlerde; ne olduğu, ne zaman ve nerede gerçekleştiği, nasıl/neden gerçekleştiği ve kimlerin </w:t>
            </w:r>
            <w:proofErr w:type="spellStart"/>
            <w:r w:rsidRPr="00CE1848">
              <w:rPr>
                <w:i/>
                <w:color w:val="696969"/>
                <w:sz w:val="18"/>
                <w:szCs w:val="24"/>
              </w:rPr>
              <w:t>katıldığı</w:t>
            </w:r>
            <w:proofErr w:type="spellEnd"/>
            <w:r w:rsidR="00CE1848">
              <w:rPr>
                <w:i/>
                <w:color w:val="696969"/>
                <w:sz w:val="18"/>
                <w:szCs w:val="24"/>
              </w:rPr>
              <w:t xml:space="preserve">, </w:t>
            </w:r>
            <w:proofErr w:type="spellStart"/>
            <w:r w:rsidR="00CE1848">
              <w:rPr>
                <w:i/>
                <w:color w:val="696969"/>
                <w:sz w:val="18"/>
                <w:szCs w:val="24"/>
              </w:rPr>
              <w:t>isim</w:t>
            </w:r>
            <w:proofErr w:type="spellEnd"/>
            <w:r w:rsidR="00CE1848">
              <w:rPr>
                <w:i/>
                <w:color w:val="696969"/>
                <w:sz w:val="18"/>
                <w:szCs w:val="24"/>
              </w:rPr>
              <w:t xml:space="preserve"> </w:t>
            </w:r>
            <w:proofErr w:type="spellStart"/>
            <w:r w:rsidR="00CE1848">
              <w:rPr>
                <w:i/>
                <w:color w:val="696969"/>
                <w:sz w:val="18"/>
                <w:szCs w:val="24"/>
              </w:rPr>
              <w:t>ve</w:t>
            </w:r>
            <w:proofErr w:type="spellEnd"/>
            <w:r w:rsidR="00CE1848">
              <w:rPr>
                <w:i/>
                <w:color w:val="696969"/>
                <w:sz w:val="18"/>
                <w:szCs w:val="24"/>
              </w:rPr>
              <w:t xml:space="preserve"> </w:t>
            </w:r>
            <w:proofErr w:type="spellStart"/>
            <w:proofErr w:type="gramStart"/>
            <w:r w:rsidR="00CE1848">
              <w:rPr>
                <w:i/>
                <w:color w:val="696969"/>
                <w:sz w:val="18"/>
                <w:szCs w:val="24"/>
              </w:rPr>
              <w:t>ünvan</w:t>
            </w:r>
            <w:proofErr w:type="spellEnd"/>
            <w:r w:rsidR="00CE1848">
              <w:rPr>
                <w:i/>
                <w:color w:val="696969"/>
                <w:sz w:val="18"/>
                <w:szCs w:val="24"/>
              </w:rPr>
              <w:t xml:space="preserve"> </w:t>
            </w:r>
            <w:r w:rsidRPr="00CE1848">
              <w:rPr>
                <w:i/>
                <w:color w:val="696969"/>
                <w:sz w:val="18"/>
                <w:szCs w:val="24"/>
              </w:rPr>
              <w:t xml:space="preserve"> bilgileri</w:t>
            </w:r>
            <w:proofErr w:type="gramEnd"/>
            <w:r w:rsidRPr="00CE1848">
              <w:rPr>
                <w:i/>
                <w:color w:val="696969"/>
                <w:sz w:val="18"/>
                <w:szCs w:val="24"/>
              </w:rPr>
              <w:t xml:space="preserve"> yer almalıdır. Soyadlarını büyük harfle yazmayınız.</w:t>
            </w:r>
          </w:p>
        </w:tc>
      </w:tr>
      <w:tr w:rsidR="00F9597E" w14:paraId="45719E68" w14:textId="77777777" w:rsidTr="00CE1848">
        <w:trPr>
          <w:trHeight w:val="2258"/>
          <w:jc w:val="center"/>
        </w:trPr>
        <w:tc>
          <w:tcPr>
            <w:tcW w:w="10426" w:type="dxa"/>
            <w:tcBorders>
              <w:top w:val="single" w:sz="7" w:space="0" w:color="C9D3DC"/>
              <w:left w:val="single" w:sz="7" w:space="0" w:color="C9D3DC"/>
              <w:bottom w:val="single" w:sz="7" w:space="0" w:color="C9D3DC"/>
              <w:right w:val="single" w:sz="7" w:space="0" w:color="C9D3DC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sdt>
            <w:sdtPr>
              <w:alias w:val="Yayınlanacak metni buraya yazınız"/>
              <w:tag w:val="Yayınlanacak_metni_buraya_yazınız"/>
              <w:id w:val="-30338970"/>
            </w:sdtPr>
            <w:sdtContent>
              <w:p w14:paraId="62A07044" w14:textId="77777777" w:rsidR="00CE1848" w:rsidRDefault="00CE1848">
                <w:pPr>
                  <w:spacing w:after="0"/>
                </w:pPr>
              </w:p>
              <w:p w14:paraId="6EB5F5A0" w14:textId="6EAC4A04" w:rsidR="00CE1848" w:rsidRDefault="00000000">
                <w:pPr>
                  <w:spacing w:after="0"/>
                </w:pPr>
                <w:r w:rsidRPr="00CE1848">
                  <w:t>[</w:t>
                </w:r>
                <w:proofErr w:type="spellStart"/>
                <w:r w:rsidRPr="00CE1848">
                  <w:t>Yayınlanacak</w:t>
                </w:r>
                <w:proofErr w:type="spellEnd"/>
                <w:r w:rsidRPr="00CE1848">
                  <w:t xml:space="preserve"> </w:t>
                </w:r>
                <w:proofErr w:type="spellStart"/>
                <w:r w:rsidRPr="00CE1848">
                  <w:t>metni</w:t>
                </w:r>
                <w:proofErr w:type="spellEnd"/>
                <w:r w:rsidRPr="00CE1848">
                  <w:t xml:space="preserve"> </w:t>
                </w:r>
                <w:proofErr w:type="spellStart"/>
                <w:r w:rsidRPr="00CE1848">
                  <w:t>buraya</w:t>
                </w:r>
                <w:proofErr w:type="spellEnd"/>
                <w:r w:rsidRPr="00CE1848">
                  <w:t xml:space="preserve"> </w:t>
                </w:r>
                <w:proofErr w:type="spellStart"/>
                <w:r w:rsidRPr="00CE1848">
                  <w:t>yazınız</w:t>
                </w:r>
                <w:proofErr w:type="spellEnd"/>
                <w:r w:rsidRPr="00CE1848">
                  <w:t>]</w:t>
                </w:r>
              </w:p>
              <w:p w14:paraId="48497746" w14:textId="620B8338" w:rsidR="00F9597E" w:rsidRDefault="00000000">
                <w:pPr>
                  <w:spacing w:after="0"/>
                </w:pPr>
              </w:p>
            </w:sdtContent>
          </w:sdt>
        </w:tc>
      </w:tr>
    </w:tbl>
    <w:p w14:paraId="32D6DDCA" w14:textId="77777777" w:rsidR="00F9597E" w:rsidRDefault="00F9597E">
      <w:pPr>
        <w:spacing w:after="20"/>
      </w:pPr>
    </w:p>
    <w:p w14:paraId="78075855" w14:textId="77777777" w:rsidR="00F9597E" w:rsidRDefault="00000000">
      <w:pPr>
        <w:spacing w:before="80" w:after="100"/>
      </w:pPr>
      <w:r>
        <w:rPr>
          <w:b/>
          <w:color w:val="23465F"/>
          <w:sz w:val="22"/>
        </w:rPr>
        <w:t>Fotoğraf / Belge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8820"/>
        <w:gridCol w:w="1606"/>
      </w:tblGrid>
      <w:tr w:rsidR="00CE1848" w14:paraId="4F8D2178" w14:textId="03C9EBD1" w:rsidTr="00CE1848">
        <w:trPr>
          <w:jc w:val="center"/>
        </w:trPr>
        <w:tc>
          <w:tcPr>
            <w:tcW w:w="8820" w:type="dxa"/>
            <w:tcBorders>
              <w:top w:val="single" w:sz="7" w:space="0" w:color="C9D3DC"/>
              <w:left w:val="single" w:sz="7" w:space="0" w:color="C9D3DC"/>
              <w:bottom w:val="single" w:sz="7" w:space="0" w:color="C9D3DC"/>
              <w:right w:val="single" w:sz="4" w:space="0" w:color="auto"/>
            </w:tcBorders>
            <w:shd w:val="clear" w:color="auto" w:fill="F7F9FB"/>
            <w:tcMar>
              <w:top w:w="75" w:type="dxa"/>
              <w:left w:w="120" w:type="dxa"/>
              <w:bottom w:w="75" w:type="dxa"/>
              <w:right w:w="120" w:type="dxa"/>
            </w:tcMar>
          </w:tcPr>
          <w:p w14:paraId="18CEC5F6" w14:textId="7F58A192" w:rsidR="00CE1848" w:rsidRDefault="00CE1848" w:rsidP="00CE1848">
            <w:pPr>
              <w:spacing w:after="0"/>
            </w:pPr>
            <w:proofErr w:type="spellStart"/>
            <w:r>
              <w:rPr>
                <w:b/>
                <w:sz w:val="19"/>
              </w:rPr>
              <w:t>Fotoğraf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gramStart"/>
            <w:r>
              <w:rPr>
                <w:b/>
                <w:sz w:val="19"/>
              </w:rPr>
              <w:t xml:space="preserve">Sayısı  </w:t>
            </w:r>
            <w:r>
              <w:rPr>
                <w:i/>
                <w:color w:val="696969"/>
                <w:sz w:val="18"/>
                <w:szCs w:val="24"/>
              </w:rPr>
              <w:t>(</w:t>
            </w:r>
            <w:proofErr w:type="spellStart"/>
            <w:proofErr w:type="gramEnd"/>
            <w:r>
              <w:rPr>
                <w:i/>
                <w:color w:val="696969"/>
                <w:sz w:val="18"/>
                <w:szCs w:val="24"/>
              </w:rPr>
              <w:t>F</w:t>
            </w:r>
            <w:r w:rsidRPr="00CE1848">
              <w:rPr>
                <w:i/>
                <w:color w:val="696969"/>
                <w:sz w:val="18"/>
                <w:szCs w:val="24"/>
              </w:rPr>
              <w:t>otoğrafları</w:t>
            </w:r>
            <w:proofErr w:type="spellEnd"/>
            <w:r w:rsidRPr="00CE1848">
              <w:rPr>
                <w:i/>
                <w:color w:val="696969"/>
                <w:sz w:val="18"/>
                <w:szCs w:val="24"/>
              </w:rPr>
              <w:t xml:space="preserve"> </w:t>
            </w:r>
            <w:proofErr w:type="spellStart"/>
            <w:r w:rsidRPr="00CE1848">
              <w:rPr>
                <w:i/>
                <w:color w:val="696969"/>
                <w:sz w:val="18"/>
                <w:szCs w:val="24"/>
              </w:rPr>
              <w:t>kullanım</w:t>
            </w:r>
            <w:proofErr w:type="spellEnd"/>
            <w:r w:rsidRPr="00CE1848">
              <w:rPr>
                <w:i/>
                <w:color w:val="696969"/>
                <w:sz w:val="18"/>
                <w:szCs w:val="24"/>
              </w:rPr>
              <w:t xml:space="preserve"> </w:t>
            </w:r>
            <w:proofErr w:type="spellStart"/>
            <w:r w:rsidRPr="00CE1848">
              <w:rPr>
                <w:i/>
                <w:color w:val="696969"/>
                <w:sz w:val="18"/>
                <w:szCs w:val="24"/>
              </w:rPr>
              <w:t>sırasına</w:t>
            </w:r>
            <w:proofErr w:type="spellEnd"/>
            <w:r w:rsidRPr="00CE1848">
              <w:rPr>
                <w:i/>
                <w:color w:val="696969"/>
                <w:sz w:val="18"/>
                <w:szCs w:val="24"/>
              </w:rPr>
              <w:t xml:space="preserve"> </w:t>
            </w:r>
            <w:proofErr w:type="spellStart"/>
            <w:r w:rsidRPr="00CE1848">
              <w:rPr>
                <w:i/>
                <w:color w:val="696969"/>
                <w:sz w:val="18"/>
                <w:szCs w:val="24"/>
              </w:rPr>
              <w:t>göre</w:t>
            </w:r>
            <w:proofErr w:type="spellEnd"/>
            <w:r w:rsidRPr="00CE1848">
              <w:rPr>
                <w:i/>
                <w:color w:val="696969"/>
                <w:sz w:val="18"/>
                <w:szCs w:val="24"/>
              </w:rPr>
              <w:t xml:space="preserve"> </w:t>
            </w:r>
            <w:proofErr w:type="spellStart"/>
            <w:r w:rsidRPr="00CE1848">
              <w:rPr>
                <w:i/>
                <w:color w:val="696969"/>
                <w:sz w:val="18"/>
                <w:szCs w:val="24"/>
              </w:rPr>
              <w:t>numaralandırınız</w:t>
            </w:r>
            <w:proofErr w:type="spellEnd"/>
            <w:r w:rsidRPr="00CE1848">
              <w:rPr>
                <w:i/>
                <w:color w:val="696969"/>
                <w:sz w:val="18"/>
                <w:szCs w:val="24"/>
              </w:rPr>
              <w:t xml:space="preserve">. 1 </w:t>
            </w:r>
            <w:proofErr w:type="spellStart"/>
            <w:r w:rsidRPr="00CE1848">
              <w:rPr>
                <w:i/>
                <w:color w:val="696969"/>
                <w:sz w:val="18"/>
                <w:szCs w:val="24"/>
              </w:rPr>
              <w:t>numaralı</w:t>
            </w:r>
            <w:proofErr w:type="spellEnd"/>
            <w:r w:rsidRPr="00CE1848">
              <w:rPr>
                <w:i/>
                <w:color w:val="696969"/>
                <w:sz w:val="18"/>
                <w:szCs w:val="24"/>
              </w:rPr>
              <w:t xml:space="preserve"> </w:t>
            </w:r>
            <w:proofErr w:type="spellStart"/>
            <w:r w:rsidRPr="00CE1848">
              <w:rPr>
                <w:i/>
                <w:color w:val="696969"/>
                <w:sz w:val="18"/>
                <w:szCs w:val="24"/>
              </w:rPr>
              <w:t>fotoğraf</w:t>
            </w:r>
            <w:proofErr w:type="spellEnd"/>
            <w:r w:rsidRPr="00CE1848">
              <w:rPr>
                <w:i/>
                <w:color w:val="696969"/>
                <w:sz w:val="18"/>
                <w:szCs w:val="24"/>
              </w:rPr>
              <w:t xml:space="preserve"> </w:t>
            </w:r>
            <w:proofErr w:type="spellStart"/>
            <w:r w:rsidRPr="00CE1848">
              <w:rPr>
                <w:i/>
                <w:color w:val="696969"/>
                <w:sz w:val="18"/>
                <w:szCs w:val="24"/>
              </w:rPr>
              <w:t>kapak</w:t>
            </w:r>
            <w:proofErr w:type="spellEnd"/>
            <w:r w:rsidRPr="00CE1848">
              <w:rPr>
                <w:i/>
                <w:color w:val="696969"/>
                <w:sz w:val="18"/>
                <w:szCs w:val="24"/>
              </w:rPr>
              <w:t xml:space="preserve"> </w:t>
            </w:r>
            <w:proofErr w:type="spellStart"/>
            <w:r w:rsidRPr="00CE1848">
              <w:rPr>
                <w:i/>
                <w:color w:val="696969"/>
                <w:sz w:val="18"/>
                <w:szCs w:val="24"/>
              </w:rPr>
              <w:t>içindir</w:t>
            </w:r>
            <w:proofErr w:type="spellEnd"/>
            <w:r w:rsidRPr="00CE1848">
              <w:rPr>
                <w:i/>
                <w:color w:val="696969"/>
                <w:sz w:val="18"/>
                <w:szCs w:val="24"/>
              </w:rPr>
              <w:t>.</w:t>
            </w:r>
            <w:r>
              <w:rPr>
                <w:i/>
                <w:color w:val="696969"/>
                <w:sz w:val="18"/>
                <w:szCs w:val="24"/>
              </w:rPr>
              <w:t>)</w:t>
            </w:r>
            <w:r>
              <w:rPr>
                <w:b/>
                <w:sz w:val="19"/>
              </w:rPr>
              <w:t xml:space="preserve">: </w:t>
            </w:r>
          </w:p>
        </w:tc>
        <w:tc>
          <w:tcPr>
            <w:tcW w:w="1606" w:type="dxa"/>
            <w:tcBorders>
              <w:top w:val="single" w:sz="7" w:space="0" w:color="C9D3DC"/>
              <w:left w:val="single" w:sz="4" w:space="0" w:color="auto"/>
              <w:bottom w:val="single" w:sz="7" w:space="0" w:color="C9D3DC"/>
              <w:right w:val="single" w:sz="7" w:space="0" w:color="C9D3DC"/>
            </w:tcBorders>
            <w:shd w:val="clear" w:color="auto" w:fill="F7F9FB"/>
          </w:tcPr>
          <w:p w14:paraId="74686AD8" w14:textId="568B41BB" w:rsidR="00CE1848" w:rsidRDefault="00CE1848" w:rsidP="00CE1848">
            <w:pPr>
              <w:spacing w:after="0"/>
            </w:pPr>
            <w:r>
              <w:t>[</w:t>
            </w:r>
            <w:proofErr w:type="spellStart"/>
            <w:r>
              <w:t>sayıyı</w:t>
            </w:r>
            <w:proofErr w:type="spellEnd"/>
            <w:r>
              <w:t xml:space="preserve"> </w:t>
            </w:r>
            <w:proofErr w:type="spellStart"/>
            <w:r>
              <w:t>giriniz</w:t>
            </w:r>
            <w:proofErr w:type="spellEnd"/>
            <w:r>
              <w:t>]</w:t>
            </w:r>
          </w:p>
        </w:tc>
      </w:tr>
    </w:tbl>
    <w:p w14:paraId="1AEA13CF" w14:textId="77777777" w:rsidR="00F9597E" w:rsidRDefault="00F9597E">
      <w:pPr>
        <w:spacing w:after="2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8805"/>
        <w:gridCol w:w="1621"/>
      </w:tblGrid>
      <w:tr w:rsidR="00CE1848" w14:paraId="69EB1591" w14:textId="1CAD8C06" w:rsidTr="00CE1848">
        <w:trPr>
          <w:jc w:val="center"/>
        </w:trPr>
        <w:tc>
          <w:tcPr>
            <w:tcW w:w="8805" w:type="dxa"/>
            <w:tcBorders>
              <w:top w:val="single" w:sz="7" w:space="0" w:color="C9D3DC"/>
              <w:left w:val="single" w:sz="7" w:space="0" w:color="C9D3DC"/>
              <w:bottom w:val="single" w:sz="7" w:space="0" w:color="C9D3DC"/>
              <w:right w:val="single" w:sz="4" w:space="0" w:color="auto"/>
            </w:tcBorders>
            <w:shd w:val="clear" w:color="auto" w:fill="F7F9FB"/>
            <w:tcMar>
              <w:top w:w="75" w:type="dxa"/>
              <w:left w:w="120" w:type="dxa"/>
              <w:bottom w:w="75" w:type="dxa"/>
              <w:right w:w="120" w:type="dxa"/>
            </w:tcMar>
          </w:tcPr>
          <w:p w14:paraId="16AF9B72" w14:textId="447E4720" w:rsidR="00CE1848" w:rsidRDefault="00CE1848">
            <w:pPr>
              <w:spacing w:after="0"/>
            </w:pPr>
            <w:r>
              <w:rPr>
                <w:b/>
                <w:sz w:val="19"/>
              </w:rPr>
              <w:t xml:space="preserve">Belge PDF </w:t>
            </w:r>
            <w:proofErr w:type="spellStart"/>
            <w:r>
              <w:rPr>
                <w:b/>
                <w:sz w:val="19"/>
              </w:rPr>
              <w:t>Sayısı</w:t>
            </w:r>
            <w:proofErr w:type="spellEnd"/>
            <w:r>
              <w:rPr>
                <w:b/>
                <w:sz w:val="19"/>
              </w:rPr>
              <w:t xml:space="preserve"> </w:t>
            </w:r>
            <w:r w:rsidRPr="00CE1848">
              <w:rPr>
                <w:i/>
                <w:color w:val="696969"/>
                <w:sz w:val="18"/>
                <w:szCs w:val="24"/>
              </w:rPr>
              <w:t>(</w:t>
            </w:r>
            <w:proofErr w:type="spellStart"/>
            <w:r w:rsidRPr="00CE1848">
              <w:rPr>
                <w:i/>
                <w:color w:val="696969"/>
                <w:sz w:val="18"/>
                <w:szCs w:val="24"/>
              </w:rPr>
              <w:t>E</w:t>
            </w:r>
            <w:r w:rsidRPr="00CE1848">
              <w:rPr>
                <w:i/>
                <w:color w:val="696969"/>
                <w:sz w:val="18"/>
                <w:szCs w:val="24"/>
              </w:rPr>
              <w:t>tkinliklerde</w:t>
            </w:r>
            <w:proofErr w:type="spellEnd"/>
            <w:r w:rsidRPr="00CE1848">
              <w:rPr>
                <w:i/>
                <w:color w:val="696969"/>
                <w:sz w:val="18"/>
                <w:szCs w:val="24"/>
              </w:rPr>
              <w:t xml:space="preserve"> </w:t>
            </w:r>
            <w:proofErr w:type="spellStart"/>
            <w:r w:rsidRPr="00CE1848">
              <w:rPr>
                <w:i/>
                <w:color w:val="696969"/>
                <w:sz w:val="18"/>
                <w:szCs w:val="24"/>
              </w:rPr>
              <w:t>davet</w:t>
            </w:r>
            <w:proofErr w:type="spellEnd"/>
            <w:r w:rsidRPr="00CE1848">
              <w:rPr>
                <w:i/>
                <w:color w:val="696969"/>
                <w:sz w:val="18"/>
                <w:szCs w:val="24"/>
              </w:rPr>
              <w:t xml:space="preserve"> </w:t>
            </w:r>
            <w:proofErr w:type="spellStart"/>
            <w:r w:rsidRPr="00CE1848">
              <w:rPr>
                <w:i/>
                <w:color w:val="696969"/>
                <w:sz w:val="18"/>
                <w:szCs w:val="24"/>
              </w:rPr>
              <w:t>yazıları</w:t>
            </w:r>
            <w:proofErr w:type="spellEnd"/>
            <w:r w:rsidRPr="00CE1848">
              <w:rPr>
                <w:i/>
                <w:color w:val="696969"/>
                <w:sz w:val="18"/>
                <w:szCs w:val="24"/>
              </w:rPr>
              <w:t xml:space="preserve"> </w:t>
            </w:r>
            <w:proofErr w:type="spellStart"/>
            <w:r w:rsidRPr="00CE1848">
              <w:rPr>
                <w:i/>
                <w:color w:val="696969"/>
                <w:sz w:val="18"/>
                <w:szCs w:val="24"/>
              </w:rPr>
              <w:t>ve</w:t>
            </w:r>
            <w:proofErr w:type="spellEnd"/>
            <w:r w:rsidRPr="00CE1848">
              <w:rPr>
                <w:i/>
                <w:color w:val="696969"/>
                <w:sz w:val="18"/>
                <w:szCs w:val="24"/>
              </w:rPr>
              <w:t xml:space="preserve"> </w:t>
            </w:r>
            <w:proofErr w:type="spellStart"/>
            <w:r w:rsidRPr="00CE1848">
              <w:rPr>
                <w:i/>
                <w:color w:val="696969"/>
                <w:sz w:val="18"/>
                <w:szCs w:val="24"/>
              </w:rPr>
              <w:t>tutanakları</w:t>
            </w:r>
            <w:proofErr w:type="spellEnd"/>
            <w:r w:rsidRPr="00CE1848">
              <w:rPr>
                <w:i/>
                <w:color w:val="696969"/>
                <w:sz w:val="18"/>
                <w:szCs w:val="24"/>
              </w:rPr>
              <w:t xml:space="preserve"> PDF </w:t>
            </w:r>
            <w:proofErr w:type="spellStart"/>
            <w:r w:rsidRPr="00CE1848">
              <w:rPr>
                <w:i/>
                <w:color w:val="696969"/>
                <w:sz w:val="18"/>
                <w:szCs w:val="24"/>
              </w:rPr>
              <w:t>olarak</w:t>
            </w:r>
            <w:proofErr w:type="spellEnd"/>
            <w:r w:rsidRPr="00CE1848">
              <w:rPr>
                <w:i/>
                <w:color w:val="696969"/>
                <w:sz w:val="18"/>
                <w:szCs w:val="24"/>
              </w:rPr>
              <w:t xml:space="preserve"> </w:t>
            </w:r>
            <w:proofErr w:type="spellStart"/>
            <w:r w:rsidRPr="00CE1848">
              <w:rPr>
                <w:i/>
                <w:color w:val="696969"/>
                <w:sz w:val="18"/>
                <w:szCs w:val="24"/>
              </w:rPr>
              <w:t>gönderiniz</w:t>
            </w:r>
            <w:proofErr w:type="spellEnd"/>
            <w:r w:rsidRPr="00CE1848">
              <w:rPr>
                <w:i/>
                <w:color w:val="696969"/>
                <w:sz w:val="18"/>
                <w:szCs w:val="24"/>
              </w:rPr>
              <w:t>.</w:t>
            </w:r>
            <w:r w:rsidRPr="00CE1848">
              <w:rPr>
                <w:i/>
                <w:color w:val="696969"/>
                <w:sz w:val="18"/>
                <w:szCs w:val="24"/>
              </w:rPr>
              <w:t>)</w:t>
            </w:r>
            <w:r w:rsidRPr="00CE1848">
              <w:rPr>
                <w:b/>
                <w:szCs w:val="24"/>
              </w:rPr>
              <w:t xml:space="preserve"> </w:t>
            </w:r>
            <w:r>
              <w:rPr>
                <w:b/>
                <w:sz w:val="19"/>
              </w:rPr>
              <w:t>:</w:t>
            </w:r>
          </w:p>
        </w:tc>
        <w:tc>
          <w:tcPr>
            <w:tcW w:w="1621" w:type="dxa"/>
            <w:tcBorders>
              <w:top w:val="single" w:sz="7" w:space="0" w:color="C9D3DC"/>
              <w:left w:val="single" w:sz="4" w:space="0" w:color="auto"/>
              <w:bottom w:val="single" w:sz="7" w:space="0" w:color="C9D3DC"/>
              <w:right w:val="single" w:sz="7" w:space="0" w:color="C9D3DC"/>
            </w:tcBorders>
            <w:shd w:val="clear" w:color="auto" w:fill="F7F9FB"/>
          </w:tcPr>
          <w:p w14:paraId="48E18AEF" w14:textId="371D781F" w:rsidR="00CE1848" w:rsidRDefault="00CE1848" w:rsidP="00CE1848">
            <w:pPr>
              <w:spacing w:after="0"/>
            </w:pPr>
            <w:r>
              <w:t>[</w:t>
            </w:r>
            <w:proofErr w:type="spellStart"/>
            <w:r>
              <w:t>sayıyı</w:t>
            </w:r>
            <w:proofErr w:type="spellEnd"/>
            <w:r>
              <w:t xml:space="preserve"> </w:t>
            </w:r>
            <w:proofErr w:type="spellStart"/>
            <w:r>
              <w:t>giriniz</w:t>
            </w:r>
            <w:proofErr w:type="spellEnd"/>
            <w:r>
              <w:t>]</w:t>
            </w:r>
          </w:p>
        </w:tc>
      </w:tr>
    </w:tbl>
    <w:p w14:paraId="0D1D1CEC" w14:textId="77777777" w:rsidR="00F9597E" w:rsidRDefault="00F9597E">
      <w:pPr>
        <w:spacing w:after="20"/>
      </w:pPr>
    </w:p>
    <w:p w14:paraId="30EB3738" w14:textId="77777777" w:rsidR="00F9597E" w:rsidRDefault="00000000">
      <w:pPr>
        <w:spacing w:before="80" w:after="100"/>
      </w:pPr>
      <w:r>
        <w:rPr>
          <w:b/>
          <w:color w:val="23465F"/>
          <w:sz w:val="22"/>
        </w:rPr>
        <w:t>Paylaşım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213"/>
        <w:gridCol w:w="5213"/>
      </w:tblGrid>
      <w:tr w:rsidR="00F9597E" w14:paraId="06408D70" w14:textId="77777777">
        <w:trPr>
          <w:jc w:val="center"/>
        </w:trPr>
        <w:tc>
          <w:tcPr>
            <w:tcW w:w="5213" w:type="dxa"/>
            <w:tcBorders>
              <w:top w:val="single" w:sz="7" w:space="0" w:color="C9D3DC"/>
              <w:left w:val="single" w:sz="7" w:space="0" w:color="C9D3DC"/>
              <w:bottom w:val="single" w:sz="7" w:space="0" w:color="C9D3DC"/>
              <w:right w:val="single" w:sz="7" w:space="0" w:color="C9D3DC"/>
            </w:tcBorders>
            <w:shd w:val="clear" w:color="auto" w:fill="F7F9FB"/>
            <w:tcMar>
              <w:top w:w="95" w:type="dxa"/>
              <w:left w:w="120" w:type="dxa"/>
              <w:bottom w:w="95" w:type="dxa"/>
              <w:right w:w="120" w:type="dxa"/>
            </w:tcMar>
          </w:tcPr>
          <w:p w14:paraId="4AB21CA3" w14:textId="58E7B6DB" w:rsidR="00F9597E" w:rsidRDefault="00000000">
            <w:pPr>
              <w:spacing w:after="0"/>
            </w:pPr>
            <w:proofErr w:type="spellStart"/>
            <w:r>
              <w:rPr>
                <w:b/>
              </w:rPr>
              <w:t>Sosyal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 w:rsidR="008D48C1">
              <w:rPr>
                <w:b/>
              </w:rPr>
              <w:t>medya</w:t>
            </w:r>
            <w:proofErr w:type="spellEnd"/>
            <w:r w:rsidR="008D48C1">
              <w:rPr>
                <w:b/>
              </w:rPr>
              <w:t xml:space="preserve"> </w:t>
            </w:r>
            <w:proofErr w:type="spellStart"/>
            <w:r w:rsidR="008D48C1">
              <w:rPr>
                <w:b/>
              </w:rPr>
              <w:t>hesaplarında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paylaşı</w:t>
            </w:r>
            <w:r w:rsidR="008D48C1">
              <w:rPr>
                <w:b/>
              </w:rPr>
              <w:t>l</w:t>
            </w:r>
            <w:r>
              <w:rPr>
                <w:b/>
              </w:rPr>
              <w:t>m</w:t>
            </w:r>
            <w:r w:rsidR="008D48C1">
              <w:rPr>
                <w:b/>
              </w:rPr>
              <w:t>asını</w:t>
            </w:r>
            <w:proofErr w:type="spellEnd"/>
          </w:p>
        </w:tc>
        <w:tc>
          <w:tcPr>
            <w:tcW w:w="5213" w:type="dxa"/>
            <w:tcBorders>
              <w:top w:val="single" w:sz="7" w:space="0" w:color="C9D3DC"/>
              <w:left w:val="single" w:sz="7" w:space="0" w:color="C9D3DC"/>
              <w:bottom w:val="single" w:sz="7" w:space="0" w:color="C9D3DC"/>
              <w:right w:val="single" w:sz="7" w:space="0" w:color="C9D3DC"/>
            </w:tcBorders>
            <w:tcMar>
              <w:top w:w="95" w:type="dxa"/>
              <w:left w:w="120" w:type="dxa"/>
              <w:bottom w:w="95" w:type="dxa"/>
              <w:right w:w="120" w:type="dxa"/>
            </w:tcMar>
          </w:tcPr>
          <w:p w14:paraId="2E016305" w14:textId="3F7353B8" w:rsidR="00F9597E" w:rsidRDefault="00CE1848">
            <w:pPr>
              <w:spacing w:after="0"/>
            </w:pPr>
            <w:proofErr w:type="gramStart"/>
            <w:r>
              <w:t>(   )</w:t>
            </w:r>
            <w:proofErr w:type="spellStart"/>
            <w:r>
              <w:t>İstiyorum</w:t>
            </w:r>
            <w:proofErr w:type="spellEnd"/>
            <w:r w:rsidR="00000000">
              <w:t xml:space="preserve">   </w:t>
            </w:r>
            <w:r>
              <w:t>(  )</w:t>
            </w:r>
            <w:proofErr w:type="spellStart"/>
            <w:r>
              <w:t>İstemiyorum</w:t>
            </w:r>
            <w:proofErr w:type="spellEnd"/>
            <w:proofErr w:type="gramEnd"/>
          </w:p>
        </w:tc>
      </w:tr>
      <w:tr w:rsidR="00F9597E" w14:paraId="7319D64F" w14:textId="77777777">
        <w:trPr>
          <w:jc w:val="center"/>
        </w:trPr>
        <w:tc>
          <w:tcPr>
            <w:tcW w:w="5213" w:type="dxa"/>
            <w:tcBorders>
              <w:top w:val="single" w:sz="7" w:space="0" w:color="C9D3DC"/>
              <w:left w:val="single" w:sz="7" w:space="0" w:color="C9D3DC"/>
              <w:bottom w:val="single" w:sz="7" w:space="0" w:color="C9D3DC"/>
              <w:right w:val="single" w:sz="7" w:space="0" w:color="C9D3DC"/>
            </w:tcBorders>
            <w:shd w:val="clear" w:color="auto" w:fill="F7F9FB"/>
            <w:tcMar>
              <w:top w:w="95" w:type="dxa"/>
              <w:left w:w="120" w:type="dxa"/>
              <w:bottom w:w="95" w:type="dxa"/>
              <w:right w:w="120" w:type="dxa"/>
            </w:tcMar>
          </w:tcPr>
          <w:p w14:paraId="757EB443" w14:textId="430C70C8" w:rsidR="00F9597E" w:rsidRPr="00CE1848" w:rsidRDefault="00000000">
            <w:pPr>
              <w:spacing w:after="0"/>
              <w:rPr>
                <w:u w:val="single"/>
              </w:rPr>
            </w:pPr>
            <w:r w:rsidRPr="00CE1848">
              <w:rPr>
                <w:b/>
                <w:u w:val="single"/>
              </w:rPr>
              <w:t xml:space="preserve">Duyuru </w:t>
            </w:r>
            <w:proofErr w:type="spellStart"/>
            <w:r w:rsidRPr="00CE1848">
              <w:rPr>
                <w:b/>
                <w:u w:val="single"/>
              </w:rPr>
              <w:t>ise</w:t>
            </w:r>
            <w:proofErr w:type="spellEnd"/>
            <w:r w:rsidRPr="00CE1848">
              <w:rPr>
                <w:b/>
                <w:u w:val="single"/>
              </w:rPr>
              <w:t xml:space="preserve"> son </w:t>
            </w:r>
            <w:proofErr w:type="spellStart"/>
            <w:r w:rsidRPr="00CE1848">
              <w:rPr>
                <w:b/>
                <w:u w:val="single"/>
              </w:rPr>
              <w:t>yayın</w:t>
            </w:r>
            <w:proofErr w:type="spellEnd"/>
            <w:r w:rsidRPr="00CE1848">
              <w:rPr>
                <w:b/>
                <w:u w:val="single"/>
              </w:rPr>
              <w:t xml:space="preserve"> </w:t>
            </w:r>
            <w:proofErr w:type="spellStart"/>
            <w:r w:rsidRPr="00CE1848">
              <w:rPr>
                <w:b/>
                <w:u w:val="single"/>
              </w:rPr>
              <w:t>tarihi</w:t>
            </w:r>
            <w:proofErr w:type="spellEnd"/>
            <w:r w:rsidR="00CE1848">
              <w:rPr>
                <w:b/>
                <w:u w:val="single"/>
              </w:rPr>
              <w:t>:</w:t>
            </w:r>
          </w:p>
        </w:tc>
        <w:tc>
          <w:tcPr>
            <w:tcW w:w="5213" w:type="dxa"/>
            <w:tcBorders>
              <w:top w:val="single" w:sz="7" w:space="0" w:color="C9D3DC"/>
              <w:left w:val="single" w:sz="7" w:space="0" w:color="C9D3DC"/>
              <w:bottom w:val="single" w:sz="7" w:space="0" w:color="C9D3DC"/>
              <w:right w:val="single" w:sz="7" w:space="0" w:color="C9D3DC"/>
            </w:tcBorders>
            <w:tcMar>
              <w:top w:w="95" w:type="dxa"/>
              <w:left w:w="120" w:type="dxa"/>
              <w:bottom w:w="95" w:type="dxa"/>
              <w:right w:w="120" w:type="dxa"/>
            </w:tcMar>
          </w:tcPr>
          <w:p w14:paraId="18D65F7C" w14:textId="77777777" w:rsidR="00F9597E" w:rsidRDefault="00000000">
            <w:pPr>
              <w:spacing w:after="0"/>
            </w:pPr>
            <w:r>
              <w:t>[GG.</w:t>
            </w:r>
            <w:proofErr w:type="gramStart"/>
            <w:r>
              <w:t>AA.YYYY</w:t>
            </w:r>
            <w:proofErr w:type="gramEnd"/>
            <w:r>
              <w:t>]</w:t>
            </w:r>
          </w:p>
        </w:tc>
      </w:tr>
    </w:tbl>
    <w:p w14:paraId="413F92BB" w14:textId="77777777" w:rsidR="00F9597E" w:rsidRDefault="00F9597E">
      <w:pPr>
        <w:spacing w:after="80"/>
      </w:pPr>
    </w:p>
    <w:p w14:paraId="3EECD77E" w14:textId="77777777" w:rsidR="00F9597E" w:rsidRDefault="00000000">
      <w:pPr>
        <w:spacing w:before="80" w:after="100"/>
      </w:pPr>
      <w:r>
        <w:rPr>
          <w:b/>
          <w:color w:val="23465F"/>
          <w:sz w:val="22"/>
        </w:rPr>
        <w:t>Formu Dolduran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475"/>
        <w:gridCol w:w="3475"/>
        <w:gridCol w:w="3475"/>
      </w:tblGrid>
      <w:tr w:rsidR="00F9597E" w14:paraId="1BD90D4E" w14:textId="77777777">
        <w:trPr>
          <w:jc w:val="center"/>
        </w:trPr>
        <w:tc>
          <w:tcPr>
            <w:tcW w:w="3475" w:type="dxa"/>
            <w:tcBorders>
              <w:top w:val="single" w:sz="7" w:space="0" w:color="C9D3DC"/>
              <w:left w:val="single" w:sz="7" w:space="0" w:color="C9D3DC"/>
              <w:bottom w:val="single" w:sz="7" w:space="0" w:color="C9D3DC"/>
              <w:right w:val="single" w:sz="7" w:space="0" w:color="C9D3DC"/>
            </w:tcBorders>
            <w:shd w:val="clear" w:color="auto" w:fill="F7F9FB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1F13C229" w14:textId="77777777" w:rsidR="00F9597E" w:rsidRDefault="00000000">
            <w:pPr>
              <w:spacing w:after="0"/>
            </w:pPr>
            <w:r>
              <w:rPr>
                <w:b/>
              </w:rPr>
              <w:t>Ad Soyad</w:t>
            </w:r>
          </w:p>
          <w:p w14:paraId="540C5A03" w14:textId="77777777" w:rsidR="00F9597E" w:rsidRDefault="00000000">
            <w:pPr>
              <w:spacing w:after="0"/>
            </w:pPr>
            <w:sdt>
              <w:sdtPr>
                <w:alias w:val="Ad Soyad giriniz"/>
                <w:tag w:val="Ad_Soyad_giriniz"/>
                <w:id w:val="-1452848736"/>
              </w:sdtPr>
              <w:sdtContent>
                <w:r>
                  <w:t>[Ad Soyad giriniz]</w:t>
                </w:r>
              </w:sdtContent>
            </w:sdt>
          </w:p>
        </w:tc>
        <w:tc>
          <w:tcPr>
            <w:tcW w:w="3475" w:type="dxa"/>
            <w:tcBorders>
              <w:top w:val="single" w:sz="7" w:space="0" w:color="C9D3DC"/>
              <w:left w:val="single" w:sz="7" w:space="0" w:color="C9D3DC"/>
              <w:bottom w:val="single" w:sz="7" w:space="0" w:color="C9D3DC"/>
              <w:right w:val="single" w:sz="7" w:space="0" w:color="C9D3DC"/>
            </w:tcBorders>
            <w:shd w:val="clear" w:color="auto" w:fill="F7F9FB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78E60AFD" w14:textId="77777777" w:rsidR="00F9597E" w:rsidRDefault="00000000">
            <w:pPr>
              <w:spacing w:after="0"/>
            </w:pPr>
            <w:r>
              <w:rPr>
                <w:b/>
              </w:rPr>
              <w:t>Birim / Bölüm</w:t>
            </w:r>
          </w:p>
          <w:p w14:paraId="2C408D50" w14:textId="77777777" w:rsidR="00F9597E" w:rsidRDefault="00000000">
            <w:pPr>
              <w:spacing w:after="0"/>
            </w:pPr>
            <w:sdt>
              <w:sdtPr>
                <w:alias w:val="Birim / Bölüm giriniz"/>
                <w:tag w:val="Birim_/_Bölüm_giriniz"/>
                <w:id w:val="-1058475070"/>
              </w:sdtPr>
              <w:sdtContent>
                <w:r>
                  <w:t>[Birim / Bölüm giriniz]</w:t>
                </w:r>
              </w:sdtContent>
            </w:sdt>
          </w:p>
        </w:tc>
        <w:tc>
          <w:tcPr>
            <w:tcW w:w="3475" w:type="dxa"/>
            <w:tcBorders>
              <w:top w:val="single" w:sz="7" w:space="0" w:color="C9D3DC"/>
              <w:left w:val="single" w:sz="7" w:space="0" w:color="C9D3DC"/>
              <w:bottom w:val="single" w:sz="7" w:space="0" w:color="C9D3DC"/>
              <w:right w:val="single" w:sz="7" w:space="0" w:color="C9D3DC"/>
            </w:tcBorders>
            <w:shd w:val="clear" w:color="auto" w:fill="F7F9FB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437A0436" w14:textId="77777777" w:rsidR="00F9597E" w:rsidRDefault="00000000">
            <w:pPr>
              <w:spacing w:after="0"/>
            </w:pPr>
            <w:r>
              <w:rPr>
                <w:b/>
              </w:rPr>
              <w:t>İletişim</w:t>
            </w:r>
          </w:p>
          <w:p w14:paraId="3B0076C4" w14:textId="77777777" w:rsidR="00F9597E" w:rsidRDefault="00000000">
            <w:pPr>
              <w:spacing w:after="0"/>
            </w:pPr>
            <w:sdt>
              <w:sdtPr>
                <w:alias w:val="İletişim giriniz"/>
                <w:tag w:val="İletişim_giriniz"/>
                <w:id w:val="-973369647"/>
              </w:sdtPr>
              <w:sdtContent>
                <w:r>
                  <w:t>[İletişim giriniz]</w:t>
                </w:r>
              </w:sdtContent>
            </w:sdt>
          </w:p>
        </w:tc>
      </w:tr>
    </w:tbl>
    <w:tbl>
      <w:tblPr>
        <w:tblpPr w:leftFromText="141" w:rightFromText="141" w:vertAnchor="text" w:horzAnchor="margin" w:tblpY="380"/>
        <w:tblW w:w="0" w:type="auto"/>
        <w:tblLook w:val="04A0" w:firstRow="1" w:lastRow="0" w:firstColumn="1" w:lastColumn="0" w:noHBand="0" w:noVBand="1"/>
      </w:tblPr>
      <w:tblGrid>
        <w:gridCol w:w="4231"/>
        <w:gridCol w:w="6195"/>
      </w:tblGrid>
      <w:tr w:rsidR="008D48C1" w14:paraId="78F6725A" w14:textId="38F7EFEA" w:rsidTr="008D48C1">
        <w:tc>
          <w:tcPr>
            <w:tcW w:w="4231" w:type="dxa"/>
            <w:tcBorders>
              <w:top w:val="single" w:sz="8" w:space="0" w:color="CBD5E1"/>
              <w:left w:val="single" w:sz="8" w:space="0" w:color="CBD5E1"/>
              <w:bottom w:val="single" w:sz="8" w:space="0" w:color="CBD5E1"/>
              <w:right w:val="single" w:sz="4" w:space="0" w:color="auto"/>
            </w:tcBorders>
            <w:shd w:val="clear" w:color="auto" w:fill="F8FAF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DE518D5" w14:textId="5B824BA3" w:rsidR="008D48C1" w:rsidRDefault="008D48C1" w:rsidP="008D48C1">
            <w:pPr>
              <w:spacing w:before="60" w:after="60"/>
            </w:pPr>
            <w:bookmarkStart w:id="0" w:name="_Hlk242368939"/>
            <w:r w:rsidRPr="008D48C1">
              <w:rPr>
                <w:b/>
                <w:color w:val="1E3750"/>
                <w:sz w:val="19"/>
              </w:rPr>
              <w:t xml:space="preserve">Varsa </w:t>
            </w:r>
            <w:proofErr w:type="spellStart"/>
            <w:r w:rsidRPr="008D48C1">
              <w:rPr>
                <w:b/>
                <w:color w:val="1E3750"/>
                <w:sz w:val="19"/>
              </w:rPr>
              <w:t>eklemek</w:t>
            </w:r>
            <w:proofErr w:type="spellEnd"/>
            <w:r w:rsidRPr="008D48C1">
              <w:rPr>
                <w:b/>
                <w:color w:val="1E3750"/>
                <w:sz w:val="19"/>
              </w:rPr>
              <w:t xml:space="preserve"> </w:t>
            </w:r>
            <w:proofErr w:type="spellStart"/>
            <w:r w:rsidRPr="008D48C1">
              <w:rPr>
                <w:b/>
                <w:color w:val="1E3750"/>
                <w:sz w:val="19"/>
              </w:rPr>
              <w:t>istediğiniz</w:t>
            </w:r>
            <w:proofErr w:type="spellEnd"/>
            <w:r w:rsidRPr="008D48C1">
              <w:rPr>
                <w:b/>
                <w:color w:val="1E3750"/>
                <w:sz w:val="19"/>
              </w:rPr>
              <w:t xml:space="preserve"> </w:t>
            </w:r>
            <w:proofErr w:type="spellStart"/>
            <w:r w:rsidRPr="008D48C1">
              <w:rPr>
                <w:b/>
                <w:color w:val="1E3750"/>
                <w:sz w:val="19"/>
              </w:rPr>
              <w:t>açıklamayı</w:t>
            </w:r>
            <w:proofErr w:type="spellEnd"/>
            <w:r w:rsidRPr="008D48C1">
              <w:rPr>
                <w:b/>
                <w:color w:val="1E3750"/>
                <w:sz w:val="19"/>
              </w:rPr>
              <w:t xml:space="preserve"> </w:t>
            </w:r>
            <w:proofErr w:type="spellStart"/>
            <w:r w:rsidRPr="008D48C1">
              <w:rPr>
                <w:b/>
                <w:color w:val="1E3750"/>
                <w:sz w:val="19"/>
              </w:rPr>
              <w:t>yazınız</w:t>
            </w:r>
            <w:proofErr w:type="spellEnd"/>
            <w:r>
              <w:rPr>
                <w:b/>
                <w:color w:val="1E3750"/>
                <w:sz w:val="19"/>
              </w:rPr>
              <w:t>:</w:t>
            </w:r>
          </w:p>
        </w:tc>
        <w:tc>
          <w:tcPr>
            <w:tcW w:w="6195" w:type="dxa"/>
            <w:tcBorders>
              <w:top w:val="single" w:sz="8" w:space="0" w:color="CBD5E1"/>
              <w:left w:val="single" w:sz="4" w:space="0" w:color="auto"/>
              <w:bottom w:val="single" w:sz="8" w:space="0" w:color="CBD5E1"/>
              <w:right w:val="single" w:sz="8" w:space="0" w:color="CBD5E1"/>
            </w:tcBorders>
            <w:shd w:val="clear" w:color="auto" w:fill="F8FAFC"/>
          </w:tcPr>
          <w:p w14:paraId="1ABBB5C2" w14:textId="77777777" w:rsidR="008D48C1" w:rsidRDefault="008D48C1" w:rsidP="008D48C1">
            <w:pPr>
              <w:spacing w:before="60" w:after="60"/>
            </w:pPr>
          </w:p>
        </w:tc>
      </w:tr>
      <w:bookmarkEnd w:id="0"/>
    </w:tbl>
    <w:p w14:paraId="70E0237A" w14:textId="77777777" w:rsidR="00000000" w:rsidRDefault="00000000"/>
    <w:p w14:paraId="5182041B" w14:textId="49D2A2F0" w:rsidR="00CE1848" w:rsidRPr="00CE1848" w:rsidRDefault="008D48C1" w:rsidP="008D48C1">
      <w:pPr>
        <w:tabs>
          <w:tab w:val="left" w:pos="6450"/>
        </w:tabs>
      </w:pPr>
      <w:r>
        <w:tab/>
      </w:r>
    </w:p>
    <w:sectPr w:rsidR="00CE1848" w:rsidRPr="00CE1848" w:rsidSect="00034616">
      <w:footerReference w:type="default" r:id="rId8"/>
      <w:pgSz w:w="12240" w:h="15840"/>
      <w:pgMar w:top="794" w:right="907" w:bottom="737" w:left="90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1BF18B" w14:textId="77777777" w:rsidR="007232A8" w:rsidRDefault="007232A8">
      <w:pPr>
        <w:spacing w:after="0" w:line="240" w:lineRule="auto"/>
      </w:pPr>
      <w:r>
        <w:separator/>
      </w:r>
    </w:p>
  </w:endnote>
  <w:endnote w:type="continuationSeparator" w:id="0">
    <w:p w14:paraId="705FBD5F" w14:textId="77777777" w:rsidR="007232A8" w:rsidRDefault="007232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9F637E" w14:textId="7CE21400" w:rsidR="00F9597E" w:rsidRDefault="00F9597E">
    <w:pPr>
      <w:pStyle w:val="AltBilgi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B92470" w14:textId="77777777" w:rsidR="007232A8" w:rsidRDefault="007232A8">
      <w:pPr>
        <w:spacing w:after="0" w:line="240" w:lineRule="auto"/>
      </w:pPr>
      <w:r>
        <w:separator/>
      </w:r>
    </w:p>
  </w:footnote>
  <w:footnote w:type="continuationSeparator" w:id="0">
    <w:p w14:paraId="3C138B0C" w14:textId="77777777" w:rsidR="007232A8" w:rsidRDefault="007232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05293722">
    <w:abstractNumId w:val="8"/>
  </w:num>
  <w:num w:numId="2" w16cid:durableId="1916354317">
    <w:abstractNumId w:val="6"/>
  </w:num>
  <w:num w:numId="3" w16cid:durableId="742607514">
    <w:abstractNumId w:val="5"/>
  </w:num>
  <w:num w:numId="4" w16cid:durableId="1732843904">
    <w:abstractNumId w:val="4"/>
  </w:num>
  <w:num w:numId="5" w16cid:durableId="454492428">
    <w:abstractNumId w:val="7"/>
  </w:num>
  <w:num w:numId="6" w16cid:durableId="904560110">
    <w:abstractNumId w:val="3"/>
  </w:num>
  <w:num w:numId="7" w16cid:durableId="791677328">
    <w:abstractNumId w:val="2"/>
  </w:num>
  <w:num w:numId="8" w16cid:durableId="183640313">
    <w:abstractNumId w:val="1"/>
  </w:num>
  <w:num w:numId="9" w16cid:durableId="20933087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7232A8"/>
    <w:rsid w:val="008D48C1"/>
    <w:rsid w:val="009C3553"/>
    <w:rsid w:val="00AA1D8D"/>
    <w:rsid w:val="00B47730"/>
    <w:rsid w:val="00CB0664"/>
    <w:rsid w:val="00CE1848"/>
    <w:rsid w:val="00F9597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882B288"/>
  <w14:defaultImageDpi w14:val="300"/>
  <w15:docId w15:val="{34BBC6F4-A144-4F03-A140-10911862B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eastAsia="Aptos" w:hAnsi="Aptos"/>
      <w:sz w:val="20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150</Words>
  <Characters>855</Characters>
  <Application>Microsoft Office Word</Application>
  <DocSecurity>0</DocSecurity>
  <Lines>7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1003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DELL</cp:lastModifiedBy>
  <cp:revision>2</cp:revision>
  <dcterms:created xsi:type="dcterms:W3CDTF">2013-12-23T23:15:00Z</dcterms:created>
  <dcterms:modified xsi:type="dcterms:W3CDTF">2026-10-08T13:26:00Z</dcterms:modified>
  <cp:category/>
</cp:coreProperties>
</file>