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323E5" w14:textId="7B6120CA" w:rsidR="00613D08" w:rsidRDefault="00613D08">
      <w:pPr>
        <w:jc w:val="center"/>
        <w:rPr>
          <w:b/>
        </w:rPr>
      </w:pPr>
      <w:r>
        <w:rPr>
          <w:b/>
        </w:rPr>
        <w:t>T.C.</w:t>
      </w:r>
    </w:p>
    <w:p w14:paraId="4CF596A2" w14:textId="761DC31D" w:rsidR="0017412E" w:rsidRDefault="00000000">
      <w:pPr>
        <w:jc w:val="center"/>
        <w:rPr>
          <w:b/>
        </w:rPr>
      </w:pPr>
      <w:r>
        <w:rPr>
          <w:b/>
        </w:rPr>
        <w:t>ÇANAKKALE ONSEKİZ MART ÜNİVERSİTESİ</w:t>
      </w:r>
      <w:r>
        <w:rPr>
          <w:b/>
        </w:rPr>
        <w:br/>
      </w:r>
      <w:proofErr w:type="spellStart"/>
      <w:r>
        <w:rPr>
          <w:b/>
        </w:rPr>
        <w:t>İşletmede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Mesleki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Eğitim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Faaliyet</w:t>
      </w:r>
      <w:proofErr w:type="spellEnd"/>
      <w:r>
        <w:rPr>
          <w:b/>
        </w:rPr>
        <w:t xml:space="preserve"> Raporu</w:t>
      </w:r>
    </w:p>
    <w:tbl>
      <w:tblPr>
        <w:tblStyle w:val="TabloKlavuzu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296"/>
        <w:gridCol w:w="5144"/>
      </w:tblGrid>
      <w:tr w:rsidR="00F00F03" w14:paraId="570C3BBF" w14:textId="77777777" w:rsidTr="00F00F03">
        <w:trPr>
          <w:trHeight w:val="477"/>
        </w:trPr>
        <w:tc>
          <w:tcPr>
            <w:tcW w:w="3219" w:type="dxa"/>
            <w:vAlign w:val="center"/>
          </w:tcPr>
          <w:p w14:paraId="489E7CB0" w14:textId="5ECDF5BD" w:rsidR="00F00F03" w:rsidRDefault="00F00F03">
            <w:pPr>
              <w:jc w:val="center"/>
              <w:rPr>
                <w:b/>
              </w:rPr>
            </w:pPr>
            <w:proofErr w:type="spellStart"/>
            <w:r w:rsidRPr="00A15691">
              <w:rPr>
                <w:b/>
                <w:szCs w:val="24"/>
              </w:rPr>
              <w:t>Öğrencinin</w:t>
            </w:r>
            <w:proofErr w:type="spellEnd"/>
            <w:r w:rsidRPr="00A15691">
              <w:rPr>
                <w:b/>
                <w:szCs w:val="24"/>
              </w:rPr>
              <w:t xml:space="preserve"> </w:t>
            </w:r>
            <w:proofErr w:type="spellStart"/>
            <w:r w:rsidRPr="00A15691">
              <w:rPr>
                <w:b/>
                <w:szCs w:val="24"/>
              </w:rPr>
              <w:t>Adı</w:t>
            </w:r>
            <w:proofErr w:type="spellEnd"/>
            <w:r w:rsidRPr="00A15691">
              <w:rPr>
                <w:b/>
                <w:szCs w:val="24"/>
              </w:rPr>
              <w:t xml:space="preserve"> </w:t>
            </w:r>
            <w:proofErr w:type="spellStart"/>
            <w:r w:rsidRPr="00A15691">
              <w:rPr>
                <w:b/>
                <w:szCs w:val="24"/>
              </w:rPr>
              <w:t>Soyadı</w:t>
            </w:r>
            <w:proofErr w:type="spellEnd"/>
          </w:p>
        </w:tc>
        <w:tc>
          <w:tcPr>
            <w:tcW w:w="296" w:type="dxa"/>
            <w:vAlign w:val="center"/>
          </w:tcPr>
          <w:p w14:paraId="7CDB0102" w14:textId="32966FC8" w:rsidR="00F00F03" w:rsidRDefault="00F00F03">
            <w:pPr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5303" w:type="dxa"/>
            <w:vAlign w:val="center"/>
          </w:tcPr>
          <w:p w14:paraId="03225464" w14:textId="3483652A" w:rsidR="00F00F03" w:rsidRPr="00F00F03" w:rsidRDefault="00F00F03">
            <w:pPr>
              <w:jc w:val="center"/>
              <w:rPr>
                <w:b/>
                <w:highlight w:val="yellow"/>
              </w:rPr>
            </w:pPr>
          </w:p>
        </w:tc>
      </w:tr>
      <w:tr w:rsidR="00F00F03" w14:paraId="4DB8DC6A" w14:textId="77777777" w:rsidTr="00F00F03">
        <w:trPr>
          <w:trHeight w:val="413"/>
        </w:trPr>
        <w:tc>
          <w:tcPr>
            <w:tcW w:w="3219" w:type="dxa"/>
            <w:vAlign w:val="center"/>
          </w:tcPr>
          <w:p w14:paraId="0B5CE9CE" w14:textId="6C05A1F7" w:rsidR="00F00F03" w:rsidRDefault="00F00F03">
            <w:pPr>
              <w:jc w:val="center"/>
              <w:rPr>
                <w:b/>
              </w:rPr>
            </w:pPr>
            <w:proofErr w:type="spellStart"/>
            <w:r w:rsidRPr="00A15691">
              <w:rPr>
                <w:b/>
                <w:szCs w:val="24"/>
              </w:rPr>
              <w:t>Bölümü</w:t>
            </w:r>
            <w:proofErr w:type="spellEnd"/>
            <w:r w:rsidRPr="00A15691">
              <w:rPr>
                <w:b/>
                <w:szCs w:val="24"/>
              </w:rPr>
              <w:t xml:space="preserve"> /</w:t>
            </w:r>
            <w:proofErr w:type="spellStart"/>
            <w:r w:rsidRPr="00A15691">
              <w:rPr>
                <w:b/>
                <w:szCs w:val="24"/>
              </w:rPr>
              <w:t>Programı</w:t>
            </w:r>
            <w:proofErr w:type="spellEnd"/>
          </w:p>
        </w:tc>
        <w:tc>
          <w:tcPr>
            <w:tcW w:w="296" w:type="dxa"/>
            <w:vAlign w:val="center"/>
          </w:tcPr>
          <w:p w14:paraId="5F73BBD4" w14:textId="504B2498" w:rsidR="00F00F03" w:rsidRDefault="00F00F03">
            <w:pPr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5303" w:type="dxa"/>
            <w:vAlign w:val="center"/>
          </w:tcPr>
          <w:p w14:paraId="06823F08" w14:textId="2FCCCDC8" w:rsidR="00F00F03" w:rsidRPr="00F00F03" w:rsidRDefault="00F00F03">
            <w:pPr>
              <w:jc w:val="center"/>
              <w:rPr>
                <w:b/>
                <w:highlight w:val="yellow"/>
              </w:rPr>
            </w:pPr>
          </w:p>
        </w:tc>
      </w:tr>
      <w:tr w:rsidR="00F00F03" w14:paraId="119B4E05" w14:textId="77777777" w:rsidTr="00F00F03">
        <w:trPr>
          <w:trHeight w:val="419"/>
        </w:trPr>
        <w:tc>
          <w:tcPr>
            <w:tcW w:w="3219" w:type="dxa"/>
            <w:vAlign w:val="center"/>
          </w:tcPr>
          <w:p w14:paraId="47ECA56D" w14:textId="7DD1E686" w:rsidR="00F00F03" w:rsidRDefault="00F00F03">
            <w:pPr>
              <w:jc w:val="center"/>
              <w:rPr>
                <w:b/>
              </w:rPr>
            </w:pPr>
            <w:proofErr w:type="spellStart"/>
            <w:r w:rsidRPr="00A15691">
              <w:rPr>
                <w:b/>
                <w:szCs w:val="24"/>
              </w:rPr>
              <w:t>Numarası</w:t>
            </w:r>
            <w:proofErr w:type="spellEnd"/>
            <w:r>
              <w:rPr>
                <w:szCs w:val="24"/>
              </w:rPr>
              <w:tab/>
            </w:r>
          </w:p>
        </w:tc>
        <w:tc>
          <w:tcPr>
            <w:tcW w:w="296" w:type="dxa"/>
            <w:vAlign w:val="center"/>
          </w:tcPr>
          <w:p w14:paraId="05223570" w14:textId="6DC7CC5C" w:rsidR="00F00F03" w:rsidRDefault="00F00F03">
            <w:pPr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5303" w:type="dxa"/>
            <w:vAlign w:val="center"/>
          </w:tcPr>
          <w:p w14:paraId="5C93150C" w14:textId="5EFF3D1C" w:rsidR="00F00F03" w:rsidRPr="00F00F03" w:rsidRDefault="00F00F03">
            <w:pPr>
              <w:jc w:val="center"/>
              <w:rPr>
                <w:b/>
                <w:highlight w:val="yellow"/>
              </w:rPr>
            </w:pPr>
          </w:p>
        </w:tc>
      </w:tr>
      <w:tr w:rsidR="00F00F03" w14:paraId="3CFEFA0C" w14:textId="77777777" w:rsidTr="00F00F03">
        <w:tc>
          <w:tcPr>
            <w:tcW w:w="3219" w:type="dxa"/>
            <w:vAlign w:val="center"/>
          </w:tcPr>
          <w:p w14:paraId="0E0CD56F" w14:textId="0256E082" w:rsidR="00F00F03" w:rsidRDefault="00F00F03">
            <w:pPr>
              <w:jc w:val="center"/>
              <w:rPr>
                <w:b/>
              </w:rPr>
            </w:pPr>
            <w:proofErr w:type="spellStart"/>
            <w:r w:rsidRPr="00A15691">
              <w:rPr>
                <w:b/>
                <w:szCs w:val="24"/>
              </w:rPr>
              <w:t>İş</w:t>
            </w:r>
            <w:proofErr w:type="spellEnd"/>
            <w:r w:rsidRPr="00A15691">
              <w:rPr>
                <w:b/>
                <w:szCs w:val="24"/>
              </w:rPr>
              <w:t xml:space="preserve"> </w:t>
            </w:r>
            <w:proofErr w:type="spellStart"/>
            <w:r w:rsidRPr="00A15691">
              <w:rPr>
                <w:b/>
                <w:szCs w:val="24"/>
              </w:rPr>
              <w:t>yerinin</w:t>
            </w:r>
            <w:proofErr w:type="spellEnd"/>
            <w:r w:rsidRPr="00A15691">
              <w:rPr>
                <w:b/>
                <w:szCs w:val="24"/>
              </w:rPr>
              <w:t xml:space="preserve"> </w:t>
            </w:r>
            <w:proofErr w:type="spellStart"/>
            <w:r w:rsidRPr="00A15691">
              <w:rPr>
                <w:b/>
                <w:szCs w:val="24"/>
              </w:rPr>
              <w:t>Adı</w:t>
            </w:r>
            <w:proofErr w:type="spellEnd"/>
            <w:r w:rsidRPr="00A15691">
              <w:rPr>
                <w:szCs w:val="24"/>
              </w:rPr>
              <w:tab/>
            </w:r>
          </w:p>
        </w:tc>
        <w:tc>
          <w:tcPr>
            <w:tcW w:w="296" w:type="dxa"/>
            <w:vAlign w:val="center"/>
          </w:tcPr>
          <w:p w14:paraId="27D4D573" w14:textId="24F7C9E7" w:rsidR="00F00F03" w:rsidRDefault="00F00F03">
            <w:pPr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5303" w:type="dxa"/>
            <w:vAlign w:val="center"/>
          </w:tcPr>
          <w:p w14:paraId="1D64BEF8" w14:textId="0FF25D26" w:rsidR="00F00F03" w:rsidRPr="00F00F03" w:rsidRDefault="00F00F03">
            <w:pPr>
              <w:jc w:val="center"/>
              <w:rPr>
                <w:b/>
                <w:highlight w:val="yellow"/>
              </w:rPr>
            </w:pPr>
          </w:p>
        </w:tc>
      </w:tr>
      <w:tr w:rsidR="00F00F03" w14:paraId="6FB5BA47" w14:textId="77777777" w:rsidTr="00F00F03">
        <w:trPr>
          <w:trHeight w:val="419"/>
        </w:trPr>
        <w:tc>
          <w:tcPr>
            <w:tcW w:w="3219" w:type="dxa"/>
            <w:vAlign w:val="center"/>
          </w:tcPr>
          <w:p w14:paraId="1CCB82EA" w14:textId="7715D535" w:rsidR="00F00F03" w:rsidRDefault="00F00F03" w:rsidP="00F00F03">
            <w:pPr>
              <w:jc w:val="center"/>
              <w:rPr>
                <w:b/>
              </w:rPr>
            </w:pPr>
            <w:proofErr w:type="spellStart"/>
            <w:r>
              <w:rPr>
                <w:b/>
                <w:szCs w:val="24"/>
              </w:rPr>
              <w:t>Eğitici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Personel</w:t>
            </w:r>
            <w:proofErr w:type="spellEnd"/>
            <w:r>
              <w:rPr>
                <w:b/>
                <w:szCs w:val="24"/>
              </w:rPr>
              <w:t xml:space="preserve">           </w:t>
            </w:r>
          </w:p>
        </w:tc>
        <w:tc>
          <w:tcPr>
            <w:tcW w:w="296" w:type="dxa"/>
            <w:vAlign w:val="center"/>
          </w:tcPr>
          <w:p w14:paraId="3DDA2517" w14:textId="51096CB9" w:rsidR="00F00F03" w:rsidRDefault="00F00F03">
            <w:pPr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5303" w:type="dxa"/>
            <w:vAlign w:val="center"/>
          </w:tcPr>
          <w:p w14:paraId="466A1BB5" w14:textId="5FEC3B9E" w:rsidR="00F00F03" w:rsidRPr="00F00F03" w:rsidRDefault="00F00F03">
            <w:pPr>
              <w:jc w:val="center"/>
              <w:rPr>
                <w:b/>
                <w:highlight w:val="yellow"/>
              </w:rPr>
            </w:pPr>
          </w:p>
        </w:tc>
      </w:tr>
      <w:tr w:rsidR="00F00F03" w14:paraId="08CBEFB7" w14:textId="77777777" w:rsidTr="00F00F03">
        <w:trPr>
          <w:trHeight w:val="410"/>
        </w:trPr>
        <w:tc>
          <w:tcPr>
            <w:tcW w:w="3219" w:type="dxa"/>
            <w:vAlign w:val="center"/>
          </w:tcPr>
          <w:p w14:paraId="29B83998" w14:textId="188AAD2B" w:rsidR="00F00F03" w:rsidRDefault="00F00F03">
            <w:pPr>
              <w:jc w:val="center"/>
              <w:rPr>
                <w:b/>
              </w:rPr>
            </w:pPr>
            <w:proofErr w:type="spellStart"/>
            <w:r w:rsidRPr="00A15691">
              <w:rPr>
                <w:b/>
                <w:szCs w:val="24"/>
              </w:rPr>
              <w:t>Sorumlu</w:t>
            </w:r>
            <w:proofErr w:type="spellEnd"/>
            <w:r w:rsidRPr="00A15691">
              <w:rPr>
                <w:b/>
                <w:szCs w:val="24"/>
              </w:rPr>
              <w:t xml:space="preserve"> </w:t>
            </w:r>
            <w:proofErr w:type="spellStart"/>
            <w:r w:rsidRPr="00A15691">
              <w:rPr>
                <w:b/>
                <w:szCs w:val="24"/>
              </w:rPr>
              <w:t>Öğretim</w:t>
            </w:r>
            <w:proofErr w:type="spellEnd"/>
            <w:r w:rsidRPr="00A15691">
              <w:rPr>
                <w:b/>
                <w:szCs w:val="24"/>
              </w:rPr>
              <w:t xml:space="preserve"> </w:t>
            </w:r>
            <w:proofErr w:type="spellStart"/>
            <w:r w:rsidRPr="00A15691">
              <w:rPr>
                <w:b/>
                <w:szCs w:val="24"/>
              </w:rPr>
              <w:t>Elemanı</w:t>
            </w:r>
            <w:proofErr w:type="spellEnd"/>
          </w:p>
        </w:tc>
        <w:tc>
          <w:tcPr>
            <w:tcW w:w="296" w:type="dxa"/>
            <w:vAlign w:val="center"/>
          </w:tcPr>
          <w:p w14:paraId="11DA901E" w14:textId="719CCBD2" w:rsidR="00F00F03" w:rsidRDefault="00F00F03">
            <w:pPr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5303" w:type="dxa"/>
            <w:vAlign w:val="center"/>
          </w:tcPr>
          <w:p w14:paraId="1B86432E" w14:textId="04B7FAD0" w:rsidR="00F00F03" w:rsidRDefault="00F00F03">
            <w:pPr>
              <w:jc w:val="center"/>
              <w:rPr>
                <w:b/>
              </w:rPr>
            </w:pPr>
          </w:p>
        </w:tc>
      </w:tr>
      <w:tr w:rsidR="00F00F03" w14:paraId="5B43D61F" w14:textId="77777777" w:rsidTr="00F00F03">
        <w:tc>
          <w:tcPr>
            <w:tcW w:w="3219" w:type="dxa"/>
            <w:vAlign w:val="center"/>
          </w:tcPr>
          <w:p w14:paraId="4A8E2F0A" w14:textId="0E33DF9A" w:rsidR="00F00F03" w:rsidRPr="00F00F03" w:rsidRDefault="00F00F03" w:rsidP="00F00F03">
            <w:pPr>
              <w:jc w:val="center"/>
            </w:pPr>
            <w:proofErr w:type="spellStart"/>
            <w:r>
              <w:rPr>
                <w:b/>
                <w:szCs w:val="24"/>
              </w:rPr>
              <w:t>İşletmede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Mesleki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Eğitim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Başlangıç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ve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Bitiş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Tarihleri</w:t>
            </w:r>
            <w:proofErr w:type="spellEnd"/>
          </w:p>
        </w:tc>
        <w:tc>
          <w:tcPr>
            <w:tcW w:w="296" w:type="dxa"/>
            <w:vAlign w:val="center"/>
          </w:tcPr>
          <w:p w14:paraId="4BAF802D" w14:textId="53C6ED28" w:rsidR="00F00F03" w:rsidRDefault="00F00F03" w:rsidP="00F00F03">
            <w:pPr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5303" w:type="dxa"/>
            <w:vAlign w:val="center"/>
          </w:tcPr>
          <w:p w14:paraId="26D52D9E" w14:textId="211DABF2" w:rsidR="00F00F03" w:rsidRPr="00F00F03" w:rsidRDefault="00F00F03" w:rsidP="00F00F03">
            <w:pPr>
              <w:jc w:val="center"/>
              <w:rPr>
                <w:bCs/>
              </w:rPr>
            </w:pPr>
          </w:p>
        </w:tc>
      </w:tr>
    </w:tbl>
    <w:p w14:paraId="66556048" w14:textId="77777777" w:rsidR="00613D08" w:rsidRDefault="00613D08" w:rsidP="00613D08">
      <w:pPr>
        <w:ind w:firstLine="708"/>
        <w:jc w:val="both"/>
        <w:rPr>
          <w:rFonts w:ascii="Arial" w:hAnsi="Arial" w:cs="Arial"/>
          <w:b/>
        </w:rPr>
      </w:pPr>
    </w:p>
    <w:p w14:paraId="745B9AD8" w14:textId="3930976A" w:rsidR="00613D08" w:rsidRPr="00A15691" w:rsidRDefault="00613D08" w:rsidP="00613D08">
      <w:pPr>
        <w:ind w:firstLine="708"/>
        <w:jc w:val="both"/>
        <w:rPr>
          <w:b/>
          <w:i/>
          <w:szCs w:val="24"/>
        </w:rPr>
      </w:pPr>
      <w:r w:rsidRPr="00A15691">
        <w:rPr>
          <w:b/>
          <w:i/>
          <w:szCs w:val="24"/>
        </w:rPr>
        <w:t xml:space="preserve">Bu </w:t>
      </w:r>
      <w:proofErr w:type="spellStart"/>
      <w:r>
        <w:rPr>
          <w:b/>
          <w:i/>
          <w:szCs w:val="24"/>
        </w:rPr>
        <w:t>İşletmede</w:t>
      </w:r>
      <w:proofErr w:type="spellEnd"/>
      <w:r>
        <w:rPr>
          <w:b/>
          <w:i/>
          <w:szCs w:val="24"/>
        </w:rPr>
        <w:t xml:space="preserve">, </w:t>
      </w:r>
      <w:proofErr w:type="spellStart"/>
      <w:r>
        <w:rPr>
          <w:b/>
          <w:i/>
          <w:szCs w:val="24"/>
        </w:rPr>
        <w:t>İşletmede</w:t>
      </w:r>
      <w:proofErr w:type="spellEnd"/>
      <w:r>
        <w:rPr>
          <w:b/>
          <w:i/>
          <w:szCs w:val="24"/>
        </w:rPr>
        <w:t xml:space="preserve"> </w:t>
      </w:r>
      <w:proofErr w:type="spellStart"/>
      <w:r>
        <w:rPr>
          <w:b/>
          <w:i/>
          <w:szCs w:val="24"/>
        </w:rPr>
        <w:t>M</w:t>
      </w:r>
      <w:r w:rsidRPr="00A15691">
        <w:rPr>
          <w:b/>
          <w:i/>
          <w:szCs w:val="24"/>
        </w:rPr>
        <w:t>esleki</w:t>
      </w:r>
      <w:proofErr w:type="spellEnd"/>
      <w:r>
        <w:rPr>
          <w:b/>
          <w:i/>
          <w:szCs w:val="24"/>
        </w:rPr>
        <w:t xml:space="preserve"> </w:t>
      </w:r>
      <w:proofErr w:type="spellStart"/>
      <w:r>
        <w:rPr>
          <w:b/>
          <w:i/>
          <w:szCs w:val="24"/>
        </w:rPr>
        <w:t>Eğitim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uygulama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raporu</w:t>
      </w:r>
      <w:proofErr w:type="spellEnd"/>
      <w:r w:rsidRPr="00A15691">
        <w:rPr>
          <w:b/>
          <w:i/>
          <w:szCs w:val="24"/>
        </w:rPr>
        <w:t xml:space="preserve"> </w:t>
      </w:r>
      <w:r w:rsidR="00F00F03">
        <w:rPr>
          <w:b/>
          <w:i/>
          <w:szCs w:val="24"/>
        </w:rPr>
        <w:t>09/06/2026</w:t>
      </w:r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tarihinde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aşağıdaki</w:t>
      </w:r>
      <w:proofErr w:type="spellEnd"/>
      <w:r>
        <w:rPr>
          <w:b/>
          <w:i/>
          <w:szCs w:val="24"/>
        </w:rPr>
        <w:t xml:space="preserve"> </w:t>
      </w:r>
      <w:proofErr w:type="spellStart"/>
      <w:r w:rsidRPr="00A9455A">
        <w:rPr>
          <w:b/>
          <w:bCs/>
          <w:i/>
          <w:iCs/>
          <w:spacing w:val="-2"/>
          <w:szCs w:val="24"/>
        </w:rPr>
        <w:t>işletmede</w:t>
      </w:r>
      <w:proofErr w:type="spellEnd"/>
      <w:r w:rsidRPr="00A9455A">
        <w:rPr>
          <w:b/>
          <w:bCs/>
          <w:i/>
          <w:iCs/>
          <w:spacing w:val="-2"/>
          <w:szCs w:val="24"/>
        </w:rPr>
        <w:t xml:space="preserve"> </w:t>
      </w:r>
      <w:proofErr w:type="spellStart"/>
      <w:r w:rsidRPr="00A9455A">
        <w:rPr>
          <w:b/>
          <w:bCs/>
          <w:i/>
          <w:iCs/>
          <w:spacing w:val="-2"/>
          <w:szCs w:val="24"/>
        </w:rPr>
        <w:t>mesleki</w:t>
      </w:r>
      <w:proofErr w:type="spellEnd"/>
      <w:r w:rsidRPr="00A9455A">
        <w:rPr>
          <w:b/>
          <w:bCs/>
          <w:i/>
          <w:iCs/>
          <w:spacing w:val="-2"/>
          <w:szCs w:val="24"/>
        </w:rPr>
        <w:t xml:space="preserve"> </w:t>
      </w:r>
      <w:proofErr w:type="spellStart"/>
      <w:r w:rsidRPr="00A9455A">
        <w:rPr>
          <w:b/>
          <w:bCs/>
          <w:i/>
          <w:iCs/>
          <w:spacing w:val="-2"/>
          <w:szCs w:val="24"/>
        </w:rPr>
        <w:t>eğitim</w:t>
      </w:r>
      <w:proofErr w:type="spellEnd"/>
      <w:r w:rsidRPr="00A9455A">
        <w:rPr>
          <w:b/>
          <w:bCs/>
          <w:i/>
          <w:iCs/>
          <w:spacing w:val="-2"/>
          <w:szCs w:val="24"/>
        </w:rPr>
        <w:t xml:space="preserve"> </w:t>
      </w:r>
      <w:proofErr w:type="spellStart"/>
      <w:r w:rsidRPr="00A9455A">
        <w:rPr>
          <w:b/>
          <w:bCs/>
          <w:i/>
          <w:iCs/>
          <w:spacing w:val="-2"/>
          <w:szCs w:val="24"/>
        </w:rPr>
        <w:t>u</w:t>
      </w:r>
      <w:r>
        <w:rPr>
          <w:b/>
          <w:bCs/>
          <w:i/>
          <w:iCs/>
          <w:spacing w:val="-2"/>
          <w:szCs w:val="24"/>
        </w:rPr>
        <w:t>y</w:t>
      </w:r>
      <w:r w:rsidRPr="00A9455A">
        <w:rPr>
          <w:b/>
          <w:bCs/>
          <w:i/>
          <w:iCs/>
          <w:spacing w:val="-2"/>
          <w:szCs w:val="24"/>
        </w:rPr>
        <w:t>gul</w:t>
      </w:r>
      <w:r w:rsidRPr="00A9455A">
        <w:rPr>
          <w:b/>
          <w:bCs/>
          <w:i/>
          <w:iCs/>
          <w:szCs w:val="24"/>
        </w:rPr>
        <w:t>ama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sorumluları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tarafından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kabul</w:t>
      </w:r>
      <w:proofErr w:type="spellEnd"/>
      <w:r w:rsidRPr="00A15691">
        <w:rPr>
          <w:b/>
          <w:i/>
          <w:szCs w:val="24"/>
        </w:rPr>
        <w:t xml:space="preserve"> </w:t>
      </w:r>
      <w:proofErr w:type="spellStart"/>
      <w:r w:rsidRPr="00A15691">
        <w:rPr>
          <w:b/>
          <w:i/>
          <w:szCs w:val="24"/>
        </w:rPr>
        <w:t>edilmiştir</w:t>
      </w:r>
      <w:proofErr w:type="spellEnd"/>
      <w:r w:rsidRPr="00A15691">
        <w:rPr>
          <w:b/>
          <w:i/>
          <w:szCs w:val="24"/>
        </w:rPr>
        <w:t>.</w:t>
      </w:r>
    </w:p>
    <w:p w14:paraId="795057DC" w14:textId="77777777" w:rsidR="00613D08" w:rsidRDefault="00613D08" w:rsidP="00613D08">
      <w:pPr>
        <w:ind w:firstLine="708"/>
        <w:jc w:val="both"/>
        <w:rPr>
          <w:rFonts w:ascii="Arial" w:hAnsi="Arial" w:cs="Arial"/>
          <w:b/>
          <w:szCs w:val="24"/>
        </w:rPr>
      </w:pPr>
    </w:p>
    <w:p w14:paraId="1A479BD2" w14:textId="77777777" w:rsidR="00613D08" w:rsidRDefault="00613D08" w:rsidP="00613D08">
      <w:pPr>
        <w:ind w:firstLine="708"/>
        <w:jc w:val="both"/>
        <w:rPr>
          <w:rFonts w:ascii="Arial" w:hAnsi="Arial" w:cs="Arial"/>
          <w:b/>
          <w:szCs w:val="24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F00F03" w14:paraId="03CE5094" w14:textId="77777777" w:rsidTr="00F00F03">
        <w:trPr>
          <w:trHeight w:val="514"/>
          <w:jc w:val="center"/>
        </w:trPr>
        <w:tc>
          <w:tcPr>
            <w:tcW w:w="4390" w:type="dxa"/>
            <w:vAlign w:val="center"/>
          </w:tcPr>
          <w:p w14:paraId="6FCFE371" w14:textId="0A5A271A" w:rsidR="00F00F03" w:rsidRPr="00F00F03" w:rsidRDefault="00F00F03" w:rsidP="00F00F03">
            <w:pPr>
              <w:jc w:val="center"/>
              <w:rPr>
                <w:rFonts w:ascii="Arial" w:hAnsi="Arial" w:cs="Arial"/>
                <w:b/>
                <w:szCs w:val="24"/>
                <w:highlight w:val="yellow"/>
              </w:rPr>
            </w:pPr>
          </w:p>
        </w:tc>
        <w:tc>
          <w:tcPr>
            <w:tcW w:w="4390" w:type="dxa"/>
            <w:vAlign w:val="center"/>
          </w:tcPr>
          <w:p w14:paraId="15554896" w14:textId="3F9ACF29" w:rsidR="00F00F03" w:rsidRPr="00F00F03" w:rsidRDefault="00F00F03" w:rsidP="00F00F03">
            <w:pPr>
              <w:jc w:val="center"/>
              <w:rPr>
                <w:rFonts w:ascii="Arial" w:hAnsi="Arial" w:cs="Arial"/>
                <w:b/>
                <w:szCs w:val="24"/>
                <w:highlight w:val="yellow"/>
              </w:rPr>
            </w:pPr>
          </w:p>
        </w:tc>
      </w:tr>
      <w:tr w:rsidR="00F00F03" w14:paraId="2A501AD9" w14:textId="77777777" w:rsidTr="00F00F03">
        <w:trPr>
          <w:trHeight w:val="564"/>
          <w:jc w:val="center"/>
        </w:trPr>
        <w:tc>
          <w:tcPr>
            <w:tcW w:w="4390" w:type="dxa"/>
            <w:vAlign w:val="center"/>
          </w:tcPr>
          <w:p w14:paraId="1CF5E614" w14:textId="3A528FDB" w:rsidR="00F00F03" w:rsidRPr="00F00F03" w:rsidRDefault="00F00F03" w:rsidP="00F00F03">
            <w:pPr>
              <w:jc w:val="center"/>
              <w:rPr>
                <w:rFonts w:ascii="Arial" w:hAnsi="Arial" w:cs="Arial"/>
                <w:bCs/>
                <w:szCs w:val="24"/>
              </w:rPr>
            </w:pPr>
            <w:proofErr w:type="spellStart"/>
            <w:r w:rsidRPr="00F00F03">
              <w:rPr>
                <w:bCs/>
                <w:szCs w:val="24"/>
              </w:rPr>
              <w:t>Eğitici</w:t>
            </w:r>
            <w:proofErr w:type="spellEnd"/>
            <w:r w:rsidRPr="00F00F03">
              <w:rPr>
                <w:bCs/>
                <w:szCs w:val="24"/>
              </w:rPr>
              <w:t xml:space="preserve"> </w:t>
            </w:r>
            <w:proofErr w:type="spellStart"/>
            <w:r w:rsidRPr="00F00F03">
              <w:rPr>
                <w:bCs/>
                <w:szCs w:val="24"/>
              </w:rPr>
              <w:t>Personel</w:t>
            </w:r>
            <w:proofErr w:type="spellEnd"/>
          </w:p>
        </w:tc>
        <w:tc>
          <w:tcPr>
            <w:tcW w:w="4390" w:type="dxa"/>
            <w:vAlign w:val="center"/>
          </w:tcPr>
          <w:p w14:paraId="20885C78" w14:textId="584646EA" w:rsidR="00F00F03" w:rsidRPr="00F00F03" w:rsidRDefault="00F00F03" w:rsidP="00F00F03">
            <w:pPr>
              <w:jc w:val="center"/>
              <w:rPr>
                <w:rFonts w:ascii="Arial" w:hAnsi="Arial" w:cs="Arial"/>
                <w:bCs/>
                <w:szCs w:val="24"/>
              </w:rPr>
            </w:pPr>
            <w:proofErr w:type="spellStart"/>
            <w:r w:rsidRPr="00F00F03">
              <w:rPr>
                <w:bCs/>
                <w:szCs w:val="24"/>
              </w:rPr>
              <w:t>Sorumlu</w:t>
            </w:r>
            <w:proofErr w:type="spellEnd"/>
            <w:r w:rsidRPr="00F00F03">
              <w:rPr>
                <w:bCs/>
                <w:szCs w:val="24"/>
              </w:rPr>
              <w:t xml:space="preserve"> Öğretim Elemanı</w:t>
            </w:r>
          </w:p>
        </w:tc>
      </w:tr>
    </w:tbl>
    <w:p w14:paraId="5057EFDA" w14:textId="77777777" w:rsidR="00F00F03" w:rsidRPr="0044371A" w:rsidRDefault="00F00F03" w:rsidP="00613D08">
      <w:pPr>
        <w:ind w:firstLine="708"/>
        <w:jc w:val="both"/>
        <w:rPr>
          <w:rFonts w:ascii="Arial" w:hAnsi="Arial" w:cs="Arial"/>
          <w:b/>
          <w:szCs w:val="24"/>
        </w:rPr>
      </w:pPr>
    </w:p>
    <w:p w14:paraId="4831755F" w14:textId="74E3732D" w:rsidR="00613D08" w:rsidRPr="0044371A" w:rsidRDefault="00613D08" w:rsidP="00613D08">
      <w:pPr>
        <w:ind w:firstLine="708"/>
        <w:jc w:val="both"/>
        <w:rPr>
          <w:rFonts w:ascii="Arial" w:hAnsi="Arial" w:cs="Arial"/>
          <w:b/>
          <w:szCs w:val="24"/>
        </w:rPr>
      </w:pPr>
      <w:r w:rsidRPr="0044371A">
        <w:rPr>
          <w:rFonts w:ascii="Arial" w:hAnsi="Arial" w:cs="Arial"/>
          <w:b/>
          <w:szCs w:val="24"/>
        </w:rPr>
        <w:tab/>
      </w:r>
      <w:r w:rsidRPr="0044371A">
        <w:rPr>
          <w:rFonts w:ascii="Arial" w:hAnsi="Arial" w:cs="Arial"/>
          <w:b/>
          <w:szCs w:val="24"/>
        </w:rPr>
        <w:tab/>
      </w:r>
      <w:r w:rsidR="00F00F03">
        <w:rPr>
          <w:rFonts w:ascii="Arial" w:hAnsi="Arial" w:cs="Arial"/>
          <w:b/>
          <w:szCs w:val="24"/>
        </w:rPr>
        <w:t xml:space="preserve">       </w:t>
      </w:r>
    </w:p>
    <w:p w14:paraId="2C708C30" w14:textId="1F20895E" w:rsidR="00613D08" w:rsidRPr="00A15691" w:rsidRDefault="00613D08" w:rsidP="00613D08">
      <w:pPr>
        <w:ind w:firstLine="708"/>
        <w:jc w:val="both"/>
        <w:rPr>
          <w:b/>
          <w:szCs w:val="24"/>
        </w:rPr>
      </w:pPr>
      <w:r w:rsidRPr="0044371A">
        <w:rPr>
          <w:rFonts w:ascii="Arial" w:hAnsi="Arial" w:cs="Arial"/>
          <w:b/>
          <w:szCs w:val="24"/>
        </w:rPr>
        <w:tab/>
      </w:r>
      <w:r w:rsidRPr="0044371A">
        <w:rPr>
          <w:rFonts w:ascii="Arial" w:hAnsi="Arial" w:cs="Arial"/>
          <w:b/>
          <w:szCs w:val="24"/>
        </w:rPr>
        <w:tab/>
      </w:r>
    </w:p>
    <w:p w14:paraId="3661D226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0C6D099A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3FE171A8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02431B5B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510D81DA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175AC2E0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701D3104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17D681EB" w14:textId="77777777" w:rsidR="00613D08" w:rsidRDefault="00613D08" w:rsidP="00613D08">
      <w:pPr>
        <w:spacing w:before="120" w:after="120"/>
        <w:ind w:left="284"/>
        <w:rPr>
          <w:spacing w:val="-2"/>
          <w:szCs w:val="24"/>
        </w:rPr>
      </w:pPr>
    </w:p>
    <w:p w14:paraId="39EB4839" w14:textId="6F0A783F" w:rsidR="004646CD" w:rsidRDefault="004646CD" w:rsidP="00613D08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4469E26" wp14:editId="34AA12BB">
                <wp:simplePos x="0" y="0"/>
                <wp:positionH relativeFrom="margin">
                  <wp:posOffset>-327660</wp:posOffset>
                </wp:positionH>
                <wp:positionV relativeFrom="margin">
                  <wp:posOffset>155575</wp:posOffset>
                </wp:positionV>
                <wp:extent cx="6134100" cy="7886700"/>
                <wp:effectExtent l="0" t="0" r="0" b="0"/>
                <wp:wrapSquare wrapText="bothSides"/>
                <wp:docPr id="1003191254" name="Metin Kutusu 1003191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E5F5AC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23"/>
                              <w:gridCol w:w="4048"/>
                              <w:gridCol w:w="1559"/>
                            </w:tblGrid>
                            <w:tr w:rsidR="004646CD" w:rsidRPr="00D517BD" w14:paraId="0097C2F9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323" w:type="dxa"/>
                                  <w:vAlign w:val="bottom"/>
                                </w:tcPr>
                                <w:p w14:paraId="640EB88D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4048" w:type="dxa"/>
                                  <w:vAlign w:val="bottom"/>
                                </w:tcPr>
                                <w:p w14:paraId="23CAD6CF" w14:textId="79662712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16.02.2026 - 20.02.2026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379F9805" w14:textId="6C64029D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591F850D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1BFA379B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29401F37" w14:textId="4C1F144D" w:rsidR="00F00F03" w:rsidRPr="009D347F" w:rsidRDefault="00F00F03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33F8BE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7A378AB6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9DA7D26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DFFD267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23B8F4C7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FD16B64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011BE28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05D49BDB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9932D85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6E45F5C5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CF27816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4CF59EA9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6BC799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9D50468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C170317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9DE661F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340061C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0DB47ADF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FDA737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A8D37E8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469E26" id="_x0000_t202" coordsize="21600,21600" o:spt="202" path="m,l,21600r21600,l21600,xe">
                <v:stroke joinstyle="miter"/>
                <v:path gradientshapeok="t" o:connecttype="rect"/>
              </v:shapetype>
              <v:shape id="Metin Kutusu 1003191254" o:spid="_x0000_s1026" type="#_x0000_t202" style="position:absolute;left:0;text-align:left;margin-left:-25.8pt;margin-top:12.25pt;width:483pt;height:621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" filled="f" stroked="f">
                <v:textbox>
                  <w:txbxContent>
                    <w:p w14:paraId="6FE5F5AC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23"/>
                        <w:gridCol w:w="4048"/>
                        <w:gridCol w:w="1559"/>
                      </w:tblGrid>
                      <w:tr w:rsidR="004646CD" w:rsidRPr="00D517BD" w14:paraId="0097C2F9" w14:textId="77777777" w:rsidTr="004646CD">
                        <w:trPr>
                          <w:jc w:val="center"/>
                        </w:trPr>
                        <w:tc>
                          <w:tcPr>
                            <w:tcW w:w="3323" w:type="dxa"/>
                            <w:vAlign w:val="bottom"/>
                          </w:tcPr>
                          <w:p w14:paraId="640EB88D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4048" w:type="dxa"/>
                            <w:vAlign w:val="bottom"/>
                          </w:tcPr>
                          <w:p w14:paraId="23CAD6CF" w14:textId="79662712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16.02.2026 - 20.02.2026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379F9805" w14:textId="6C64029D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591F850D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1BFA379B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29401F37" w14:textId="4C1F144D" w:rsidR="00F00F03" w:rsidRPr="009D347F" w:rsidRDefault="00F00F03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933F8BE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7A378AB6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09DA7D26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1DFFD267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23B8F4C7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3FD16B64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6011BE28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05D49BDB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09932D85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6E45F5C5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0CF27816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4CF59EA9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86BC799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9D50468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C170317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9DE661F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340061CB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0DB47ADF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FDA737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A8D37E8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3F9102A" w14:textId="63A5F2FB" w:rsidR="004646CD" w:rsidRDefault="004646CD" w:rsidP="00613D08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B410397" wp14:editId="300EE399">
                <wp:simplePos x="0" y="0"/>
                <wp:positionH relativeFrom="margin">
                  <wp:posOffset>-327660</wp:posOffset>
                </wp:positionH>
                <wp:positionV relativeFrom="margin">
                  <wp:posOffset>3175</wp:posOffset>
                </wp:positionV>
                <wp:extent cx="6134100" cy="7886700"/>
                <wp:effectExtent l="0" t="0" r="0" b="0"/>
                <wp:wrapSquare wrapText="bothSides"/>
                <wp:docPr id="1167436010" name="Metin Kutusu 1167436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9D5E9B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90"/>
                              <w:gridCol w:w="3481"/>
                              <w:gridCol w:w="1559"/>
                            </w:tblGrid>
                            <w:tr w:rsidR="004646CD" w:rsidRPr="00D517BD" w14:paraId="1FCF6342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890" w:type="dxa"/>
                                  <w:vAlign w:val="bottom"/>
                                </w:tcPr>
                                <w:p w14:paraId="5F4355DF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481" w:type="dxa"/>
                                  <w:vAlign w:val="bottom"/>
                                </w:tcPr>
                                <w:p w14:paraId="354225B4" w14:textId="39058D81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23.02.2026 - 27.02.2026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45AD2E20" w14:textId="03D188B2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2</w:t>
                                  </w:r>
                                </w:p>
                              </w:tc>
                            </w:tr>
                          </w:tbl>
                          <w:p w14:paraId="721FA873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42C49216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438E3CF0" w14:textId="5F5ABB37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253A1A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42AB7E8A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1329E55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DF10723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54159935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8225025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7697760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3917009A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BA35F58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258D8BB0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23494D0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763DBA0A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7EEE3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1A8648E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CA82009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48E1C9BE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19055B03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D814586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35511CD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198C382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10397" id="Metin Kutusu 1167436010" o:spid="_x0000_s1027" type="#_x0000_t202" style="position:absolute;left:0;text-align:left;margin-left:-25.8pt;margin-top:.25pt;width:483pt;height:621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" filled="f" stroked="f">
                <v:textbox>
                  <w:txbxContent>
                    <w:p w14:paraId="7B9D5E9B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90"/>
                        <w:gridCol w:w="3481"/>
                        <w:gridCol w:w="1559"/>
                      </w:tblGrid>
                      <w:tr w:rsidR="004646CD" w:rsidRPr="00D517BD" w14:paraId="1FCF6342" w14:textId="77777777" w:rsidTr="004646CD">
                        <w:trPr>
                          <w:jc w:val="center"/>
                        </w:trPr>
                        <w:tc>
                          <w:tcPr>
                            <w:tcW w:w="3890" w:type="dxa"/>
                            <w:vAlign w:val="bottom"/>
                          </w:tcPr>
                          <w:p w14:paraId="5F4355DF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481" w:type="dxa"/>
                            <w:vAlign w:val="bottom"/>
                          </w:tcPr>
                          <w:p w14:paraId="354225B4" w14:textId="39058D81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23.02.2026 - 27.02.2026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45AD2E20" w14:textId="03D188B2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2</w:t>
                            </w:r>
                          </w:p>
                        </w:tc>
                      </w:tr>
                    </w:tbl>
                    <w:p w14:paraId="721FA873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42C49216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438E3CF0" w14:textId="5F5ABB37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A253A1A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42AB7E8A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51329E55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1DF10723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54159935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48225025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67697760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3917009A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5BA35F58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258D8BB0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423494D0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763DBA0A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27EEE3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1A8648EB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CA82009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48E1C9BE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19055B03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7D814586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35511CD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198C382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5C53C89" w14:textId="095B456D" w:rsidR="004646CD" w:rsidRDefault="004646CD" w:rsidP="00613D08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02E3F0F" wp14:editId="30617981">
                <wp:simplePos x="0" y="0"/>
                <wp:positionH relativeFrom="margin">
                  <wp:posOffset>-327660</wp:posOffset>
                </wp:positionH>
                <wp:positionV relativeFrom="margin">
                  <wp:posOffset>170815</wp:posOffset>
                </wp:positionV>
                <wp:extent cx="6134100" cy="7886700"/>
                <wp:effectExtent l="0" t="0" r="0" b="0"/>
                <wp:wrapSquare wrapText="bothSides"/>
                <wp:docPr id="1287649460" name="Metin Kutusu 1287649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E18E78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032"/>
                              <w:gridCol w:w="3339"/>
                              <w:gridCol w:w="1559"/>
                            </w:tblGrid>
                            <w:tr w:rsidR="004646CD" w:rsidRPr="00D517BD" w14:paraId="497C77C1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4032" w:type="dxa"/>
                                  <w:vAlign w:val="bottom"/>
                                </w:tcPr>
                                <w:p w14:paraId="0F237B52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  <w:vAlign w:val="bottom"/>
                                </w:tcPr>
                                <w:p w14:paraId="5F3EB794" w14:textId="60D2A4F3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02.03.2026 - 06.03.2026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04158ADA" w14:textId="3F60F3B6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</w:tbl>
                          <w:p w14:paraId="470B078C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1F6CD6D5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0D2D56EF" w14:textId="36CD26BD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7A7236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4A926DAA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D7C4A5F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43E06AA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5018F5BA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E85FEA7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5873C17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7E97DA54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897C353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212D306E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DA7A74D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03CA2FC9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9FBE15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54BDEF4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AB520BE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1B5D44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379E0EB9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5A7A20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4AFEE63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FD1B9DF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E3F0F" id="Metin Kutusu 1287649460" o:spid="_x0000_s1028" type="#_x0000_t202" style="position:absolute;left:0;text-align:left;margin-left:-25.8pt;margin-top:13.45pt;width:483pt;height:621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" filled="f" stroked="f">
                <v:textbox>
                  <w:txbxContent>
                    <w:p w14:paraId="53E18E78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032"/>
                        <w:gridCol w:w="3339"/>
                        <w:gridCol w:w="1559"/>
                      </w:tblGrid>
                      <w:tr w:rsidR="004646CD" w:rsidRPr="00D517BD" w14:paraId="497C77C1" w14:textId="77777777" w:rsidTr="004646CD">
                        <w:trPr>
                          <w:jc w:val="center"/>
                        </w:trPr>
                        <w:tc>
                          <w:tcPr>
                            <w:tcW w:w="4032" w:type="dxa"/>
                            <w:vAlign w:val="bottom"/>
                          </w:tcPr>
                          <w:p w14:paraId="0F237B52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339" w:type="dxa"/>
                            <w:vAlign w:val="bottom"/>
                          </w:tcPr>
                          <w:p w14:paraId="5F3EB794" w14:textId="60D2A4F3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02.03.2026 - 06.03.2026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04158ADA" w14:textId="3F60F3B6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3</w:t>
                            </w:r>
                          </w:p>
                        </w:tc>
                      </w:tr>
                    </w:tbl>
                    <w:p w14:paraId="470B078C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1F6CD6D5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0D2D56EF" w14:textId="36CD26BD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D7A7236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4A926DAA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4D7C4A5F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343E06AA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5018F5BA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6E85FEA7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25873C17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7E97DA54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6897C353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212D306E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5DA7A74D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03CA2FC9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29FBE15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54BDEF4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AB520BE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1B5D44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379E0EB9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5A7A201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4AFEE631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FD1B9DF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DA87258" w14:textId="2852741D" w:rsidR="004646CD" w:rsidRDefault="004646CD" w:rsidP="00613D08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C77BC92" wp14:editId="5F789D94">
                <wp:simplePos x="0" y="0"/>
                <wp:positionH relativeFrom="margin">
                  <wp:posOffset>-327660</wp:posOffset>
                </wp:positionH>
                <wp:positionV relativeFrom="margin">
                  <wp:posOffset>3175</wp:posOffset>
                </wp:positionV>
                <wp:extent cx="6134100" cy="7886700"/>
                <wp:effectExtent l="0" t="0" r="0" b="0"/>
                <wp:wrapSquare wrapText="bothSides"/>
                <wp:docPr id="711045985" name="Metin Kutusu 711045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54A80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032"/>
                              <w:gridCol w:w="3339"/>
                              <w:gridCol w:w="1559"/>
                            </w:tblGrid>
                            <w:tr w:rsidR="004646CD" w:rsidRPr="00D517BD" w14:paraId="5697EC6C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4032" w:type="dxa"/>
                                  <w:vAlign w:val="bottom"/>
                                </w:tcPr>
                                <w:p w14:paraId="47A7BCEF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  <w:vAlign w:val="bottom"/>
                                </w:tcPr>
                                <w:p w14:paraId="0907EBA7" w14:textId="67EB35FB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09.03.2026 - 13.03.2026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0FE81C72" w14:textId="12DE7FEB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4</w:t>
                                  </w:r>
                                </w:p>
                              </w:tc>
                            </w:tr>
                          </w:tbl>
                          <w:p w14:paraId="1D55CF1E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51B3BD24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7FF76A3E" w14:textId="775400DD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6BE837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30605BBF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1B87388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C34CB1A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7AE84A0E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BAC7ACF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2F061E5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772A3A3D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C6E004F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630EAF0A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55DF264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4028C56A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0921F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3B6982B6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9C8428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2AC2627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1409775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5FF55E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1F900039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2655B1A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7BC92" id="Metin Kutusu 711045985" o:spid="_x0000_s1029" type="#_x0000_t202" style="position:absolute;left:0;text-align:left;margin-left:-25.8pt;margin-top:.25pt;width:483pt;height:621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" filled="f" stroked="f">
                <v:textbox>
                  <w:txbxContent>
                    <w:p w14:paraId="0E254A80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032"/>
                        <w:gridCol w:w="3339"/>
                        <w:gridCol w:w="1559"/>
                      </w:tblGrid>
                      <w:tr w:rsidR="004646CD" w:rsidRPr="00D517BD" w14:paraId="5697EC6C" w14:textId="77777777" w:rsidTr="004646CD">
                        <w:trPr>
                          <w:jc w:val="center"/>
                        </w:trPr>
                        <w:tc>
                          <w:tcPr>
                            <w:tcW w:w="4032" w:type="dxa"/>
                            <w:vAlign w:val="bottom"/>
                          </w:tcPr>
                          <w:p w14:paraId="47A7BCEF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339" w:type="dxa"/>
                            <w:vAlign w:val="bottom"/>
                          </w:tcPr>
                          <w:p w14:paraId="0907EBA7" w14:textId="67EB35FB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09.03.2026 - 13.03.2026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0FE81C72" w14:textId="12DE7FEB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4</w:t>
                            </w:r>
                          </w:p>
                        </w:tc>
                      </w:tr>
                    </w:tbl>
                    <w:p w14:paraId="1D55CF1E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51B3BD24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7FF76A3E" w14:textId="775400DD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76BE837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30605BBF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01B87388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1C34CB1A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7AE84A0E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7BAC7ACF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22F061E5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772A3A3D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3C6E004F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630EAF0A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455DF264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4028C56A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A0921F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3B6982B6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9C84281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2AC2627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1409775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5FF55E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1F900039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2655B1A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CEDDBAA" w14:textId="5ACA1DB6" w:rsidR="004646CD" w:rsidRDefault="004646CD" w:rsidP="004646CD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B78D647" wp14:editId="4CE75FAC">
                <wp:simplePos x="0" y="0"/>
                <wp:positionH relativeFrom="margin">
                  <wp:posOffset>-323850</wp:posOffset>
                </wp:positionH>
                <wp:positionV relativeFrom="margin">
                  <wp:posOffset>179070</wp:posOffset>
                </wp:positionV>
                <wp:extent cx="6134100" cy="7886700"/>
                <wp:effectExtent l="0" t="0" r="0" b="0"/>
                <wp:wrapSquare wrapText="bothSides"/>
                <wp:docPr id="758567369" name="Metin Kutusu 758567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3D327B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032"/>
                              <w:gridCol w:w="3339"/>
                              <w:gridCol w:w="1559"/>
                            </w:tblGrid>
                            <w:tr w:rsidR="004646CD" w:rsidRPr="00D517BD" w14:paraId="617BE336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4032" w:type="dxa"/>
                                  <w:vAlign w:val="bottom"/>
                                </w:tcPr>
                                <w:p w14:paraId="0CC6907F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  <w:vAlign w:val="bottom"/>
                                </w:tcPr>
                                <w:p w14:paraId="38A21CB2" w14:textId="221ECE28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16.03.2026 - 18.03.2026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3E33BA39" w14:textId="0010025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</w:tbl>
                          <w:p w14:paraId="68C88BE5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08B19806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70ABC501" w14:textId="0995E429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21DDF2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2CFCF523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E4C567E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19F07D9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6F0C1B21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F55095E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C554A30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594DDE0C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E79BF65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5FB049A6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9065BD8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53FE2E95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4C5CF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B97F53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FA7AF6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F01BE05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0E37BFD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2187F43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40D70BD3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14ED795E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8D647" id="Metin Kutusu 758567369" o:spid="_x0000_s1030" type="#_x0000_t202" style="position:absolute;left:0;text-align:left;margin-left:-25.5pt;margin-top:14.1pt;width:483pt;height:62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" filled="f" stroked="f">
                <v:textbox>
                  <w:txbxContent>
                    <w:p w14:paraId="7E3D327B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032"/>
                        <w:gridCol w:w="3339"/>
                        <w:gridCol w:w="1559"/>
                      </w:tblGrid>
                      <w:tr w:rsidR="004646CD" w:rsidRPr="00D517BD" w14:paraId="617BE336" w14:textId="77777777" w:rsidTr="004646CD">
                        <w:trPr>
                          <w:jc w:val="center"/>
                        </w:trPr>
                        <w:tc>
                          <w:tcPr>
                            <w:tcW w:w="4032" w:type="dxa"/>
                            <w:vAlign w:val="bottom"/>
                          </w:tcPr>
                          <w:p w14:paraId="0CC6907F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339" w:type="dxa"/>
                            <w:vAlign w:val="bottom"/>
                          </w:tcPr>
                          <w:p w14:paraId="38A21CB2" w14:textId="221ECE28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16.03.2026 - 18.03.2026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3E33BA39" w14:textId="0010025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5</w:t>
                            </w:r>
                          </w:p>
                        </w:tc>
                      </w:tr>
                    </w:tbl>
                    <w:p w14:paraId="68C88BE5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08B19806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70ABC501" w14:textId="0995E429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021DDF2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2CFCF523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4E4C567E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619F07D9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6F0C1B21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7F55095E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7C554A30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594DDE0C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3E79BF65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5FB049A6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09065BD8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53FE2E95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B4C5CF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B97F53B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FA7AF6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F01BE05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0E37BFD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2187F43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40D70BD3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14ED795E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C10C5FA" w14:textId="77777777" w:rsidR="004646CD" w:rsidRDefault="004646CD" w:rsidP="004646CD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E77DA6" wp14:editId="13CC4264">
                <wp:simplePos x="0" y="0"/>
                <wp:positionH relativeFrom="margin">
                  <wp:posOffset>-327660</wp:posOffset>
                </wp:positionH>
                <wp:positionV relativeFrom="margin">
                  <wp:posOffset>3175</wp:posOffset>
                </wp:positionV>
                <wp:extent cx="6134100" cy="7886700"/>
                <wp:effectExtent l="0" t="0" r="0" b="0"/>
                <wp:wrapSquare wrapText="bothSides"/>
                <wp:docPr id="835744093" name="Metin Kutusu 835744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0B03B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032"/>
                              <w:gridCol w:w="3339"/>
                              <w:gridCol w:w="1559"/>
                            </w:tblGrid>
                            <w:tr w:rsidR="004646CD" w:rsidRPr="00D517BD" w14:paraId="5C5B52C7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4032" w:type="dxa"/>
                                  <w:vAlign w:val="bottom"/>
                                </w:tcPr>
                                <w:p w14:paraId="2C75A193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  <w:vAlign w:val="bottom"/>
                                </w:tcPr>
                                <w:p w14:paraId="37C44B96" w14:textId="4AC772CB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23.03.2026 - 27.03.2026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00948267" w14:textId="46551BDA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6</w:t>
                                  </w:r>
                                </w:p>
                              </w:tc>
                            </w:tr>
                          </w:tbl>
                          <w:p w14:paraId="36838053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15C174EA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6DDEC1E6" w14:textId="1ADF7373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AEFF43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750BE3A9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9838768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5EE60FF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2BDF8B2F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429C01B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0BBB370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32E531E1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9EB4618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11ECCD28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487211E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0F0E4E79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B747E0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1B4D2CA0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AB5BE34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94EC70E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4E3728C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524E33E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32E7FC9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9E9400D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77DA6" id="Metin Kutusu 835744093" o:spid="_x0000_s1031" type="#_x0000_t202" style="position:absolute;left:0;text-align:left;margin-left:-25.8pt;margin-top:.25pt;width:483pt;height:62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" filled="f" stroked="f">
                <v:textbox>
                  <w:txbxContent>
                    <w:p w14:paraId="6300B03B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032"/>
                        <w:gridCol w:w="3339"/>
                        <w:gridCol w:w="1559"/>
                      </w:tblGrid>
                      <w:tr w:rsidR="004646CD" w:rsidRPr="00D517BD" w14:paraId="5C5B52C7" w14:textId="77777777" w:rsidTr="004646CD">
                        <w:trPr>
                          <w:jc w:val="center"/>
                        </w:trPr>
                        <w:tc>
                          <w:tcPr>
                            <w:tcW w:w="4032" w:type="dxa"/>
                            <w:vAlign w:val="bottom"/>
                          </w:tcPr>
                          <w:p w14:paraId="2C75A193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339" w:type="dxa"/>
                            <w:vAlign w:val="bottom"/>
                          </w:tcPr>
                          <w:p w14:paraId="37C44B96" w14:textId="4AC772CB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23.03.2026 - 27.03.2026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00948267" w14:textId="46551BDA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6</w:t>
                            </w:r>
                          </w:p>
                        </w:tc>
                      </w:tr>
                    </w:tbl>
                    <w:p w14:paraId="36838053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15C174EA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6DDEC1E6" w14:textId="1ADF7373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9AEFF43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750BE3A9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09838768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15EE60FF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2BDF8B2F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6429C01B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30BBB370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32E531E1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39EB4618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11ECCD28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4487211E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0F0E4E79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DB747E0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1B4D2CA0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AB5BE34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94EC70E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4E3728CB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524E33E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32E7FC9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9E9400D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A87CAA8" w14:textId="77777777" w:rsidR="004646CD" w:rsidRDefault="004646CD" w:rsidP="004646CD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1BBE30" wp14:editId="295BF255">
                <wp:simplePos x="0" y="0"/>
                <wp:positionH relativeFrom="margin">
                  <wp:posOffset>-327660</wp:posOffset>
                </wp:positionH>
                <wp:positionV relativeFrom="margin">
                  <wp:posOffset>170815</wp:posOffset>
                </wp:positionV>
                <wp:extent cx="6134100" cy="7886700"/>
                <wp:effectExtent l="0" t="0" r="0" b="0"/>
                <wp:wrapSquare wrapText="bothSides"/>
                <wp:docPr id="869072683" name="Metin Kutusu 869072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AA1CC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45"/>
                              <w:gridCol w:w="3526"/>
                              <w:gridCol w:w="1559"/>
                            </w:tblGrid>
                            <w:tr w:rsidR="004646CD" w:rsidRPr="00D517BD" w14:paraId="0BAC0B56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845" w:type="dxa"/>
                                  <w:vAlign w:val="bottom"/>
                                </w:tcPr>
                                <w:p w14:paraId="24CDF8D6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526" w:type="dxa"/>
                                  <w:vAlign w:val="bottom"/>
                                </w:tcPr>
                                <w:p w14:paraId="0CCFE889" w14:textId="2E99F210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30.03.2026 - 03.04.2026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1F188B7D" w14:textId="3B38BEF4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7</w:t>
                                  </w:r>
                                </w:p>
                              </w:tc>
                            </w:tr>
                          </w:tbl>
                          <w:p w14:paraId="623B9C4F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28A258B9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23E87A23" w14:textId="095CBEA6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327A09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650714AD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6809A63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EAFB030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6DBFA481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BB118C6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4103B4C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178BC548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C16D728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434901C2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2D53C6D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297C1058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81C0F4E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17840D5D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40015D16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F5CE698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A070146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9C8D323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858D788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35152F2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BBE30" id="Metin Kutusu 869072683" o:spid="_x0000_s1032" type="#_x0000_t202" style="position:absolute;left:0;text-align:left;margin-left:-25.8pt;margin-top:13.45pt;width:483pt;height:62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" filled="f" stroked="f">
                <v:textbox>
                  <w:txbxContent>
                    <w:p w14:paraId="5B6AA1CC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45"/>
                        <w:gridCol w:w="3526"/>
                        <w:gridCol w:w="1559"/>
                      </w:tblGrid>
                      <w:tr w:rsidR="004646CD" w:rsidRPr="00D517BD" w14:paraId="0BAC0B56" w14:textId="77777777" w:rsidTr="004646CD">
                        <w:trPr>
                          <w:jc w:val="center"/>
                        </w:trPr>
                        <w:tc>
                          <w:tcPr>
                            <w:tcW w:w="3845" w:type="dxa"/>
                            <w:vAlign w:val="bottom"/>
                          </w:tcPr>
                          <w:p w14:paraId="24CDF8D6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526" w:type="dxa"/>
                            <w:vAlign w:val="bottom"/>
                          </w:tcPr>
                          <w:p w14:paraId="0CCFE889" w14:textId="2E99F210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30.03.2026 - 03.04.2026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1F188B7D" w14:textId="3B38BEF4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7</w:t>
                            </w:r>
                          </w:p>
                        </w:tc>
                      </w:tr>
                    </w:tbl>
                    <w:p w14:paraId="623B9C4F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28A258B9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23E87A23" w14:textId="095CBEA6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7327A09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650714AD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66809A63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6EAFB030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6DBFA481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5BB118C6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34103B4C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178BC548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6C16D728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434901C2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62D53C6D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297C1058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81C0F4E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17840D5D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40015D16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F5CE698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A070146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79C8D323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858D788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35152F2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67669C5" w14:textId="77777777" w:rsidR="004646CD" w:rsidRDefault="004646CD" w:rsidP="004646CD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6C77E0" wp14:editId="273FB3C7">
                <wp:simplePos x="0" y="0"/>
                <wp:positionH relativeFrom="margin">
                  <wp:posOffset>-327660</wp:posOffset>
                </wp:positionH>
                <wp:positionV relativeFrom="margin">
                  <wp:posOffset>3175</wp:posOffset>
                </wp:positionV>
                <wp:extent cx="6134100" cy="7886700"/>
                <wp:effectExtent l="0" t="0" r="0" b="0"/>
                <wp:wrapSquare wrapText="bothSides"/>
                <wp:docPr id="302639428" name="Metin Kutusu 302639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4944E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90"/>
                              <w:gridCol w:w="3481"/>
                              <w:gridCol w:w="1559"/>
                            </w:tblGrid>
                            <w:tr w:rsidR="004646CD" w:rsidRPr="00D517BD" w14:paraId="6D434C56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890" w:type="dxa"/>
                                  <w:vAlign w:val="bottom"/>
                                </w:tcPr>
                                <w:p w14:paraId="1AFA19A7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481" w:type="dxa"/>
                                  <w:vAlign w:val="bottom"/>
                                </w:tcPr>
                                <w:p w14:paraId="07B6E0AE" w14:textId="267FE82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08.04.2026 - 10.04.2026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0DD631DB" w14:textId="77AB53E3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8</w:t>
                                  </w:r>
                                </w:p>
                              </w:tc>
                            </w:tr>
                          </w:tbl>
                          <w:p w14:paraId="49D47EC5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1F5DCE1C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78102B66" w14:textId="79577A17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B8CAEE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5B0A3EF2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84E0699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45FD20E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495D09B4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31DBE47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7198702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46144A04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14A1E27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637376E3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FA4CF8F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50BB8CC5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685D3D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5CDA236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CD4BC2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843B38E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84C4B0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E7B385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0DEDCF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0CEEB7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C77E0" id="Metin Kutusu 302639428" o:spid="_x0000_s1033" type="#_x0000_t202" style="position:absolute;left:0;text-align:left;margin-left:-25.8pt;margin-top:.25pt;width:483pt;height:62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" filled="f" stroked="f">
                <v:textbox>
                  <w:txbxContent>
                    <w:p w14:paraId="0D44944E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90"/>
                        <w:gridCol w:w="3481"/>
                        <w:gridCol w:w="1559"/>
                      </w:tblGrid>
                      <w:tr w:rsidR="004646CD" w:rsidRPr="00D517BD" w14:paraId="6D434C56" w14:textId="77777777" w:rsidTr="004646CD">
                        <w:trPr>
                          <w:jc w:val="center"/>
                        </w:trPr>
                        <w:tc>
                          <w:tcPr>
                            <w:tcW w:w="3890" w:type="dxa"/>
                            <w:vAlign w:val="bottom"/>
                          </w:tcPr>
                          <w:p w14:paraId="1AFA19A7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481" w:type="dxa"/>
                            <w:vAlign w:val="bottom"/>
                          </w:tcPr>
                          <w:p w14:paraId="07B6E0AE" w14:textId="267FE82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08.04.2026 - 10.04.2026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0DD631DB" w14:textId="77AB53E3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8</w:t>
                            </w:r>
                          </w:p>
                        </w:tc>
                      </w:tr>
                    </w:tbl>
                    <w:p w14:paraId="49D47EC5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1F5DCE1C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78102B66" w14:textId="79577A17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CB8CAEE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5B0A3EF2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084E0699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345FD20E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495D09B4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331DBE47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17198702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46144A04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114A1E27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637376E3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5FA4CF8F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50BB8CC5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3685D3D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5CDA236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CD4BC2B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843B38E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84C4B0C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71E7B385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0DEDCF1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0CEEB7B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F0F43A1" w14:textId="2A9CC1F8" w:rsidR="004646CD" w:rsidRDefault="004646CD" w:rsidP="004646CD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E0A63E" wp14:editId="32568745">
                <wp:simplePos x="0" y="0"/>
                <wp:positionH relativeFrom="margin">
                  <wp:posOffset>-323850</wp:posOffset>
                </wp:positionH>
                <wp:positionV relativeFrom="margin">
                  <wp:posOffset>179070</wp:posOffset>
                </wp:positionV>
                <wp:extent cx="6134100" cy="7886700"/>
                <wp:effectExtent l="0" t="0" r="0" b="0"/>
                <wp:wrapSquare wrapText="bothSides"/>
                <wp:docPr id="1547341510" name="Metin Kutusu 1547341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69695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90"/>
                              <w:gridCol w:w="3481"/>
                              <w:gridCol w:w="1559"/>
                            </w:tblGrid>
                            <w:tr w:rsidR="004646CD" w:rsidRPr="00D517BD" w14:paraId="7BC9DDE4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890" w:type="dxa"/>
                                  <w:vAlign w:val="bottom"/>
                                </w:tcPr>
                                <w:p w14:paraId="5B7BA287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481" w:type="dxa"/>
                                  <w:vAlign w:val="bottom"/>
                                </w:tcPr>
                                <w:p w14:paraId="3116EB10" w14:textId="468F4545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13.04.2026 - 17.04.2026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57448C5E" w14:textId="1A7D921E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</w:tbl>
                          <w:p w14:paraId="0A527BAD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7A449FDF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195F5B77" w14:textId="2BF3B0B4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B61E55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15401995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6B66125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DB9A01C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21F45DC8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7222093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3489120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314F280C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6BE7D60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44DC9CCC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E781E8A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41388B92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C01D3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192CA98F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17194B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D63DC9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B119292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C30DA75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939982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18F5F0D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0A63E" id="Metin Kutusu 1547341510" o:spid="_x0000_s1034" type="#_x0000_t202" style="position:absolute;left:0;text-align:left;margin-left:-25.5pt;margin-top:14.1pt;width:483pt;height:62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" filled="f" stroked="f">
                <v:textbox>
                  <w:txbxContent>
                    <w:p w14:paraId="37769695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90"/>
                        <w:gridCol w:w="3481"/>
                        <w:gridCol w:w="1559"/>
                      </w:tblGrid>
                      <w:tr w:rsidR="004646CD" w:rsidRPr="00D517BD" w14:paraId="7BC9DDE4" w14:textId="77777777" w:rsidTr="004646CD">
                        <w:trPr>
                          <w:jc w:val="center"/>
                        </w:trPr>
                        <w:tc>
                          <w:tcPr>
                            <w:tcW w:w="3890" w:type="dxa"/>
                            <w:vAlign w:val="bottom"/>
                          </w:tcPr>
                          <w:p w14:paraId="5B7BA287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481" w:type="dxa"/>
                            <w:vAlign w:val="bottom"/>
                          </w:tcPr>
                          <w:p w14:paraId="3116EB10" w14:textId="468F4545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13.04.2026 - 17.04.2026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57448C5E" w14:textId="1A7D921E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9</w:t>
                            </w:r>
                          </w:p>
                        </w:tc>
                      </w:tr>
                    </w:tbl>
                    <w:p w14:paraId="0A527BAD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7A449FDF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195F5B77" w14:textId="2BF3B0B4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5B61E55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15401995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26B66125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3DB9A01C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21F45DC8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57222093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53489120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314F280C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36BE7D60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44DC9CCC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5E781E8A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41388B92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4C01D31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192CA98F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17194B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D63DC91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B119292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C30DA75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939982B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18F5F0D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7A26556" w14:textId="77777777" w:rsidR="004646CD" w:rsidRDefault="004646CD" w:rsidP="004646CD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F708005" wp14:editId="7B83BE50">
                <wp:simplePos x="0" y="0"/>
                <wp:positionH relativeFrom="margin">
                  <wp:posOffset>-634389</wp:posOffset>
                </wp:positionH>
                <wp:positionV relativeFrom="margin">
                  <wp:posOffset>3175</wp:posOffset>
                </wp:positionV>
                <wp:extent cx="6134100" cy="7886700"/>
                <wp:effectExtent l="0" t="0" r="0" b="0"/>
                <wp:wrapSquare wrapText="bothSides"/>
                <wp:docPr id="775823332" name="Metin Kutusu 775823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6EB10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90"/>
                              <w:gridCol w:w="3481"/>
                              <w:gridCol w:w="1559"/>
                            </w:tblGrid>
                            <w:tr w:rsidR="004646CD" w:rsidRPr="00D517BD" w14:paraId="0959B06C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890" w:type="dxa"/>
                                  <w:vAlign w:val="bottom"/>
                                </w:tcPr>
                                <w:p w14:paraId="45648267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481" w:type="dxa"/>
                                  <w:vAlign w:val="bottom"/>
                                </w:tcPr>
                                <w:p w14:paraId="3BEB8F19" w14:textId="61B43615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20.04.2026 - 24.04.2026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56DD7837" w14:textId="5479F1D5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10</w:t>
                                  </w:r>
                                </w:p>
                              </w:tc>
                            </w:tr>
                          </w:tbl>
                          <w:p w14:paraId="50D1DBED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72C23C52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1DEEF1E2" w14:textId="082906B7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911219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1D51390F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87009BE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D32B4DB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4DE0D338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006C5E5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EE2CD0A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2C4C4817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513FC56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2AC445C9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6B601FE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4F773C2C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76679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A718990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0B73480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F65EE82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347BF387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123A5717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32BC70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1801252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08005" id="Metin Kutusu 775823332" o:spid="_x0000_s1035" type="#_x0000_t202" style="position:absolute;left:0;text-align:left;margin-left:-49.95pt;margin-top:.25pt;width:483pt;height:62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" filled="f" stroked="f">
                <v:textbox>
                  <w:txbxContent>
                    <w:p w14:paraId="35B6EB10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90"/>
                        <w:gridCol w:w="3481"/>
                        <w:gridCol w:w="1559"/>
                      </w:tblGrid>
                      <w:tr w:rsidR="004646CD" w:rsidRPr="00D517BD" w14:paraId="0959B06C" w14:textId="77777777" w:rsidTr="004646CD">
                        <w:trPr>
                          <w:jc w:val="center"/>
                        </w:trPr>
                        <w:tc>
                          <w:tcPr>
                            <w:tcW w:w="3890" w:type="dxa"/>
                            <w:vAlign w:val="bottom"/>
                          </w:tcPr>
                          <w:p w14:paraId="45648267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481" w:type="dxa"/>
                            <w:vAlign w:val="bottom"/>
                          </w:tcPr>
                          <w:p w14:paraId="3BEB8F19" w14:textId="61B43615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20.04.2026 - 24.04.2026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56DD7837" w14:textId="5479F1D5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10</w:t>
                            </w:r>
                          </w:p>
                        </w:tc>
                      </w:tr>
                    </w:tbl>
                    <w:p w14:paraId="50D1DBED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72C23C52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1DEEF1E2" w14:textId="082906B7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0911219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1D51390F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787009BE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7D32B4DB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4DE0D338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5006C5E5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2EE2CD0A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2C4C4817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4513FC56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2AC445C9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46B601FE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4F773C2C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76679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A718990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0B73480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F65EE82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347BF387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123A5717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32BC70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1801252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C1652CE" w14:textId="77777777" w:rsidR="004646CD" w:rsidRDefault="004646CD" w:rsidP="004646CD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B532CC" wp14:editId="7F6A9F03">
                <wp:simplePos x="0" y="0"/>
                <wp:positionH relativeFrom="margin">
                  <wp:posOffset>-327660</wp:posOffset>
                </wp:positionH>
                <wp:positionV relativeFrom="margin">
                  <wp:posOffset>170815</wp:posOffset>
                </wp:positionV>
                <wp:extent cx="6134100" cy="7886700"/>
                <wp:effectExtent l="0" t="0" r="0" b="0"/>
                <wp:wrapSquare wrapText="bothSides"/>
                <wp:docPr id="1694597353" name="Metin Kutusu 1694597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B6896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032"/>
                              <w:gridCol w:w="3339"/>
                              <w:gridCol w:w="1559"/>
                            </w:tblGrid>
                            <w:tr w:rsidR="004646CD" w:rsidRPr="00D517BD" w14:paraId="372A9E6E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4032" w:type="dxa"/>
                                  <w:vAlign w:val="bottom"/>
                                </w:tcPr>
                                <w:p w14:paraId="54E84338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  <w:vAlign w:val="bottom"/>
                                </w:tcPr>
                                <w:p w14:paraId="6D679794" w14:textId="2AC9E0F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27.04.2026 - 30.04.2026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3A2EF99C" w14:textId="1E210594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11</w:t>
                                  </w:r>
                                </w:p>
                              </w:tc>
                            </w:tr>
                          </w:tbl>
                          <w:p w14:paraId="790CA3BF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20229301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74F2C2A8" w14:textId="28F35381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6E5D76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79112541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A045860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3BF32EB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38F2A81E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1CF1E2F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1C5B663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545E4EC6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0284A8F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34C12A9D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18C9AA1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3A150B46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100F3A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C90DCF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3C7A7EA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425A5F2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0005C3E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8DF758A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3FACFFC2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ADC7A09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32CC" id="Metin Kutusu 1694597353" o:spid="_x0000_s1036" type="#_x0000_t202" style="position:absolute;left:0;text-align:left;margin-left:-25.8pt;margin-top:13.45pt;width:483pt;height:62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" filled="f" stroked="f">
                <v:textbox>
                  <w:txbxContent>
                    <w:p w14:paraId="71FB6896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032"/>
                        <w:gridCol w:w="3339"/>
                        <w:gridCol w:w="1559"/>
                      </w:tblGrid>
                      <w:tr w:rsidR="004646CD" w:rsidRPr="00D517BD" w14:paraId="372A9E6E" w14:textId="77777777" w:rsidTr="004646CD">
                        <w:trPr>
                          <w:jc w:val="center"/>
                        </w:trPr>
                        <w:tc>
                          <w:tcPr>
                            <w:tcW w:w="4032" w:type="dxa"/>
                            <w:vAlign w:val="bottom"/>
                          </w:tcPr>
                          <w:p w14:paraId="54E84338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339" w:type="dxa"/>
                            <w:vAlign w:val="bottom"/>
                          </w:tcPr>
                          <w:p w14:paraId="6D679794" w14:textId="2AC9E0F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27.04.2026 - 30.04.2026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3A2EF99C" w14:textId="1E210594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11</w:t>
                            </w:r>
                          </w:p>
                        </w:tc>
                      </w:tr>
                    </w:tbl>
                    <w:p w14:paraId="790CA3BF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20229301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74F2C2A8" w14:textId="28F35381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96E5D76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79112541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4A045860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23BF32EB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38F2A81E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21CF1E2F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21C5B663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545E4EC6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50284A8F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34C12A9D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718C9AA1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3A150B46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100F3A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C90DCFB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3C7A7EA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425A5F21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0005C3E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8DF758A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3FACFFC2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ADC7A09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26AB7FA" w14:textId="77777777" w:rsidR="004646CD" w:rsidRDefault="004646CD" w:rsidP="004646CD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D8F395" wp14:editId="200596B0">
                <wp:simplePos x="0" y="0"/>
                <wp:positionH relativeFrom="margin">
                  <wp:posOffset>-327660</wp:posOffset>
                </wp:positionH>
                <wp:positionV relativeFrom="margin">
                  <wp:posOffset>3175</wp:posOffset>
                </wp:positionV>
                <wp:extent cx="6134100" cy="7886700"/>
                <wp:effectExtent l="0" t="0" r="0" b="0"/>
                <wp:wrapSquare wrapText="bothSides"/>
                <wp:docPr id="838223505" name="Metin Kutusu 838223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CC82DF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032"/>
                              <w:gridCol w:w="3339"/>
                              <w:gridCol w:w="1559"/>
                            </w:tblGrid>
                            <w:tr w:rsidR="004646CD" w:rsidRPr="00D517BD" w14:paraId="7A61A994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4032" w:type="dxa"/>
                                  <w:vAlign w:val="bottom"/>
                                </w:tcPr>
                                <w:p w14:paraId="5AC597E0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  <w:vAlign w:val="bottom"/>
                                </w:tcPr>
                                <w:p w14:paraId="696057AC" w14:textId="7430C9EC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04.05.2026 - 08.05.2026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30103F85" w14:textId="1A3F6203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12</w:t>
                                  </w:r>
                                </w:p>
                              </w:tc>
                            </w:tr>
                          </w:tbl>
                          <w:p w14:paraId="0FB391EC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34851EFF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76F1C7A6" w14:textId="19D7381C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02E17E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23E76307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3919C33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422536E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6D9E0DED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ECEC2A1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D0D9871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15C3B1CE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38925FF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1F838CDE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4BFE356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2081270C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88F964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14D424B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991E4A4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CFD1EB9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590936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6746582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A670CF5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E68FFF3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8F395" id="Metin Kutusu 838223505" o:spid="_x0000_s1037" type="#_x0000_t202" style="position:absolute;left:0;text-align:left;margin-left:-25.8pt;margin-top:.25pt;width:483pt;height:62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" filled="f" stroked="f">
                <v:textbox>
                  <w:txbxContent>
                    <w:p w14:paraId="62CC82DF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032"/>
                        <w:gridCol w:w="3339"/>
                        <w:gridCol w:w="1559"/>
                      </w:tblGrid>
                      <w:tr w:rsidR="004646CD" w:rsidRPr="00D517BD" w14:paraId="7A61A994" w14:textId="77777777" w:rsidTr="004646CD">
                        <w:trPr>
                          <w:jc w:val="center"/>
                        </w:trPr>
                        <w:tc>
                          <w:tcPr>
                            <w:tcW w:w="4032" w:type="dxa"/>
                            <w:vAlign w:val="bottom"/>
                          </w:tcPr>
                          <w:p w14:paraId="5AC597E0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339" w:type="dxa"/>
                            <w:vAlign w:val="bottom"/>
                          </w:tcPr>
                          <w:p w14:paraId="696057AC" w14:textId="7430C9EC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04.05.2026 - 08.05.2026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30103F85" w14:textId="1A3F6203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12</w:t>
                            </w:r>
                          </w:p>
                        </w:tc>
                      </w:tr>
                    </w:tbl>
                    <w:p w14:paraId="0FB391EC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34851EFF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76F1C7A6" w14:textId="19D7381C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202E17E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23E76307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73919C33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3422536E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6D9E0DED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7ECEC2A1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5D0D9871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15C3B1CE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638925FF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1F838CDE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14BFE356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2081270C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F88F964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14D424BB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991E4A4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CFD1EB9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590936B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6746582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A670CF5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E68FFF3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320C2AC" w14:textId="77777777" w:rsidR="004646CD" w:rsidRDefault="004646CD" w:rsidP="004646CD">
      <w:pPr>
        <w:spacing w:before="120" w:after="120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72A5A6" wp14:editId="76497E42">
                <wp:simplePos x="0" y="0"/>
                <wp:positionH relativeFrom="margin">
                  <wp:posOffset>-323850</wp:posOffset>
                </wp:positionH>
                <wp:positionV relativeFrom="margin">
                  <wp:posOffset>179070</wp:posOffset>
                </wp:positionV>
                <wp:extent cx="6134100" cy="7886700"/>
                <wp:effectExtent l="0" t="0" r="0" b="0"/>
                <wp:wrapSquare wrapText="bothSides"/>
                <wp:docPr id="2040246780" name="Metin Kutusu 2040246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FEB4F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90"/>
                              <w:gridCol w:w="3481"/>
                              <w:gridCol w:w="1559"/>
                            </w:tblGrid>
                            <w:tr w:rsidR="004646CD" w:rsidRPr="00D517BD" w14:paraId="2CE900A3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890" w:type="dxa"/>
                                  <w:vAlign w:val="bottom"/>
                                </w:tcPr>
                                <w:p w14:paraId="32633454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481" w:type="dxa"/>
                                  <w:vAlign w:val="bottom"/>
                                </w:tcPr>
                                <w:p w14:paraId="22DB5375" w14:textId="0A15D649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11.05.2026 - 15.05.2026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531D7A48" w14:textId="46EFB9CA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13</w:t>
                                  </w:r>
                                </w:p>
                              </w:tc>
                            </w:tr>
                          </w:tbl>
                          <w:p w14:paraId="01CA36F3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406ABE60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45AAB190" w14:textId="70903F25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164A48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5AAC25A7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42C8B18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BE0D083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1A770BB8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92D5F5F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CB081F8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4564A095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40958CD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55A08AD6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AFB0FD5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5C9B1AEB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714D98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5BA9569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202CB23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037F06D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D0F8966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816D503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EF6AE74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488F743A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2A5A6" id="Metin Kutusu 2040246780" o:spid="_x0000_s1038" type="#_x0000_t202" style="position:absolute;margin-left:-25.5pt;margin-top:14.1pt;width:483pt;height:62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" filled="f" stroked="f">
                <v:textbox>
                  <w:txbxContent>
                    <w:p w14:paraId="7D2FEB4F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90"/>
                        <w:gridCol w:w="3481"/>
                        <w:gridCol w:w="1559"/>
                      </w:tblGrid>
                      <w:tr w:rsidR="004646CD" w:rsidRPr="00D517BD" w14:paraId="2CE900A3" w14:textId="77777777" w:rsidTr="004646CD">
                        <w:trPr>
                          <w:jc w:val="center"/>
                        </w:trPr>
                        <w:tc>
                          <w:tcPr>
                            <w:tcW w:w="3890" w:type="dxa"/>
                            <w:vAlign w:val="bottom"/>
                          </w:tcPr>
                          <w:p w14:paraId="32633454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481" w:type="dxa"/>
                            <w:vAlign w:val="bottom"/>
                          </w:tcPr>
                          <w:p w14:paraId="22DB5375" w14:textId="0A15D649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11.05.2026 - 15.05.2026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531D7A48" w14:textId="46EFB9CA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13</w:t>
                            </w:r>
                          </w:p>
                        </w:tc>
                      </w:tr>
                    </w:tbl>
                    <w:p w14:paraId="01CA36F3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406ABE60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45AAB190" w14:textId="70903F25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5A164A48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5AAC25A7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242C8B18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5BE0D083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1A770BB8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192D5F5F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7CB081F8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4564A095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640958CD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55A08AD6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0AFB0FD5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5C9B1AEB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0714D98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5BA9569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202CB23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037F06D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D0F8966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816D503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EF6AE74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488F743A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ACB2696" w14:textId="77777777" w:rsidR="004646CD" w:rsidRDefault="004646CD" w:rsidP="004646CD">
      <w:pPr>
        <w:spacing w:before="120" w:after="120"/>
        <w:ind w:left="284"/>
        <w:jc w:val="center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077ECC" wp14:editId="7B2A5697">
                <wp:simplePos x="0" y="0"/>
                <wp:positionH relativeFrom="margin">
                  <wp:posOffset>-327660</wp:posOffset>
                </wp:positionH>
                <wp:positionV relativeFrom="margin">
                  <wp:posOffset>-72061</wp:posOffset>
                </wp:positionV>
                <wp:extent cx="6134100" cy="7886700"/>
                <wp:effectExtent l="0" t="0" r="0" b="0"/>
                <wp:wrapSquare wrapText="bothSides"/>
                <wp:docPr id="1060220627" name="Metin Kutusu 1060220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C33197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90"/>
                              <w:gridCol w:w="3481"/>
                              <w:gridCol w:w="1559"/>
                            </w:tblGrid>
                            <w:tr w:rsidR="004646CD" w:rsidRPr="00D517BD" w14:paraId="352D81F7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890" w:type="dxa"/>
                                  <w:vAlign w:val="bottom"/>
                                </w:tcPr>
                                <w:p w14:paraId="70523602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481" w:type="dxa"/>
                                  <w:vAlign w:val="bottom"/>
                                </w:tcPr>
                                <w:p w14:paraId="1CEEE7DC" w14:textId="381342AE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18.05.2026 - 22.05.2026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1441A397" w14:textId="40B9B34D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14</w:t>
                                  </w:r>
                                </w:p>
                              </w:tc>
                            </w:tr>
                          </w:tbl>
                          <w:p w14:paraId="2DDFBDB8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2BB732EB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7B7DFF47" w14:textId="2248DDA3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29190B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68D0B744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9B29342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2C84A21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3F59BA4A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A139F65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DD6AA8D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04601148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04C8544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42A1807B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8CAD569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2869F81C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83B917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C60A18F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222F50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321F77D8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7C4572EE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0F571005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1A0E5787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33408300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77ECC" id="Metin Kutusu 1060220627" o:spid="_x0000_s1039" type="#_x0000_t202" style="position:absolute;left:0;text-align:left;margin-left:-25.8pt;margin-top:-5.65pt;width:483pt;height:62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" filled="f" stroked="f">
                <v:textbox>
                  <w:txbxContent>
                    <w:p w14:paraId="19C33197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90"/>
                        <w:gridCol w:w="3481"/>
                        <w:gridCol w:w="1559"/>
                      </w:tblGrid>
                      <w:tr w:rsidR="004646CD" w:rsidRPr="00D517BD" w14:paraId="352D81F7" w14:textId="77777777" w:rsidTr="004646CD">
                        <w:trPr>
                          <w:jc w:val="center"/>
                        </w:trPr>
                        <w:tc>
                          <w:tcPr>
                            <w:tcW w:w="3890" w:type="dxa"/>
                            <w:vAlign w:val="bottom"/>
                          </w:tcPr>
                          <w:p w14:paraId="70523602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481" w:type="dxa"/>
                            <w:vAlign w:val="bottom"/>
                          </w:tcPr>
                          <w:p w14:paraId="1CEEE7DC" w14:textId="381342AE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18.05.2026 - 22.05.2026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1441A397" w14:textId="40B9B34D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14</w:t>
                            </w:r>
                          </w:p>
                        </w:tc>
                      </w:tr>
                    </w:tbl>
                    <w:p w14:paraId="2DDFBDB8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2BB732EB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7B7DFF47" w14:textId="2248DDA3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E29190B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68D0B744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79B29342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52C84A21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3F59BA4A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2A139F65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4DD6AA8D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04601148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704C8544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42A1807B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48CAD569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2869F81C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483B917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C60A18F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222F50B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321F77D8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7C4572EE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0F571005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1A0E5787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33408300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6FED034" w14:textId="77777777" w:rsidR="004646CD" w:rsidRDefault="004646CD" w:rsidP="004646CD">
      <w:pPr>
        <w:spacing w:before="120" w:after="120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864058" wp14:editId="415F47B6">
                <wp:simplePos x="0" y="0"/>
                <wp:positionH relativeFrom="margin">
                  <wp:posOffset>-323850</wp:posOffset>
                </wp:positionH>
                <wp:positionV relativeFrom="margin">
                  <wp:posOffset>179070</wp:posOffset>
                </wp:positionV>
                <wp:extent cx="6134100" cy="7886700"/>
                <wp:effectExtent l="0" t="0" r="0" b="0"/>
                <wp:wrapSquare wrapText="bothSides"/>
                <wp:docPr id="964660085" name="Metin Kutusu 964660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16454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07"/>
                              <w:gridCol w:w="3764"/>
                              <w:gridCol w:w="1559"/>
                            </w:tblGrid>
                            <w:tr w:rsidR="004646CD" w:rsidRPr="00D517BD" w14:paraId="552650DC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607" w:type="dxa"/>
                                  <w:vAlign w:val="bottom"/>
                                </w:tcPr>
                                <w:p w14:paraId="70D2D30A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764" w:type="dxa"/>
                                  <w:vAlign w:val="bottom"/>
                                </w:tcPr>
                                <w:p w14:paraId="62F70F61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25.05.2026 - 25.05.2026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3B15FA0B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15</w:t>
                                  </w:r>
                                </w:p>
                              </w:tc>
                            </w:tr>
                          </w:tbl>
                          <w:p w14:paraId="39F8F219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405DF225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1E6C6B52" w14:textId="606B7694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1F489C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0A8D05D6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E317A57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B2F2435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431E4FE6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F258A87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3E404831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0619D1E4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7CEC0B0F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06713CDB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41386185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2B01FB7E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95C563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37C22B3A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F0115C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7AC641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B89353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29CBCE9C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AC1F6AA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4E208FE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64058" id="Metin Kutusu 964660085" o:spid="_x0000_s1040" type="#_x0000_t202" style="position:absolute;margin-left:-25.5pt;margin-top:14.1pt;width:483pt;height:62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" filled="f" stroked="f">
                <v:textbox>
                  <w:txbxContent>
                    <w:p w14:paraId="5BE16454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07"/>
                        <w:gridCol w:w="3764"/>
                        <w:gridCol w:w="1559"/>
                      </w:tblGrid>
                      <w:tr w:rsidR="004646CD" w:rsidRPr="00D517BD" w14:paraId="552650DC" w14:textId="77777777" w:rsidTr="004646CD">
                        <w:trPr>
                          <w:jc w:val="center"/>
                        </w:trPr>
                        <w:tc>
                          <w:tcPr>
                            <w:tcW w:w="3607" w:type="dxa"/>
                            <w:vAlign w:val="bottom"/>
                          </w:tcPr>
                          <w:p w14:paraId="70D2D30A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764" w:type="dxa"/>
                            <w:vAlign w:val="bottom"/>
                          </w:tcPr>
                          <w:p w14:paraId="62F70F61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25.05.2026 - 25.05.2026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3B15FA0B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15</w:t>
                            </w:r>
                          </w:p>
                        </w:tc>
                      </w:tr>
                    </w:tbl>
                    <w:p w14:paraId="39F8F219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405DF225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1E6C6B52" w14:textId="606B7694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F1F489C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0A8D05D6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1E317A57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6B2F2435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431E4FE6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5F258A87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3E404831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0619D1E4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7CEC0B0F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06713CDB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41386185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2B01FB7E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795C563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37C22B3A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F0115C1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7AC641B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B89353B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29CBCE9C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AC1F6AA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4E208FE1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995C940" w14:textId="457F27E1" w:rsidR="004646CD" w:rsidRDefault="004646CD" w:rsidP="004646CD">
      <w:pPr>
        <w:spacing w:before="120" w:after="120"/>
        <w:rPr>
          <w:szCs w:val="24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AD6C63" wp14:editId="5A23D5A0">
                <wp:simplePos x="0" y="0"/>
                <wp:positionH relativeFrom="margin">
                  <wp:posOffset>-323850</wp:posOffset>
                </wp:positionH>
                <wp:positionV relativeFrom="margin">
                  <wp:posOffset>179070</wp:posOffset>
                </wp:positionV>
                <wp:extent cx="6134100" cy="7886700"/>
                <wp:effectExtent l="0" t="0" r="0" b="0"/>
                <wp:wrapSquare wrapText="bothSides"/>
                <wp:docPr id="140348197" name="Metin Kutusu 140348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88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703D" w14:textId="77777777" w:rsidR="004646CD" w:rsidRPr="00413F58" w:rsidRDefault="004646CD" w:rsidP="004646CD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İŞLETMEDE MESLEKİ EĞİTİM FAALİYET RAPORU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07"/>
                              <w:gridCol w:w="3764"/>
                              <w:gridCol w:w="1559"/>
                            </w:tblGrid>
                            <w:tr w:rsidR="004646CD" w:rsidRPr="00D517BD" w14:paraId="57C11425" w14:textId="77777777" w:rsidTr="004646CD">
                              <w:trPr>
                                <w:jc w:val="center"/>
                              </w:trPr>
                              <w:tc>
                                <w:tcPr>
                                  <w:tcW w:w="3607" w:type="dxa"/>
                                  <w:vAlign w:val="bottom"/>
                                </w:tcPr>
                                <w:p w14:paraId="7254BACF" w14:textId="77777777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Yapılan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İş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 </w:t>
                                  </w:r>
                                </w:p>
                              </w:tc>
                              <w:tc>
                                <w:tcPr>
                                  <w:tcW w:w="3764" w:type="dxa"/>
                                  <w:vAlign w:val="bottom"/>
                                </w:tcPr>
                                <w:p w14:paraId="378F918F" w14:textId="4D7642E8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Tarih: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01.06.2026 - 0</w:t>
                                  </w:r>
                                  <w:r>
                                    <w:rPr>
                                      <w:szCs w:val="24"/>
                                    </w:rPr>
                                    <w:t>5</w:t>
                                  </w:r>
                                  <w:r w:rsidRPr="004646CD">
                                    <w:rPr>
                                      <w:szCs w:val="24"/>
                                    </w:rPr>
                                    <w:t>.06.2026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bottom"/>
                                </w:tcPr>
                                <w:p w14:paraId="19CFE641" w14:textId="6E39E11F" w:rsidR="004646CD" w:rsidRPr="00D517BD" w:rsidRDefault="004646CD" w:rsidP="008850CD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Sayfa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:</w:t>
                                  </w:r>
                                  <w:r>
                                    <w:rPr>
                                      <w:szCs w:val="24"/>
                                    </w:rPr>
                                    <w:t xml:space="preserve"> 16</w:t>
                                  </w:r>
                                </w:p>
                              </w:tc>
                            </w:tr>
                          </w:tbl>
                          <w:p w14:paraId="252EA2B0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99"/>
                            </w:tblGrid>
                            <w:tr w:rsidR="004646CD" w:rsidRPr="008850CD" w14:paraId="46F53807" w14:textId="77777777" w:rsidTr="00413F58">
                              <w:trPr>
                                <w:trHeight w:val="8053"/>
                                <w:jc w:val="center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09240C36" w14:textId="15B0E6BB" w:rsidR="004646CD" w:rsidRPr="009D347F" w:rsidRDefault="004646CD" w:rsidP="009D347F">
                                  <w:pPr>
                                    <w:spacing w:before="240"/>
                                    <w:jc w:val="both"/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73382A" w14:textId="77777777" w:rsidR="004646CD" w:rsidRPr="008850CD" w:rsidRDefault="004646CD" w:rsidP="004646CD">
                            <w:pPr>
                              <w:spacing w:after="0"/>
                              <w:ind w:left="284"/>
                              <w:jc w:val="both"/>
                              <w:rPr>
                                <w:szCs w:val="24"/>
                              </w:rPr>
                            </w:pP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  <w:r w:rsidRPr="008850CD">
                              <w:rPr>
                                <w:szCs w:val="24"/>
                              </w:rPr>
                              <w:tab/>
                            </w:r>
                          </w:p>
                          <w:tbl>
                            <w:tblPr>
                              <w:tblW w:w="894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71"/>
                              <w:gridCol w:w="4471"/>
                            </w:tblGrid>
                            <w:tr w:rsidR="004646CD" w:rsidRPr="00D517BD" w14:paraId="3A3202AF" w14:textId="77777777" w:rsidTr="00413F58">
                              <w:trPr>
                                <w:trHeight w:val="600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73E7203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ÖĞRENCİN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01A88CE6" w14:textId="77777777" w:rsidR="004646CD" w:rsidRPr="00D517BD" w:rsidRDefault="004646CD" w:rsidP="009D347F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D517BD">
                                    <w:rPr>
                                      <w:szCs w:val="24"/>
                                    </w:rPr>
                                    <w:t>İŞ YERİ EĞİTİMİ SORUMLUSU</w:t>
                                  </w:r>
                                </w:p>
                              </w:tc>
                            </w:tr>
                            <w:tr w:rsidR="004646CD" w:rsidRPr="00D517BD" w14:paraId="7CAB3F35" w14:textId="77777777" w:rsidTr="00413F58">
                              <w:trPr>
                                <w:trHeight w:val="771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2B9DD715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615107F5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Adı</w:t>
                                  </w:r>
                                  <w:proofErr w:type="spellEnd"/>
                                  <w:r w:rsidRPr="00D517BD">
                                    <w:rPr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517BD">
                                    <w:rPr>
                                      <w:szCs w:val="24"/>
                                    </w:rPr>
                                    <w:t>Soyadı</w:t>
                                  </w:r>
                                  <w:proofErr w:type="spellEnd"/>
                                </w:p>
                              </w:tc>
                            </w:tr>
                            <w:tr w:rsidR="004646CD" w:rsidRPr="00D517BD" w14:paraId="382B5838" w14:textId="77777777" w:rsidTr="00613D08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50A4C219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</w:p>
                                <w:p w14:paraId="5BB71E02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1" w:type="dxa"/>
                                  <w:vAlign w:val="center"/>
                                </w:tcPr>
                                <w:p w14:paraId="1B072645" w14:textId="77777777" w:rsidR="004646C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İmza</w:t>
                                  </w:r>
                                  <w:proofErr w:type="spellEnd"/>
                                  <w:r>
                                    <w:rPr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4"/>
                                    </w:rPr>
                                    <w:t>Kaşe</w:t>
                                  </w:r>
                                  <w:proofErr w:type="spellEnd"/>
                                </w:p>
                                <w:p w14:paraId="7C53DBFC" w14:textId="77777777" w:rsidR="004646CD" w:rsidRPr="00D517BD" w:rsidRDefault="004646CD" w:rsidP="009D347F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E437FA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B4477A4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6CAEB84D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05E14721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2E7278DB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893486A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454E0910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</w:p>
                          <w:p w14:paraId="5DBE7CB5" w14:textId="77777777" w:rsidR="004646CD" w:rsidRDefault="004646CD" w:rsidP="004646CD">
                            <w:pPr>
                              <w:ind w:left="284"/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D6C63" id="Metin Kutusu 140348197" o:spid="_x0000_s1041" type="#_x0000_t202" style="position:absolute;margin-left:-25.5pt;margin-top:14.1pt;width:483pt;height:62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" filled="f" stroked="f">
                <v:textbox>
                  <w:txbxContent>
                    <w:p w14:paraId="4CEE703D" w14:textId="77777777" w:rsidR="004646CD" w:rsidRPr="00413F58" w:rsidRDefault="004646CD" w:rsidP="004646CD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İŞLETMEDE MESLEKİ EĞİTİM FAALİYET RAPORU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07"/>
                        <w:gridCol w:w="3764"/>
                        <w:gridCol w:w="1559"/>
                      </w:tblGrid>
                      <w:tr w:rsidR="004646CD" w:rsidRPr="00D517BD" w14:paraId="57C11425" w14:textId="77777777" w:rsidTr="004646CD">
                        <w:trPr>
                          <w:jc w:val="center"/>
                        </w:trPr>
                        <w:tc>
                          <w:tcPr>
                            <w:tcW w:w="3607" w:type="dxa"/>
                            <w:vAlign w:val="bottom"/>
                          </w:tcPr>
                          <w:p w14:paraId="7254BACF" w14:textId="77777777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Yapılan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İş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 </w:t>
                            </w:r>
                          </w:p>
                        </w:tc>
                        <w:tc>
                          <w:tcPr>
                            <w:tcW w:w="3764" w:type="dxa"/>
                            <w:vAlign w:val="bottom"/>
                          </w:tcPr>
                          <w:p w14:paraId="378F918F" w14:textId="4D7642E8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Tarih: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4646CD">
                              <w:rPr>
                                <w:szCs w:val="24"/>
                              </w:rPr>
                              <w:t>01.06.2026 - 0</w:t>
                            </w:r>
                            <w:r>
                              <w:rPr>
                                <w:szCs w:val="24"/>
                              </w:rPr>
                              <w:t>5</w:t>
                            </w:r>
                            <w:r w:rsidRPr="004646CD">
                              <w:rPr>
                                <w:szCs w:val="24"/>
                              </w:rPr>
                              <w:t>.06.2026</w:t>
                            </w:r>
                          </w:p>
                        </w:tc>
                        <w:tc>
                          <w:tcPr>
                            <w:tcW w:w="1559" w:type="dxa"/>
                            <w:vAlign w:val="bottom"/>
                          </w:tcPr>
                          <w:p w14:paraId="19CFE641" w14:textId="6E39E11F" w:rsidR="004646CD" w:rsidRPr="00D517BD" w:rsidRDefault="004646CD" w:rsidP="008850CD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Sayfa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:</w:t>
                            </w:r>
                            <w:r>
                              <w:rPr>
                                <w:szCs w:val="24"/>
                              </w:rPr>
                              <w:t xml:space="preserve"> 16</w:t>
                            </w:r>
                          </w:p>
                        </w:tc>
                      </w:tr>
                    </w:tbl>
                    <w:p w14:paraId="252EA2B0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99"/>
                      </w:tblGrid>
                      <w:tr w:rsidR="004646CD" w:rsidRPr="008850CD" w14:paraId="46F53807" w14:textId="77777777" w:rsidTr="00413F58">
                        <w:trPr>
                          <w:trHeight w:val="8053"/>
                          <w:jc w:val="center"/>
                        </w:trPr>
                        <w:tc>
                          <w:tcPr>
                            <w:tcW w:w="8899" w:type="dxa"/>
                          </w:tcPr>
                          <w:p w14:paraId="09240C36" w14:textId="15B0E6BB" w:rsidR="004646CD" w:rsidRPr="009D347F" w:rsidRDefault="004646CD" w:rsidP="009D347F">
                            <w:pPr>
                              <w:spacing w:before="24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873382A" w14:textId="77777777" w:rsidR="004646CD" w:rsidRPr="008850CD" w:rsidRDefault="004646CD" w:rsidP="004646CD">
                      <w:pPr>
                        <w:spacing w:after="0"/>
                        <w:ind w:left="284"/>
                        <w:jc w:val="both"/>
                        <w:rPr>
                          <w:szCs w:val="24"/>
                        </w:rPr>
                      </w:pP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  <w:r w:rsidRPr="008850CD">
                        <w:rPr>
                          <w:szCs w:val="24"/>
                        </w:rPr>
                        <w:tab/>
                      </w:r>
                    </w:p>
                    <w:tbl>
                      <w:tblPr>
                        <w:tblW w:w="894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71"/>
                        <w:gridCol w:w="4471"/>
                      </w:tblGrid>
                      <w:tr w:rsidR="004646CD" w:rsidRPr="00D517BD" w14:paraId="3A3202AF" w14:textId="77777777" w:rsidTr="00413F58">
                        <w:trPr>
                          <w:trHeight w:val="600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073E7203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ÖĞRENCİN</w:t>
                            </w: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01A88CE6" w14:textId="77777777" w:rsidR="004646CD" w:rsidRPr="00D517BD" w:rsidRDefault="004646CD" w:rsidP="009D347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D517BD">
                              <w:rPr>
                                <w:szCs w:val="24"/>
                              </w:rPr>
                              <w:t>İŞ YERİ EĞİTİMİ SORUMLUSU</w:t>
                            </w:r>
                          </w:p>
                        </w:tc>
                      </w:tr>
                      <w:tr w:rsidR="004646CD" w:rsidRPr="00D517BD" w14:paraId="7CAB3F35" w14:textId="77777777" w:rsidTr="00413F58">
                        <w:trPr>
                          <w:trHeight w:val="771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2B9DD715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615107F5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Adı</w:t>
                            </w:r>
                            <w:proofErr w:type="spellEnd"/>
                            <w:r w:rsidRPr="00D517BD">
                              <w:rPr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17BD">
                              <w:rPr>
                                <w:szCs w:val="24"/>
                              </w:rPr>
                              <w:t>Soyadı</w:t>
                            </w:r>
                            <w:proofErr w:type="spellEnd"/>
                          </w:p>
                        </w:tc>
                      </w:tr>
                      <w:tr w:rsidR="004646CD" w:rsidRPr="00D517BD" w14:paraId="382B5838" w14:textId="77777777" w:rsidTr="00613D08">
                        <w:trPr>
                          <w:trHeight w:val="467"/>
                          <w:jc w:val="center"/>
                        </w:trPr>
                        <w:tc>
                          <w:tcPr>
                            <w:tcW w:w="4471" w:type="dxa"/>
                            <w:vAlign w:val="center"/>
                          </w:tcPr>
                          <w:p w14:paraId="50A4C219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</w:p>
                          <w:p w14:paraId="5BB71E02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1" w:type="dxa"/>
                            <w:vAlign w:val="center"/>
                          </w:tcPr>
                          <w:p w14:paraId="1B072645" w14:textId="77777777" w:rsidR="004646CD" w:rsidRDefault="004646CD" w:rsidP="009D347F">
                            <w:pPr>
                              <w:rPr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Cs w:val="24"/>
                              </w:rPr>
                              <w:t>İmza</w:t>
                            </w:r>
                            <w:proofErr w:type="spellEnd"/>
                            <w:r>
                              <w:rPr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4"/>
                              </w:rPr>
                              <w:t>Kaşe</w:t>
                            </w:r>
                            <w:proofErr w:type="spellEnd"/>
                          </w:p>
                          <w:p w14:paraId="7C53DBFC" w14:textId="77777777" w:rsidR="004646CD" w:rsidRPr="00D517BD" w:rsidRDefault="004646CD" w:rsidP="009D347F">
                            <w:pPr>
                              <w:rPr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1E437FA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B4477A4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6CAEB84D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05E14721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2E7278DB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7893486A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454E0910" w14:textId="77777777" w:rsidR="004646CD" w:rsidRDefault="004646CD" w:rsidP="004646CD">
                      <w:pPr>
                        <w:ind w:left="284"/>
                        <w:jc w:val="both"/>
                      </w:pPr>
                    </w:p>
                    <w:p w14:paraId="5DBE7CB5" w14:textId="77777777" w:rsidR="004646CD" w:rsidRDefault="004646CD" w:rsidP="004646CD">
                      <w:pPr>
                        <w:ind w:left="284"/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4646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643AF9" w14:textId="77777777" w:rsidR="00B844C5" w:rsidRDefault="00B844C5" w:rsidP="004646CD">
      <w:pPr>
        <w:spacing w:after="0" w:line="240" w:lineRule="auto"/>
      </w:pPr>
      <w:r>
        <w:separator/>
      </w:r>
    </w:p>
  </w:endnote>
  <w:endnote w:type="continuationSeparator" w:id="0">
    <w:p w14:paraId="63CB81DA" w14:textId="77777777" w:rsidR="00B844C5" w:rsidRDefault="00B844C5" w:rsidP="0046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4F3455" w14:textId="77777777" w:rsidR="00B844C5" w:rsidRDefault="00B844C5" w:rsidP="004646CD">
      <w:pPr>
        <w:spacing w:after="0" w:line="240" w:lineRule="auto"/>
      </w:pPr>
      <w:r>
        <w:separator/>
      </w:r>
    </w:p>
  </w:footnote>
  <w:footnote w:type="continuationSeparator" w:id="0">
    <w:p w14:paraId="49B843A3" w14:textId="77777777" w:rsidR="00B844C5" w:rsidRDefault="00B844C5" w:rsidP="00464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5981823">
    <w:abstractNumId w:val="8"/>
  </w:num>
  <w:num w:numId="2" w16cid:durableId="1584988233">
    <w:abstractNumId w:val="6"/>
  </w:num>
  <w:num w:numId="3" w16cid:durableId="1262764797">
    <w:abstractNumId w:val="5"/>
  </w:num>
  <w:num w:numId="4" w16cid:durableId="1441339342">
    <w:abstractNumId w:val="4"/>
  </w:num>
  <w:num w:numId="5" w16cid:durableId="1680422384">
    <w:abstractNumId w:val="7"/>
  </w:num>
  <w:num w:numId="6" w16cid:durableId="1541161169">
    <w:abstractNumId w:val="3"/>
  </w:num>
  <w:num w:numId="7" w16cid:durableId="1407220060">
    <w:abstractNumId w:val="2"/>
  </w:num>
  <w:num w:numId="8" w16cid:durableId="395667114">
    <w:abstractNumId w:val="1"/>
  </w:num>
  <w:num w:numId="9" w16cid:durableId="2295392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BC6"/>
    <w:rsid w:val="0015074B"/>
    <w:rsid w:val="0017412E"/>
    <w:rsid w:val="0022753F"/>
    <w:rsid w:val="0029639D"/>
    <w:rsid w:val="00326F90"/>
    <w:rsid w:val="003A3059"/>
    <w:rsid w:val="004646CD"/>
    <w:rsid w:val="0047579E"/>
    <w:rsid w:val="00613D08"/>
    <w:rsid w:val="007727E9"/>
    <w:rsid w:val="00AA1D8D"/>
    <w:rsid w:val="00B47730"/>
    <w:rsid w:val="00B76275"/>
    <w:rsid w:val="00B844C5"/>
    <w:rsid w:val="00BC34FE"/>
    <w:rsid w:val="00CB0664"/>
    <w:rsid w:val="00F00F03"/>
    <w:rsid w:val="00FA63E9"/>
    <w:rsid w:val="00FC5C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C5243"/>
  <w14:defaultImageDpi w14:val="300"/>
  <w15:docId w15:val="{34E0A39A-9991-418A-9DD0-B1781AE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17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ŞEHNAZ ÖZATAY</cp:lastModifiedBy>
  <cp:revision>3</cp:revision>
  <dcterms:created xsi:type="dcterms:W3CDTF">2026-06-01T09:49:00Z</dcterms:created>
  <dcterms:modified xsi:type="dcterms:W3CDTF">2026-10-10T17:55:00Z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f0963c13-212e-4277-9e92-50a09799df21</vt:lpwstr>
  </property>
</Properties>
</file>