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C83190" w14:textId="77777777" w:rsidR="00FE02AA" w:rsidRPr="00271B32" w:rsidRDefault="00FE02AA" w:rsidP="00FE02AA">
      <w:pPr>
        <w:spacing w:after="0" w:line="240" w:lineRule="auto"/>
        <w:rPr>
          <w:rFonts w:cs="Calibri"/>
          <w:b/>
        </w:rPr>
      </w:pPr>
      <w:r w:rsidRPr="003A08E0">
        <w:rPr>
          <w:rFonts w:cs="Calibri"/>
          <w:b/>
          <w:color w:val="365F91" w:themeColor="accent1" w:themeShade="BF"/>
        </w:rPr>
        <w:t>FORM-</w:t>
      </w:r>
      <w:proofErr w:type="gramStart"/>
      <w:r w:rsidRPr="003A08E0">
        <w:rPr>
          <w:rFonts w:cs="Calibri"/>
          <w:b/>
          <w:color w:val="365F91" w:themeColor="accent1" w:themeShade="BF"/>
        </w:rPr>
        <w:t>2</w:t>
      </w:r>
      <w:r>
        <w:rPr>
          <w:rFonts w:cs="Calibri"/>
          <w:b/>
        </w:rPr>
        <w:t xml:space="preserve">  </w:t>
      </w:r>
      <w:r w:rsidRPr="00271B32">
        <w:rPr>
          <w:rFonts w:cs="Calibri"/>
        </w:rPr>
        <w:t>(</w:t>
      </w:r>
      <w:proofErr w:type="gramEnd"/>
      <w:r w:rsidRPr="00271B32">
        <w:rPr>
          <w:rFonts w:cs="Calibri"/>
        </w:rPr>
        <w:t xml:space="preserve">3 </w:t>
      </w:r>
      <w:proofErr w:type="spellStart"/>
      <w:r w:rsidRPr="00271B32">
        <w:rPr>
          <w:rFonts w:cs="Calibri"/>
        </w:rPr>
        <w:t>nüsha</w:t>
      </w:r>
      <w:proofErr w:type="spellEnd"/>
      <w:r>
        <w:rPr>
          <w:rFonts w:cs="Calibri"/>
        </w:rPr>
        <w:t xml:space="preserve"> </w:t>
      </w:r>
      <w:proofErr w:type="spellStart"/>
      <w:r>
        <w:rPr>
          <w:rFonts w:cs="Calibri"/>
        </w:rPr>
        <w:t>olarak</w:t>
      </w:r>
      <w:proofErr w:type="spellEnd"/>
      <w:r>
        <w:rPr>
          <w:rFonts w:cs="Calibri"/>
        </w:rPr>
        <w:t xml:space="preserve"> </w:t>
      </w:r>
      <w:proofErr w:type="spellStart"/>
      <w:r>
        <w:rPr>
          <w:rFonts w:cs="Calibri"/>
        </w:rPr>
        <w:t>hazırlanıp</w:t>
      </w:r>
      <w:proofErr w:type="spellEnd"/>
      <w:r>
        <w:rPr>
          <w:rFonts w:cs="Calibri"/>
        </w:rPr>
        <w:t xml:space="preserve"> </w:t>
      </w:r>
      <w:proofErr w:type="spellStart"/>
      <w:r>
        <w:rPr>
          <w:rFonts w:cs="Calibri"/>
        </w:rPr>
        <w:t>imzalanacak</w:t>
      </w:r>
      <w:proofErr w:type="spellEnd"/>
      <w:r w:rsidRPr="00271B32">
        <w:rPr>
          <w:rFonts w:cs="Calibri"/>
        </w:rPr>
        <w:t>)</w:t>
      </w:r>
    </w:p>
    <w:p w14:paraId="69222FE9" w14:textId="77777777" w:rsidR="00FE02AA" w:rsidRPr="00DF28F2" w:rsidRDefault="00FE02AA" w:rsidP="00FE02AA">
      <w:pPr>
        <w:spacing w:after="0" w:line="240" w:lineRule="auto"/>
        <w:jc w:val="center"/>
        <w:rPr>
          <w:rFonts w:cs="Calibri"/>
          <w:b/>
          <w:szCs w:val="24"/>
        </w:rPr>
      </w:pPr>
      <w:r w:rsidRPr="00DF28F2">
        <w:rPr>
          <w:rFonts w:cs="Calibri"/>
          <w:b/>
          <w:szCs w:val="24"/>
        </w:rPr>
        <w:t>T.C.</w:t>
      </w:r>
    </w:p>
    <w:p w14:paraId="5F94EC3D" w14:textId="77777777" w:rsidR="00FE02AA" w:rsidRPr="00DF28F2" w:rsidRDefault="00FE02AA" w:rsidP="00FE02AA">
      <w:pPr>
        <w:spacing w:after="0" w:line="240" w:lineRule="auto"/>
        <w:jc w:val="center"/>
        <w:rPr>
          <w:rFonts w:cs="Calibri"/>
          <w:b/>
          <w:szCs w:val="24"/>
        </w:rPr>
      </w:pPr>
      <w:r w:rsidRPr="00DF28F2">
        <w:rPr>
          <w:rFonts w:cs="Calibri"/>
          <w:b/>
          <w:szCs w:val="24"/>
        </w:rPr>
        <w:t>ÇANAKKALE ONSEKİZ MART ÜNİVERSİTESİ</w:t>
      </w:r>
    </w:p>
    <w:p w14:paraId="487CDCF2" w14:textId="77777777" w:rsidR="00FE02AA" w:rsidRPr="00DF28F2" w:rsidRDefault="00FE02AA" w:rsidP="00FE02AA">
      <w:pPr>
        <w:spacing w:before="100" w:beforeAutospacing="1" w:after="100" w:afterAutospacing="1" w:line="240" w:lineRule="auto"/>
        <w:contextualSpacing/>
        <w:jc w:val="center"/>
        <w:rPr>
          <w:rFonts w:cs="Calibri"/>
          <w:b/>
          <w:szCs w:val="24"/>
        </w:rPr>
      </w:pPr>
      <w:r w:rsidRPr="00DF28F2">
        <w:rPr>
          <w:rFonts w:cs="Calibri"/>
          <w:b/>
          <w:szCs w:val="24"/>
        </w:rPr>
        <w:t>İŞ</w:t>
      </w:r>
      <w:r>
        <w:rPr>
          <w:rFonts w:cs="Calibri"/>
          <w:b/>
          <w:szCs w:val="24"/>
        </w:rPr>
        <w:t>LETMEDE MESLEKİ</w:t>
      </w:r>
      <w:r w:rsidRPr="00DF28F2">
        <w:rPr>
          <w:rFonts w:cs="Calibri"/>
          <w:b/>
          <w:szCs w:val="24"/>
        </w:rPr>
        <w:t xml:space="preserve"> EĞİTİM (İME) SÖZLEŞME FORMU</w:t>
      </w:r>
    </w:p>
    <w:p w14:paraId="79351956" w14:textId="77777777" w:rsidR="00FE02AA" w:rsidRPr="00271B32" w:rsidRDefault="00FE02AA" w:rsidP="00FE02AA">
      <w:pPr>
        <w:spacing w:before="100" w:beforeAutospacing="1" w:after="100" w:afterAutospacing="1" w:line="240" w:lineRule="auto"/>
        <w:contextualSpacing/>
        <w:jc w:val="center"/>
        <w:rPr>
          <w:rFonts w:cs="Calibri"/>
          <w:b/>
        </w:rPr>
      </w:pP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7377"/>
      </w:tblGrid>
      <w:tr w:rsidR="00FE02AA" w:rsidRPr="00271B32" w14:paraId="67EF1E49" w14:textId="77777777" w:rsidTr="00B102CB">
        <w:trPr>
          <w:jc w:val="center"/>
        </w:trPr>
        <w:tc>
          <w:tcPr>
            <w:tcW w:w="2263" w:type="dxa"/>
          </w:tcPr>
          <w:p w14:paraId="0519E7E4" w14:textId="77777777" w:rsidR="00FE02AA" w:rsidRPr="00271B32" w:rsidRDefault="00FE02AA" w:rsidP="00B102CB">
            <w:pPr>
              <w:spacing w:before="100" w:beforeAutospacing="1" w:after="100" w:afterAutospacing="1" w:line="240" w:lineRule="auto"/>
              <w:contextualSpacing/>
              <w:rPr>
                <w:rFonts w:cs="Calibri"/>
                <w:sz w:val="20"/>
                <w:szCs w:val="20"/>
              </w:rPr>
            </w:pPr>
            <w:r w:rsidRPr="00271B32">
              <w:rPr>
                <w:rFonts w:cs="Calibri"/>
                <w:sz w:val="20"/>
                <w:szCs w:val="20"/>
              </w:rPr>
              <w:t>ÖĞRENCİNİN BÖLÜMÜ:</w:t>
            </w:r>
          </w:p>
        </w:tc>
        <w:tc>
          <w:tcPr>
            <w:tcW w:w="7377" w:type="dxa"/>
          </w:tcPr>
          <w:p w14:paraId="4DE1BBD1" w14:textId="77777777" w:rsidR="00FE02AA" w:rsidRPr="00271B32" w:rsidRDefault="00FE02AA" w:rsidP="00B102CB">
            <w:pPr>
              <w:spacing w:before="100" w:beforeAutospacing="1" w:after="100" w:afterAutospacing="1" w:line="240" w:lineRule="auto"/>
              <w:contextualSpacing/>
              <w:rPr>
                <w:rFonts w:cs="Calibri"/>
                <w:sz w:val="20"/>
                <w:szCs w:val="20"/>
              </w:rPr>
            </w:pPr>
          </w:p>
        </w:tc>
      </w:tr>
      <w:tr w:rsidR="00FE02AA" w:rsidRPr="00271B32" w14:paraId="05509AF6" w14:textId="77777777" w:rsidTr="00B102CB">
        <w:trPr>
          <w:jc w:val="center"/>
        </w:trPr>
        <w:tc>
          <w:tcPr>
            <w:tcW w:w="2263" w:type="dxa"/>
          </w:tcPr>
          <w:p w14:paraId="5B69BCCC" w14:textId="77777777" w:rsidR="00FE02AA" w:rsidRPr="00271B32" w:rsidRDefault="00FE02AA" w:rsidP="00B102CB">
            <w:pPr>
              <w:spacing w:before="100" w:beforeAutospacing="1" w:after="100" w:afterAutospacing="1" w:line="240" w:lineRule="auto"/>
              <w:contextualSpacing/>
              <w:rPr>
                <w:rFonts w:cs="Calibri"/>
                <w:sz w:val="20"/>
                <w:szCs w:val="20"/>
              </w:rPr>
            </w:pPr>
            <w:r w:rsidRPr="00271B32">
              <w:rPr>
                <w:rFonts w:cs="Calibri"/>
                <w:sz w:val="20"/>
                <w:szCs w:val="20"/>
              </w:rPr>
              <w:t>ÖĞRETİM YILI:</w:t>
            </w:r>
          </w:p>
        </w:tc>
        <w:tc>
          <w:tcPr>
            <w:tcW w:w="7377" w:type="dxa"/>
          </w:tcPr>
          <w:p w14:paraId="027CB5A1" w14:textId="77777777" w:rsidR="00FE02AA" w:rsidRPr="00271B32" w:rsidRDefault="00FE02AA" w:rsidP="00B102CB">
            <w:pPr>
              <w:spacing w:before="100" w:beforeAutospacing="1" w:after="100" w:afterAutospacing="1" w:line="240" w:lineRule="auto"/>
              <w:contextualSpacing/>
              <w:rPr>
                <w:rFonts w:cs="Calibri"/>
                <w:sz w:val="20"/>
                <w:szCs w:val="20"/>
              </w:rPr>
            </w:pPr>
          </w:p>
        </w:tc>
      </w:tr>
    </w:tbl>
    <w:p w14:paraId="00558F10" w14:textId="77777777" w:rsidR="00FE02AA" w:rsidRPr="00271B32" w:rsidRDefault="00FE02AA" w:rsidP="00FE02AA">
      <w:pPr>
        <w:spacing w:before="100" w:beforeAutospacing="1" w:after="100" w:afterAutospacing="1" w:line="240" w:lineRule="auto"/>
        <w:contextualSpacing/>
        <w:rPr>
          <w:rFonts w:cs="Calibri"/>
          <w:sz w:val="20"/>
          <w:szCs w:val="20"/>
        </w:rPr>
      </w:pPr>
    </w:p>
    <w:p w14:paraId="6D5E0C0D" w14:textId="77777777" w:rsidR="00FE02AA" w:rsidRPr="00271B32" w:rsidRDefault="00FE02AA" w:rsidP="00FE02AA">
      <w:pPr>
        <w:spacing w:before="100" w:beforeAutospacing="1" w:after="100" w:afterAutospacing="1" w:line="280" w:lineRule="atLeast"/>
        <w:ind w:firstLine="426"/>
        <w:contextualSpacing/>
        <w:jc w:val="both"/>
        <w:rPr>
          <w:rFonts w:cs="Calibri"/>
          <w:b/>
          <w:sz w:val="20"/>
          <w:szCs w:val="20"/>
        </w:rPr>
      </w:pPr>
      <w:r w:rsidRPr="00271B32">
        <w:rPr>
          <w:rFonts w:cs="Calibri"/>
          <w:b/>
          <w:sz w:val="20"/>
          <w:szCs w:val="20"/>
        </w:rPr>
        <w:t>İ</w:t>
      </w:r>
      <w:r>
        <w:rPr>
          <w:rFonts w:cs="Calibri"/>
          <w:b/>
          <w:sz w:val="20"/>
          <w:szCs w:val="20"/>
        </w:rPr>
        <w:t>ŞLETMEDE MESLEKİ EĞİTİM</w:t>
      </w:r>
      <w:r w:rsidRPr="00271B32">
        <w:rPr>
          <w:rFonts w:cs="Calibri"/>
          <w:b/>
          <w:sz w:val="20"/>
          <w:szCs w:val="20"/>
        </w:rPr>
        <w:t xml:space="preserve"> YAPACAK ÖĞRENCİNİN:</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087"/>
        <w:gridCol w:w="289"/>
        <w:gridCol w:w="51"/>
        <w:gridCol w:w="239"/>
        <w:gridCol w:w="102"/>
        <w:gridCol w:w="188"/>
        <w:gridCol w:w="154"/>
        <w:gridCol w:w="136"/>
        <w:gridCol w:w="205"/>
        <w:gridCol w:w="85"/>
        <w:gridCol w:w="257"/>
        <w:gridCol w:w="33"/>
        <w:gridCol w:w="291"/>
        <w:gridCol w:w="17"/>
        <w:gridCol w:w="273"/>
        <w:gridCol w:w="69"/>
        <w:gridCol w:w="221"/>
        <w:gridCol w:w="120"/>
        <w:gridCol w:w="170"/>
        <w:gridCol w:w="172"/>
        <w:gridCol w:w="118"/>
        <w:gridCol w:w="223"/>
        <w:gridCol w:w="67"/>
        <w:gridCol w:w="250"/>
        <w:gridCol w:w="331"/>
        <w:gridCol w:w="290"/>
        <w:gridCol w:w="290"/>
        <w:gridCol w:w="290"/>
        <w:gridCol w:w="236"/>
        <w:gridCol w:w="344"/>
        <w:gridCol w:w="291"/>
        <w:gridCol w:w="290"/>
        <w:gridCol w:w="290"/>
        <w:gridCol w:w="290"/>
        <w:gridCol w:w="290"/>
        <w:gridCol w:w="290"/>
        <w:gridCol w:w="295"/>
      </w:tblGrid>
      <w:tr w:rsidR="00FE02AA" w:rsidRPr="00271B32" w14:paraId="1A25CD64" w14:textId="77777777" w:rsidTr="00FE02AA">
        <w:trPr>
          <w:jc w:val="center"/>
        </w:trPr>
        <w:tc>
          <w:tcPr>
            <w:tcW w:w="2090" w:type="dxa"/>
          </w:tcPr>
          <w:p w14:paraId="4C0148F6" w14:textId="77777777" w:rsidR="00FE02AA" w:rsidRPr="00271B32" w:rsidRDefault="00FE02AA" w:rsidP="00B102CB">
            <w:pPr>
              <w:spacing w:before="100" w:beforeAutospacing="1" w:after="100" w:afterAutospacing="1" w:line="280" w:lineRule="atLeast"/>
              <w:contextualSpacing/>
              <w:rPr>
                <w:rFonts w:cs="Calibri"/>
                <w:sz w:val="20"/>
                <w:szCs w:val="20"/>
              </w:rPr>
            </w:pPr>
            <w:proofErr w:type="spellStart"/>
            <w:r w:rsidRPr="00271B32">
              <w:rPr>
                <w:rFonts w:cs="Calibri"/>
                <w:sz w:val="20"/>
                <w:szCs w:val="20"/>
              </w:rPr>
              <w:t>Adı</w:t>
            </w:r>
            <w:proofErr w:type="spellEnd"/>
            <w:r w:rsidRPr="00271B32">
              <w:rPr>
                <w:rFonts w:cs="Calibri"/>
                <w:sz w:val="20"/>
                <w:szCs w:val="20"/>
              </w:rPr>
              <w:t xml:space="preserve"> Soyadı:</w:t>
            </w:r>
          </w:p>
        </w:tc>
        <w:tc>
          <w:tcPr>
            <w:tcW w:w="3731" w:type="dxa"/>
            <w:gridSpan w:val="23"/>
          </w:tcPr>
          <w:p w14:paraId="6858D876" w14:textId="77777777" w:rsidR="00FE02AA" w:rsidRPr="00271B32" w:rsidRDefault="00FE02AA" w:rsidP="00B102CB">
            <w:pPr>
              <w:spacing w:before="100" w:beforeAutospacing="1" w:after="100" w:afterAutospacing="1" w:line="280" w:lineRule="atLeast"/>
              <w:contextualSpacing/>
              <w:jc w:val="both"/>
              <w:rPr>
                <w:rFonts w:cs="Calibri"/>
                <w:sz w:val="20"/>
                <w:szCs w:val="20"/>
              </w:rPr>
            </w:pPr>
          </w:p>
        </w:tc>
        <w:tc>
          <w:tcPr>
            <w:tcW w:w="1433" w:type="dxa"/>
            <w:gridSpan w:val="5"/>
          </w:tcPr>
          <w:p w14:paraId="33751191" w14:textId="77777777" w:rsidR="00FE02AA" w:rsidRPr="00271B32" w:rsidRDefault="00FE02AA" w:rsidP="00B102CB">
            <w:pPr>
              <w:spacing w:before="100" w:beforeAutospacing="1" w:after="100" w:afterAutospacing="1" w:line="280" w:lineRule="atLeast"/>
              <w:contextualSpacing/>
              <w:jc w:val="both"/>
              <w:rPr>
                <w:rFonts w:cs="Calibri"/>
                <w:sz w:val="20"/>
                <w:szCs w:val="20"/>
              </w:rPr>
            </w:pPr>
            <w:proofErr w:type="spellStart"/>
            <w:r w:rsidRPr="00271B32">
              <w:rPr>
                <w:rFonts w:cs="Calibri"/>
                <w:sz w:val="20"/>
                <w:szCs w:val="20"/>
              </w:rPr>
              <w:t>Doğum</w:t>
            </w:r>
            <w:proofErr w:type="spellEnd"/>
            <w:r w:rsidRPr="00271B32">
              <w:rPr>
                <w:rFonts w:cs="Calibri"/>
                <w:sz w:val="20"/>
                <w:szCs w:val="20"/>
              </w:rPr>
              <w:t xml:space="preserve"> </w:t>
            </w:r>
            <w:proofErr w:type="spellStart"/>
            <w:r w:rsidRPr="00271B32">
              <w:rPr>
                <w:rFonts w:cs="Calibri"/>
                <w:sz w:val="20"/>
                <w:szCs w:val="20"/>
              </w:rPr>
              <w:t>Tarihi</w:t>
            </w:r>
            <w:proofErr w:type="spellEnd"/>
            <w:r w:rsidRPr="00271B32">
              <w:rPr>
                <w:rFonts w:cs="Calibri"/>
                <w:sz w:val="20"/>
                <w:szCs w:val="20"/>
              </w:rPr>
              <w:t>:</w:t>
            </w:r>
          </w:p>
        </w:tc>
        <w:tc>
          <w:tcPr>
            <w:tcW w:w="2380" w:type="dxa"/>
            <w:gridSpan w:val="8"/>
          </w:tcPr>
          <w:p w14:paraId="2D2FB454" w14:textId="77777777" w:rsidR="00FE02AA" w:rsidRPr="00271B32" w:rsidRDefault="00FE02AA" w:rsidP="00B102CB">
            <w:pPr>
              <w:spacing w:before="100" w:beforeAutospacing="1" w:after="100" w:afterAutospacing="1" w:line="280" w:lineRule="atLeast"/>
              <w:contextualSpacing/>
              <w:jc w:val="both"/>
              <w:rPr>
                <w:rFonts w:cs="Calibri"/>
                <w:sz w:val="20"/>
                <w:szCs w:val="20"/>
              </w:rPr>
            </w:pPr>
            <w:r w:rsidRPr="00271B32">
              <w:rPr>
                <w:rFonts w:cs="Calibri"/>
                <w:sz w:val="20"/>
                <w:szCs w:val="20"/>
              </w:rPr>
              <w:t>……../……../………….</w:t>
            </w:r>
          </w:p>
        </w:tc>
      </w:tr>
      <w:tr w:rsidR="00FE02AA" w:rsidRPr="00271B32" w14:paraId="3C1247A7" w14:textId="77777777" w:rsidTr="00FE02AA">
        <w:trPr>
          <w:jc w:val="center"/>
        </w:trPr>
        <w:tc>
          <w:tcPr>
            <w:tcW w:w="2090" w:type="dxa"/>
          </w:tcPr>
          <w:p w14:paraId="374524C2" w14:textId="77777777" w:rsidR="00FE02AA" w:rsidRPr="00271B32" w:rsidRDefault="00FE02AA" w:rsidP="00B102CB">
            <w:pPr>
              <w:spacing w:before="100" w:beforeAutospacing="1" w:after="100" w:afterAutospacing="1" w:line="280" w:lineRule="atLeast"/>
              <w:contextualSpacing/>
              <w:rPr>
                <w:rFonts w:cs="Calibri"/>
                <w:sz w:val="20"/>
                <w:szCs w:val="20"/>
              </w:rPr>
            </w:pPr>
            <w:r w:rsidRPr="00271B32">
              <w:rPr>
                <w:rFonts w:cs="Calibri"/>
                <w:sz w:val="20"/>
                <w:szCs w:val="20"/>
              </w:rPr>
              <w:t xml:space="preserve">T.C. </w:t>
            </w:r>
            <w:proofErr w:type="spellStart"/>
            <w:r w:rsidRPr="00271B32">
              <w:rPr>
                <w:rFonts w:cs="Calibri"/>
                <w:sz w:val="20"/>
                <w:szCs w:val="20"/>
              </w:rPr>
              <w:t>Kimlik</w:t>
            </w:r>
            <w:proofErr w:type="spellEnd"/>
            <w:r w:rsidRPr="00271B32">
              <w:rPr>
                <w:rFonts w:cs="Calibri"/>
                <w:sz w:val="20"/>
                <w:szCs w:val="20"/>
              </w:rPr>
              <w:t xml:space="preserve"> No:</w:t>
            </w:r>
          </w:p>
        </w:tc>
        <w:tc>
          <w:tcPr>
            <w:tcW w:w="341" w:type="dxa"/>
            <w:gridSpan w:val="2"/>
          </w:tcPr>
          <w:p w14:paraId="729FFF7D" w14:textId="77777777" w:rsidR="00FE02AA" w:rsidRPr="00271B32" w:rsidRDefault="00FE02AA" w:rsidP="00B102CB">
            <w:pPr>
              <w:spacing w:before="100" w:beforeAutospacing="1" w:after="100" w:afterAutospacing="1" w:line="280" w:lineRule="atLeast"/>
              <w:contextualSpacing/>
              <w:jc w:val="both"/>
              <w:rPr>
                <w:rFonts w:cs="Calibri"/>
                <w:sz w:val="20"/>
                <w:szCs w:val="20"/>
              </w:rPr>
            </w:pPr>
          </w:p>
        </w:tc>
        <w:tc>
          <w:tcPr>
            <w:tcW w:w="341" w:type="dxa"/>
            <w:gridSpan w:val="2"/>
          </w:tcPr>
          <w:p w14:paraId="7F195684" w14:textId="77777777" w:rsidR="00FE02AA" w:rsidRPr="00271B32" w:rsidRDefault="00FE02AA" w:rsidP="00B102CB">
            <w:pPr>
              <w:spacing w:before="100" w:beforeAutospacing="1" w:after="100" w:afterAutospacing="1" w:line="280" w:lineRule="atLeast"/>
              <w:contextualSpacing/>
              <w:jc w:val="both"/>
              <w:rPr>
                <w:rFonts w:cs="Calibri"/>
                <w:sz w:val="20"/>
                <w:szCs w:val="20"/>
              </w:rPr>
            </w:pPr>
          </w:p>
        </w:tc>
        <w:tc>
          <w:tcPr>
            <w:tcW w:w="342" w:type="dxa"/>
            <w:gridSpan w:val="2"/>
          </w:tcPr>
          <w:p w14:paraId="0A190CC1" w14:textId="77777777" w:rsidR="00FE02AA" w:rsidRPr="00271B32" w:rsidRDefault="00FE02AA" w:rsidP="00B102CB">
            <w:pPr>
              <w:spacing w:before="100" w:beforeAutospacing="1" w:after="100" w:afterAutospacing="1" w:line="280" w:lineRule="atLeast"/>
              <w:contextualSpacing/>
              <w:jc w:val="both"/>
              <w:rPr>
                <w:rFonts w:cs="Calibri"/>
                <w:sz w:val="20"/>
                <w:szCs w:val="20"/>
              </w:rPr>
            </w:pPr>
          </w:p>
        </w:tc>
        <w:tc>
          <w:tcPr>
            <w:tcW w:w="341" w:type="dxa"/>
            <w:gridSpan w:val="2"/>
          </w:tcPr>
          <w:p w14:paraId="7E0AF2E5" w14:textId="77777777" w:rsidR="00FE02AA" w:rsidRPr="00271B32" w:rsidRDefault="00FE02AA" w:rsidP="00B102CB">
            <w:pPr>
              <w:spacing w:before="100" w:beforeAutospacing="1" w:after="100" w:afterAutospacing="1" w:line="280" w:lineRule="atLeast"/>
              <w:contextualSpacing/>
              <w:jc w:val="both"/>
              <w:rPr>
                <w:rFonts w:cs="Calibri"/>
                <w:sz w:val="20"/>
                <w:szCs w:val="20"/>
              </w:rPr>
            </w:pPr>
          </w:p>
        </w:tc>
        <w:tc>
          <w:tcPr>
            <w:tcW w:w="342" w:type="dxa"/>
            <w:gridSpan w:val="2"/>
          </w:tcPr>
          <w:p w14:paraId="05153088" w14:textId="77777777" w:rsidR="00FE02AA" w:rsidRPr="00271B32" w:rsidRDefault="00FE02AA" w:rsidP="00B102CB">
            <w:pPr>
              <w:spacing w:before="100" w:beforeAutospacing="1" w:after="100" w:afterAutospacing="1" w:line="280" w:lineRule="atLeast"/>
              <w:contextualSpacing/>
              <w:jc w:val="both"/>
              <w:rPr>
                <w:rFonts w:cs="Calibri"/>
                <w:sz w:val="20"/>
                <w:szCs w:val="20"/>
              </w:rPr>
            </w:pPr>
          </w:p>
        </w:tc>
        <w:tc>
          <w:tcPr>
            <w:tcW w:w="341" w:type="dxa"/>
            <w:gridSpan w:val="3"/>
          </w:tcPr>
          <w:p w14:paraId="18F39645" w14:textId="77777777" w:rsidR="00FE02AA" w:rsidRPr="00271B32" w:rsidRDefault="00FE02AA" w:rsidP="00B102CB">
            <w:pPr>
              <w:spacing w:before="100" w:beforeAutospacing="1" w:after="100" w:afterAutospacing="1" w:line="280" w:lineRule="atLeast"/>
              <w:contextualSpacing/>
              <w:jc w:val="both"/>
              <w:rPr>
                <w:rFonts w:cs="Calibri"/>
                <w:sz w:val="20"/>
                <w:szCs w:val="20"/>
              </w:rPr>
            </w:pPr>
          </w:p>
        </w:tc>
        <w:tc>
          <w:tcPr>
            <w:tcW w:w="342" w:type="dxa"/>
            <w:gridSpan w:val="2"/>
          </w:tcPr>
          <w:p w14:paraId="53D885C5" w14:textId="77777777" w:rsidR="00FE02AA" w:rsidRPr="00271B32" w:rsidRDefault="00FE02AA" w:rsidP="00B102CB">
            <w:pPr>
              <w:spacing w:before="100" w:beforeAutospacing="1" w:after="100" w:afterAutospacing="1" w:line="280" w:lineRule="atLeast"/>
              <w:contextualSpacing/>
              <w:jc w:val="both"/>
              <w:rPr>
                <w:rFonts w:cs="Calibri"/>
                <w:sz w:val="20"/>
                <w:szCs w:val="20"/>
              </w:rPr>
            </w:pPr>
          </w:p>
        </w:tc>
        <w:tc>
          <w:tcPr>
            <w:tcW w:w="341" w:type="dxa"/>
            <w:gridSpan w:val="2"/>
          </w:tcPr>
          <w:p w14:paraId="3490B2F4" w14:textId="77777777" w:rsidR="00FE02AA" w:rsidRPr="00271B32" w:rsidRDefault="00FE02AA" w:rsidP="00B102CB">
            <w:pPr>
              <w:spacing w:before="100" w:beforeAutospacing="1" w:after="100" w:afterAutospacing="1" w:line="280" w:lineRule="atLeast"/>
              <w:contextualSpacing/>
              <w:jc w:val="both"/>
              <w:rPr>
                <w:rFonts w:cs="Calibri"/>
                <w:sz w:val="20"/>
                <w:szCs w:val="20"/>
              </w:rPr>
            </w:pPr>
          </w:p>
        </w:tc>
        <w:tc>
          <w:tcPr>
            <w:tcW w:w="342" w:type="dxa"/>
            <w:gridSpan w:val="2"/>
          </w:tcPr>
          <w:p w14:paraId="2E2E130F" w14:textId="77777777" w:rsidR="00FE02AA" w:rsidRPr="00271B32" w:rsidRDefault="00FE02AA" w:rsidP="00B102CB">
            <w:pPr>
              <w:spacing w:before="100" w:beforeAutospacing="1" w:after="100" w:afterAutospacing="1" w:line="280" w:lineRule="atLeast"/>
              <w:contextualSpacing/>
              <w:jc w:val="both"/>
              <w:rPr>
                <w:rFonts w:cs="Calibri"/>
                <w:sz w:val="20"/>
                <w:szCs w:val="20"/>
              </w:rPr>
            </w:pPr>
          </w:p>
        </w:tc>
        <w:tc>
          <w:tcPr>
            <w:tcW w:w="341" w:type="dxa"/>
            <w:gridSpan w:val="2"/>
          </w:tcPr>
          <w:p w14:paraId="389DE6D0" w14:textId="77777777" w:rsidR="00FE02AA" w:rsidRPr="00271B32" w:rsidRDefault="00FE02AA" w:rsidP="00B102CB">
            <w:pPr>
              <w:spacing w:before="100" w:beforeAutospacing="1" w:after="100" w:afterAutospacing="1" w:line="280" w:lineRule="atLeast"/>
              <w:contextualSpacing/>
              <w:jc w:val="both"/>
              <w:rPr>
                <w:rFonts w:cs="Calibri"/>
                <w:sz w:val="20"/>
                <w:szCs w:val="20"/>
              </w:rPr>
            </w:pPr>
          </w:p>
        </w:tc>
        <w:tc>
          <w:tcPr>
            <w:tcW w:w="317" w:type="dxa"/>
            <w:gridSpan w:val="2"/>
          </w:tcPr>
          <w:p w14:paraId="1CAC9487" w14:textId="77777777" w:rsidR="00FE02AA" w:rsidRPr="00271B32" w:rsidRDefault="00FE02AA" w:rsidP="00B102CB">
            <w:pPr>
              <w:spacing w:before="100" w:beforeAutospacing="1" w:after="100" w:afterAutospacing="1" w:line="280" w:lineRule="atLeast"/>
              <w:contextualSpacing/>
              <w:jc w:val="both"/>
              <w:rPr>
                <w:rFonts w:cs="Calibri"/>
                <w:sz w:val="20"/>
                <w:szCs w:val="20"/>
              </w:rPr>
            </w:pPr>
          </w:p>
        </w:tc>
        <w:tc>
          <w:tcPr>
            <w:tcW w:w="1433" w:type="dxa"/>
            <w:gridSpan w:val="5"/>
          </w:tcPr>
          <w:p w14:paraId="23CAC627" w14:textId="77777777" w:rsidR="00FE02AA" w:rsidRPr="00271B32" w:rsidRDefault="00FE02AA" w:rsidP="00B102CB">
            <w:pPr>
              <w:spacing w:before="100" w:beforeAutospacing="1" w:after="100" w:afterAutospacing="1" w:line="280" w:lineRule="atLeast"/>
              <w:contextualSpacing/>
              <w:jc w:val="both"/>
              <w:rPr>
                <w:rFonts w:cs="Calibri"/>
                <w:sz w:val="20"/>
                <w:szCs w:val="20"/>
              </w:rPr>
            </w:pPr>
            <w:proofErr w:type="spellStart"/>
            <w:r w:rsidRPr="00271B32">
              <w:rPr>
                <w:rFonts w:cs="Calibri"/>
                <w:sz w:val="20"/>
                <w:szCs w:val="20"/>
              </w:rPr>
              <w:t>Öğrenci</w:t>
            </w:r>
            <w:proofErr w:type="spellEnd"/>
            <w:r w:rsidRPr="00271B32">
              <w:rPr>
                <w:rFonts w:cs="Calibri"/>
                <w:sz w:val="20"/>
                <w:szCs w:val="20"/>
              </w:rPr>
              <w:t xml:space="preserve"> No:</w:t>
            </w:r>
          </w:p>
        </w:tc>
        <w:tc>
          <w:tcPr>
            <w:tcW w:w="2380" w:type="dxa"/>
            <w:gridSpan w:val="8"/>
          </w:tcPr>
          <w:p w14:paraId="3520881B" w14:textId="77777777" w:rsidR="00FE02AA" w:rsidRPr="00271B32" w:rsidRDefault="00FE02AA" w:rsidP="00B102CB">
            <w:pPr>
              <w:spacing w:before="100" w:beforeAutospacing="1" w:after="100" w:afterAutospacing="1" w:line="280" w:lineRule="atLeast"/>
              <w:contextualSpacing/>
              <w:jc w:val="both"/>
              <w:rPr>
                <w:rFonts w:cs="Calibri"/>
                <w:sz w:val="20"/>
                <w:szCs w:val="20"/>
              </w:rPr>
            </w:pPr>
          </w:p>
        </w:tc>
      </w:tr>
      <w:tr w:rsidR="00FE02AA" w:rsidRPr="00271B32" w14:paraId="64F372D3" w14:textId="77777777" w:rsidTr="00FE02AA">
        <w:trPr>
          <w:jc w:val="center"/>
        </w:trPr>
        <w:tc>
          <w:tcPr>
            <w:tcW w:w="2090" w:type="dxa"/>
          </w:tcPr>
          <w:p w14:paraId="2453B553" w14:textId="77777777" w:rsidR="00FE02AA" w:rsidRPr="00271B32" w:rsidRDefault="00FE02AA" w:rsidP="00B102CB">
            <w:pPr>
              <w:spacing w:before="100" w:beforeAutospacing="1" w:after="100" w:afterAutospacing="1" w:line="280" w:lineRule="atLeast"/>
              <w:contextualSpacing/>
              <w:rPr>
                <w:rFonts w:cs="Calibri"/>
                <w:sz w:val="20"/>
                <w:szCs w:val="20"/>
              </w:rPr>
            </w:pPr>
            <w:r w:rsidRPr="00271B32">
              <w:rPr>
                <w:rFonts w:cs="Calibri"/>
                <w:sz w:val="20"/>
                <w:szCs w:val="20"/>
              </w:rPr>
              <w:t>IBAN No:</w:t>
            </w:r>
          </w:p>
        </w:tc>
        <w:tc>
          <w:tcPr>
            <w:tcW w:w="290" w:type="dxa"/>
          </w:tcPr>
          <w:p w14:paraId="3A5FFAF5" w14:textId="77777777" w:rsidR="00FE02AA" w:rsidRPr="00271B32" w:rsidRDefault="00FE02AA" w:rsidP="00B102CB">
            <w:pPr>
              <w:spacing w:before="100" w:beforeAutospacing="1" w:after="100" w:afterAutospacing="1" w:line="280" w:lineRule="atLeast"/>
              <w:contextualSpacing/>
              <w:jc w:val="center"/>
              <w:rPr>
                <w:rFonts w:cs="Calibri"/>
                <w:sz w:val="20"/>
                <w:szCs w:val="20"/>
              </w:rPr>
            </w:pPr>
            <w:r w:rsidRPr="00271B32">
              <w:rPr>
                <w:rFonts w:cs="Calibri"/>
                <w:sz w:val="20"/>
                <w:szCs w:val="20"/>
              </w:rPr>
              <w:t>T</w:t>
            </w:r>
          </w:p>
        </w:tc>
        <w:tc>
          <w:tcPr>
            <w:tcW w:w="290" w:type="dxa"/>
            <w:gridSpan w:val="2"/>
          </w:tcPr>
          <w:p w14:paraId="0F2B5FA0" w14:textId="77777777" w:rsidR="00FE02AA" w:rsidRPr="00271B32" w:rsidRDefault="00FE02AA" w:rsidP="00B102CB">
            <w:pPr>
              <w:spacing w:before="100" w:beforeAutospacing="1" w:after="100" w:afterAutospacing="1" w:line="280" w:lineRule="atLeast"/>
              <w:contextualSpacing/>
              <w:jc w:val="center"/>
              <w:rPr>
                <w:rFonts w:cs="Calibri"/>
                <w:sz w:val="20"/>
                <w:szCs w:val="20"/>
              </w:rPr>
            </w:pPr>
            <w:r w:rsidRPr="00271B32">
              <w:rPr>
                <w:rFonts w:cs="Calibri"/>
                <w:sz w:val="20"/>
                <w:szCs w:val="20"/>
              </w:rPr>
              <w:t>R</w:t>
            </w:r>
          </w:p>
        </w:tc>
        <w:tc>
          <w:tcPr>
            <w:tcW w:w="290" w:type="dxa"/>
            <w:gridSpan w:val="2"/>
          </w:tcPr>
          <w:p w14:paraId="0E002FB4" w14:textId="77777777" w:rsidR="00FE02AA" w:rsidRPr="00271B32" w:rsidRDefault="00FE02AA" w:rsidP="00B102CB">
            <w:pPr>
              <w:spacing w:before="100" w:beforeAutospacing="1" w:after="100" w:afterAutospacing="1" w:line="280" w:lineRule="atLeast"/>
              <w:contextualSpacing/>
              <w:jc w:val="center"/>
              <w:rPr>
                <w:rFonts w:cs="Calibri"/>
                <w:sz w:val="20"/>
                <w:szCs w:val="20"/>
              </w:rPr>
            </w:pPr>
          </w:p>
        </w:tc>
        <w:tc>
          <w:tcPr>
            <w:tcW w:w="290" w:type="dxa"/>
            <w:gridSpan w:val="2"/>
          </w:tcPr>
          <w:p w14:paraId="3832D72B" w14:textId="77777777" w:rsidR="00FE02AA" w:rsidRPr="00271B32" w:rsidRDefault="00FE02AA" w:rsidP="00B102CB">
            <w:pPr>
              <w:spacing w:before="100" w:beforeAutospacing="1" w:after="100" w:afterAutospacing="1" w:line="280" w:lineRule="atLeast"/>
              <w:contextualSpacing/>
              <w:jc w:val="center"/>
              <w:rPr>
                <w:rFonts w:cs="Calibri"/>
                <w:sz w:val="20"/>
                <w:szCs w:val="20"/>
              </w:rPr>
            </w:pPr>
          </w:p>
        </w:tc>
        <w:tc>
          <w:tcPr>
            <w:tcW w:w="290" w:type="dxa"/>
            <w:gridSpan w:val="2"/>
          </w:tcPr>
          <w:p w14:paraId="1175711A" w14:textId="77777777" w:rsidR="00FE02AA" w:rsidRPr="00271B32" w:rsidRDefault="00FE02AA" w:rsidP="00B102CB">
            <w:pPr>
              <w:spacing w:before="100" w:beforeAutospacing="1" w:after="100" w:afterAutospacing="1" w:line="280" w:lineRule="atLeast"/>
              <w:contextualSpacing/>
              <w:jc w:val="center"/>
              <w:rPr>
                <w:rFonts w:cs="Calibri"/>
                <w:sz w:val="20"/>
                <w:szCs w:val="20"/>
              </w:rPr>
            </w:pPr>
          </w:p>
        </w:tc>
        <w:tc>
          <w:tcPr>
            <w:tcW w:w="290" w:type="dxa"/>
            <w:gridSpan w:val="2"/>
          </w:tcPr>
          <w:p w14:paraId="6180BC2C" w14:textId="77777777" w:rsidR="00FE02AA" w:rsidRPr="00271B32" w:rsidRDefault="00FE02AA" w:rsidP="00B102CB">
            <w:pPr>
              <w:spacing w:before="100" w:beforeAutospacing="1" w:after="100" w:afterAutospacing="1" w:line="280" w:lineRule="atLeast"/>
              <w:contextualSpacing/>
              <w:jc w:val="center"/>
              <w:rPr>
                <w:rFonts w:cs="Calibri"/>
                <w:sz w:val="20"/>
                <w:szCs w:val="20"/>
              </w:rPr>
            </w:pPr>
          </w:p>
        </w:tc>
        <w:tc>
          <w:tcPr>
            <w:tcW w:w="291" w:type="dxa"/>
          </w:tcPr>
          <w:p w14:paraId="22BFDA00" w14:textId="77777777" w:rsidR="00FE02AA" w:rsidRPr="00271B32" w:rsidRDefault="00FE02AA" w:rsidP="00B102CB">
            <w:pPr>
              <w:spacing w:before="100" w:beforeAutospacing="1" w:after="100" w:afterAutospacing="1" w:line="280" w:lineRule="atLeast"/>
              <w:contextualSpacing/>
              <w:jc w:val="center"/>
              <w:rPr>
                <w:rFonts w:cs="Calibri"/>
                <w:sz w:val="20"/>
                <w:szCs w:val="20"/>
              </w:rPr>
            </w:pPr>
          </w:p>
        </w:tc>
        <w:tc>
          <w:tcPr>
            <w:tcW w:w="290" w:type="dxa"/>
            <w:gridSpan w:val="2"/>
          </w:tcPr>
          <w:p w14:paraId="351AE8B3" w14:textId="77777777" w:rsidR="00FE02AA" w:rsidRPr="00271B32" w:rsidRDefault="00FE02AA" w:rsidP="00B102CB">
            <w:pPr>
              <w:spacing w:before="100" w:beforeAutospacing="1" w:after="100" w:afterAutospacing="1" w:line="280" w:lineRule="atLeast"/>
              <w:contextualSpacing/>
              <w:jc w:val="center"/>
              <w:rPr>
                <w:rFonts w:cs="Calibri"/>
                <w:sz w:val="20"/>
                <w:szCs w:val="20"/>
              </w:rPr>
            </w:pPr>
          </w:p>
        </w:tc>
        <w:tc>
          <w:tcPr>
            <w:tcW w:w="290" w:type="dxa"/>
            <w:gridSpan w:val="2"/>
          </w:tcPr>
          <w:p w14:paraId="645DE56E" w14:textId="77777777" w:rsidR="00FE02AA" w:rsidRPr="00271B32" w:rsidRDefault="00FE02AA" w:rsidP="00B102CB">
            <w:pPr>
              <w:spacing w:before="100" w:beforeAutospacing="1" w:after="100" w:afterAutospacing="1" w:line="280" w:lineRule="atLeast"/>
              <w:contextualSpacing/>
              <w:jc w:val="center"/>
              <w:rPr>
                <w:rFonts w:cs="Calibri"/>
                <w:sz w:val="20"/>
                <w:szCs w:val="20"/>
              </w:rPr>
            </w:pPr>
          </w:p>
        </w:tc>
        <w:tc>
          <w:tcPr>
            <w:tcW w:w="290" w:type="dxa"/>
            <w:gridSpan w:val="2"/>
          </w:tcPr>
          <w:p w14:paraId="013794F7" w14:textId="77777777" w:rsidR="00FE02AA" w:rsidRPr="00271B32" w:rsidRDefault="00FE02AA" w:rsidP="00B102CB">
            <w:pPr>
              <w:spacing w:before="100" w:beforeAutospacing="1" w:after="100" w:afterAutospacing="1" w:line="280" w:lineRule="atLeast"/>
              <w:contextualSpacing/>
              <w:jc w:val="center"/>
              <w:rPr>
                <w:rFonts w:cs="Calibri"/>
                <w:sz w:val="20"/>
                <w:szCs w:val="20"/>
              </w:rPr>
            </w:pPr>
          </w:p>
        </w:tc>
        <w:tc>
          <w:tcPr>
            <w:tcW w:w="290" w:type="dxa"/>
            <w:gridSpan w:val="2"/>
          </w:tcPr>
          <w:p w14:paraId="4C5A7FB4" w14:textId="77777777" w:rsidR="00FE02AA" w:rsidRPr="00271B32" w:rsidRDefault="00FE02AA" w:rsidP="00B102CB">
            <w:pPr>
              <w:spacing w:before="100" w:beforeAutospacing="1" w:after="100" w:afterAutospacing="1" w:line="280" w:lineRule="atLeast"/>
              <w:contextualSpacing/>
              <w:jc w:val="center"/>
              <w:rPr>
                <w:rFonts w:cs="Calibri"/>
                <w:sz w:val="20"/>
                <w:szCs w:val="20"/>
              </w:rPr>
            </w:pPr>
          </w:p>
        </w:tc>
        <w:tc>
          <w:tcPr>
            <w:tcW w:w="290" w:type="dxa"/>
            <w:gridSpan w:val="2"/>
          </w:tcPr>
          <w:p w14:paraId="46E1EA2B" w14:textId="77777777" w:rsidR="00FE02AA" w:rsidRPr="00271B32" w:rsidRDefault="00FE02AA" w:rsidP="00B102CB">
            <w:pPr>
              <w:spacing w:before="100" w:beforeAutospacing="1" w:after="100" w:afterAutospacing="1" w:line="280" w:lineRule="atLeast"/>
              <w:contextualSpacing/>
              <w:jc w:val="center"/>
              <w:rPr>
                <w:rFonts w:cs="Calibri"/>
                <w:sz w:val="20"/>
                <w:szCs w:val="20"/>
              </w:rPr>
            </w:pPr>
          </w:p>
        </w:tc>
        <w:tc>
          <w:tcPr>
            <w:tcW w:w="250" w:type="dxa"/>
          </w:tcPr>
          <w:p w14:paraId="63E14764" w14:textId="77777777" w:rsidR="00FE02AA" w:rsidRPr="00271B32" w:rsidRDefault="00FE02AA" w:rsidP="00B102CB">
            <w:pPr>
              <w:spacing w:before="100" w:beforeAutospacing="1" w:after="100" w:afterAutospacing="1" w:line="280" w:lineRule="atLeast"/>
              <w:contextualSpacing/>
              <w:jc w:val="center"/>
              <w:rPr>
                <w:rFonts w:cs="Calibri"/>
                <w:sz w:val="20"/>
                <w:szCs w:val="20"/>
              </w:rPr>
            </w:pPr>
          </w:p>
        </w:tc>
        <w:tc>
          <w:tcPr>
            <w:tcW w:w="331" w:type="dxa"/>
          </w:tcPr>
          <w:p w14:paraId="547CA403" w14:textId="77777777" w:rsidR="00FE02AA" w:rsidRPr="00271B32" w:rsidRDefault="00FE02AA" w:rsidP="00B102CB">
            <w:pPr>
              <w:spacing w:before="100" w:beforeAutospacing="1" w:after="100" w:afterAutospacing="1" w:line="280" w:lineRule="atLeast"/>
              <w:contextualSpacing/>
              <w:jc w:val="center"/>
              <w:rPr>
                <w:rFonts w:cs="Calibri"/>
                <w:sz w:val="20"/>
                <w:szCs w:val="20"/>
              </w:rPr>
            </w:pPr>
          </w:p>
        </w:tc>
        <w:tc>
          <w:tcPr>
            <w:tcW w:w="290" w:type="dxa"/>
          </w:tcPr>
          <w:p w14:paraId="4CACFB61" w14:textId="77777777" w:rsidR="00FE02AA" w:rsidRPr="00271B32" w:rsidRDefault="00FE02AA" w:rsidP="00B102CB">
            <w:pPr>
              <w:spacing w:before="100" w:beforeAutospacing="1" w:after="100" w:afterAutospacing="1" w:line="280" w:lineRule="atLeast"/>
              <w:contextualSpacing/>
              <w:jc w:val="center"/>
              <w:rPr>
                <w:rFonts w:cs="Calibri"/>
                <w:sz w:val="20"/>
                <w:szCs w:val="20"/>
              </w:rPr>
            </w:pPr>
          </w:p>
        </w:tc>
        <w:tc>
          <w:tcPr>
            <w:tcW w:w="290" w:type="dxa"/>
          </w:tcPr>
          <w:p w14:paraId="23348E7C" w14:textId="77777777" w:rsidR="00FE02AA" w:rsidRPr="00271B32" w:rsidRDefault="00FE02AA" w:rsidP="00B102CB">
            <w:pPr>
              <w:spacing w:before="100" w:beforeAutospacing="1" w:after="100" w:afterAutospacing="1" w:line="280" w:lineRule="atLeast"/>
              <w:contextualSpacing/>
              <w:jc w:val="center"/>
              <w:rPr>
                <w:rFonts w:cs="Calibri"/>
                <w:sz w:val="20"/>
                <w:szCs w:val="20"/>
              </w:rPr>
            </w:pPr>
          </w:p>
        </w:tc>
        <w:tc>
          <w:tcPr>
            <w:tcW w:w="290" w:type="dxa"/>
          </w:tcPr>
          <w:p w14:paraId="324AE125" w14:textId="77777777" w:rsidR="00FE02AA" w:rsidRPr="00271B32" w:rsidRDefault="00FE02AA" w:rsidP="00B102CB">
            <w:pPr>
              <w:spacing w:before="100" w:beforeAutospacing="1" w:after="100" w:afterAutospacing="1" w:line="280" w:lineRule="atLeast"/>
              <w:contextualSpacing/>
              <w:jc w:val="center"/>
              <w:rPr>
                <w:rFonts w:cs="Calibri"/>
                <w:sz w:val="20"/>
                <w:szCs w:val="20"/>
              </w:rPr>
            </w:pPr>
          </w:p>
        </w:tc>
        <w:tc>
          <w:tcPr>
            <w:tcW w:w="236" w:type="dxa"/>
          </w:tcPr>
          <w:p w14:paraId="7DAC27D2" w14:textId="77777777" w:rsidR="00FE02AA" w:rsidRPr="00271B32" w:rsidRDefault="00FE02AA" w:rsidP="00B102CB">
            <w:pPr>
              <w:spacing w:before="100" w:beforeAutospacing="1" w:after="100" w:afterAutospacing="1" w:line="280" w:lineRule="atLeast"/>
              <w:contextualSpacing/>
              <w:jc w:val="center"/>
              <w:rPr>
                <w:rFonts w:cs="Calibri"/>
                <w:sz w:val="20"/>
                <w:szCs w:val="20"/>
              </w:rPr>
            </w:pPr>
          </w:p>
        </w:tc>
        <w:tc>
          <w:tcPr>
            <w:tcW w:w="344" w:type="dxa"/>
          </w:tcPr>
          <w:p w14:paraId="5080AC42" w14:textId="77777777" w:rsidR="00FE02AA" w:rsidRPr="00271B32" w:rsidRDefault="00FE02AA" w:rsidP="00B102CB">
            <w:pPr>
              <w:spacing w:before="100" w:beforeAutospacing="1" w:after="100" w:afterAutospacing="1" w:line="280" w:lineRule="atLeast"/>
              <w:contextualSpacing/>
              <w:jc w:val="center"/>
              <w:rPr>
                <w:rFonts w:cs="Calibri"/>
                <w:sz w:val="20"/>
                <w:szCs w:val="20"/>
              </w:rPr>
            </w:pPr>
          </w:p>
        </w:tc>
        <w:tc>
          <w:tcPr>
            <w:tcW w:w="291" w:type="dxa"/>
          </w:tcPr>
          <w:p w14:paraId="735D3B50" w14:textId="77777777" w:rsidR="00FE02AA" w:rsidRPr="00271B32" w:rsidRDefault="00FE02AA" w:rsidP="00B102CB">
            <w:pPr>
              <w:spacing w:before="100" w:beforeAutospacing="1" w:after="100" w:afterAutospacing="1" w:line="280" w:lineRule="atLeast"/>
              <w:contextualSpacing/>
              <w:jc w:val="center"/>
              <w:rPr>
                <w:rFonts w:cs="Calibri"/>
                <w:sz w:val="20"/>
                <w:szCs w:val="20"/>
              </w:rPr>
            </w:pPr>
          </w:p>
        </w:tc>
        <w:tc>
          <w:tcPr>
            <w:tcW w:w="290" w:type="dxa"/>
          </w:tcPr>
          <w:p w14:paraId="5AB95603" w14:textId="77777777" w:rsidR="00FE02AA" w:rsidRPr="00271B32" w:rsidRDefault="00FE02AA" w:rsidP="00B102CB">
            <w:pPr>
              <w:spacing w:before="100" w:beforeAutospacing="1" w:after="100" w:afterAutospacing="1" w:line="280" w:lineRule="atLeast"/>
              <w:contextualSpacing/>
              <w:jc w:val="center"/>
              <w:rPr>
                <w:rFonts w:cs="Calibri"/>
                <w:sz w:val="20"/>
                <w:szCs w:val="20"/>
              </w:rPr>
            </w:pPr>
          </w:p>
        </w:tc>
        <w:tc>
          <w:tcPr>
            <w:tcW w:w="290" w:type="dxa"/>
          </w:tcPr>
          <w:p w14:paraId="132584F0" w14:textId="77777777" w:rsidR="00FE02AA" w:rsidRPr="00271B32" w:rsidRDefault="00FE02AA" w:rsidP="00B102CB">
            <w:pPr>
              <w:spacing w:before="100" w:beforeAutospacing="1" w:after="100" w:afterAutospacing="1" w:line="280" w:lineRule="atLeast"/>
              <w:contextualSpacing/>
              <w:jc w:val="center"/>
              <w:rPr>
                <w:rFonts w:cs="Calibri"/>
                <w:sz w:val="20"/>
                <w:szCs w:val="20"/>
              </w:rPr>
            </w:pPr>
          </w:p>
        </w:tc>
        <w:tc>
          <w:tcPr>
            <w:tcW w:w="290" w:type="dxa"/>
          </w:tcPr>
          <w:p w14:paraId="2169A87B" w14:textId="77777777" w:rsidR="00FE02AA" w:rsidRPr="00271B32" w:rsidRDefault="00FE02AA" w:rsidP="00B102CB">
            <w:pPr>
              <w:spacing w:before="100" w:beforeAutospacing="1" w:after="100" w:afterAutospacing="1" w:line="280" w:lineRule="atLeast"/>
              <w:contextualSpacing/>
              <w:jc w:val="center"/>
              <w:rPr>
                <w:rFonts w:cs="Calibri"/>
                <w:sz w:val="20"/>
                <w:szCs w:val="20"/>
              </w:rPr>
            </w:pPr>
          </w:p>
        </w:tc>
        <w:tc>
          <w:tcPr>
            <w:tcW w:w="290" w:type="dxa"/>
          </w:tcPr>
          <w:p w14:paraId="6D71407C" w14:textId="77777777" w:rsidR="00FE02AA" w:rsidRPr="00271B32" w:rsidRDefault="00FE02AA" w:rsidP="00B102CB">
            <w:pPr>
              <w:spacing w:before="100" w:beforeAutospacing="1" w:after="100" w:afterAutospacing="1" w:line="280" w:lineRule="atLeast"/>
              <w:contextualSpacing/>
              <w:jc w:val="center"/>
              <w:rPr>
                <w:rFonts w:cs="Calibri"/>
                <w:sz w:val="20"/>
                <w:szCs w:val="20"/>
              </w:rPr>
            </w:pPr>
          </w:p>
        </w:tc>
        <w:tc>
          <w:tcPr>
            <w:tcW w:w="290" w:type="dxa"/>
          </w:tcPr>
          <w:p w14:paraId="2CC3D207" w14:textId="77777777" w:rsidR="00FE02AA" w:rsidRPr="00271B32" w:rsidRDefault="00FE02AA" w:rsidP="00B102CB">
            <w:pPr>
              <w:spacing w:before="100" w:beforeAutospacing="1" w:after="100" w:afterAutospacing="1" w:line="280" w:lineRule="atLeast"/>
              <w:contextualSpacing/>
              <w:jc w:val="center"/>
              <w:rPr>
                <w:rFonts w:cs="Calibri"/>
                <w:sz w:val="20"/>
                <w:szCs w:val="20"/>
              </w:rPr>
            </w:pPr>
          </w:p>
        </w:tc>
        <w:tc>
          <w:tcPr>
            <w:tcW w:w="291" w:type="dxa"/>
          </w:tcPr>
          <w:p w14:paraId="6F5D2F7B" w14:textId="77777777" w:rsidR="00FE02AA" w:rsidRPr="00271B32" w:rsidRDefault="00FE02AA" w:rsidP="00B102CB">
            <w:pPr>
              <w:spacing w:before="100" w:beforeAutospacing="1" w:after="100" w:afterAutospacing="1" w:line="280" w:lineRule="atLeast"/>
              <w:contextualSpacing/>
              <w:jc w:val="center"/>
              <w:rPr>
                <w:rFonts w:cs="Calibri"/>
                <w:sz w:val="20"/>
                <w:szCs w:val="20"/>
              </w:rPr>
            </w:pPr>
          </w:p>
        </w:tc>
      </w:tr>
      <w:tr w:rsidR="00FE02AA" w:rsidRPr="00271B32" w14:paraId="466F0EB3" w14:textId="77777777" w:rsidTr="00FE02AA">
        <w:trPr>
          <w:jc w:val="center"/>
        </w:trPr>
        <w:tc>
          <w:tcPr>
            <w:tcW w:w="2090" w:type="dxa"/>
          </w:tcPr>
          <w:p w14:paraId="6A88ED47" w14:textId="77777777" w:rsidR="00FE02AA" w:rsidRPr="00271B32" w:rsidRDefault="00FE02AA" w:rsidP="00B102CB">
            <w:pPr>
              <w:spacing w:before="100" w:beforeAutospacing="1" w:after="100" w:afterAutospacing="1" w:line="280" w:lineRule="atLeast"/>
              <w:contextualSpacing/>
              <w:rPr>
                <w:rFonts w:cs="Calibri"/>
                <w:sz w:val="20"/>
                <w:szCs w:val="20"/>
              </w:rPr>
            </w:pPr>
            <w:r w:rsidRPr="00271B32">
              <w:rPr>
                <w:rFonts w:cs="Calibri"/>
                <w:sz w:val="20"/>
                <w:szCs w:val="20"/>
              </w:rPr>
              <w:t>E-</w:t>
            </w:r>
            <w:proofErr w:type="spellStart"/>
            <w:r w:rsidRPr="00271B32">
              <w:rPr>
                <w:rFonts w:cs="Calibri"/>
                <w:sz w:val="20"/>
                <w:szCs w:val="20"/>
              </w:rPr>
              <w:t>posta</w:t>
            </w:r>
            <w:proofErr w:type="spellEnd"/>
            <w:r w:rsidRPr="00271B32">
              <w:rPr>
                <w:rFonts w:cs="Calibri"/>
                <w:sz w:val="20"/>
                <w:szCs w:val="20"/>
              </w:rPr>
              <w:t xml:space="preserve"> </w:t>
            </w:r>
            <w:proofErr w:type="spellStart"/>
            <w:r w:rsidRPr="00271B32">
              <w:rPr>
                <w:rFonts w:cs="Calibri"/>
                <w:sz w:val="20"/>
                <w:szCs w:val="20"/>
              </w:rPr>
              <w:t>Adresi</w:t>
            </w:r>
            <w:proofErr w:type="spellEnd"/>
            <w:r w:rsidRPr="00271B32">
              <w:rPr>
                <w:rFonts w:cs="Calibri"/>
                <w:sz w:val="20"/>
                <w:szCs w:val="20"/>
              </w:rPr>
              <w:t xml:space="preserve"> (</w:t>
            </w:r>
            <w:proofErr w:type="spellStart"/>
            <w:r w:rsidRPr="00271B32">
              <w:rPr>
                <w:rFonts w:cs="Calibri"/>
                <w:sz w:val="20"/>
                <w:szCs w:val="20"/>
              </w:rPr>
              <w:t>Aktif</w:t>
            </w:r>
            <w:proofErr w:type="spellEnd"/>
            <w:r w:rsidRPr="00271B32">
              <w:rPr>
                <w:rFonts w:cs="Calibri"/>
                <w:sz w:val="20"/>
                <w:szCs w:val="20"/>
              </w:rPr>
              <w:t>):</w:t>
            </w:r>
          </w:p>
        </w:tc>
        <w:tc>
          <w:tcPr>
            <w:tcW w:w="3731" w:type="dxa"/>
            <w:gridSpan w:val="23"/>
          </w:tcPr>
          <w:p w14:paraId="2203BAD3" w14:textId="77777777" w:rsidR="00FE02AA" w:rsidRPr="00271B32" w:rsidRDefault="00FE02AA" w:rsidP="00B102CB">
            <w:pPr>
              <w:spacing w:before="100" w:beforeAutospacing="1" w:after="100" w:afterAutospacing="1" w:line="280" w:lineRule="atLeast"/>
              <w:contextualSpacing/>
              <w:jc w:val="center"/>
              <w:rPr>
                <w:rFonts w:cs="Calibri"/>
                <w:sz w:val="20"/>
                <w:szCs w:val="20"/>
              </w:rPr>
            </w:pPr>
          </w:p>
        </w:tc>
        <w:tc>
          <w:tcPr>
            <w:tcW w:w="1433" w:type="dxa"/>
            <w:gridSpan w:val="5"/>
          </w:tcPr>
          <w:p w14:paraId="0422F810" w14:textId="77777777" w:rsidR="00FE02AA" w:rsidRPr="00271B32" w:rsidRDefault="00FE02AA" w:rsidP="00B102CB">
            <w:pPr>
              <w:spacing w:before="100" w:beforeAutospacing="1" w:after="100" w:afterAutospacing="1" w:line="280" w:lineRule="atLeast"/>
              <w:contextualSpacing/>
              <w:jc w:val="both"/>
              <w:rPr>
                <w:rFonts w:cs="Calibri"/>
                <w:sz w:val="20"/>
                <w:szCs w:val="20"/>
              </w:rPr>
            </w:pPr>
            <w:r w:rsidRPr="00271B32">
              <w:rPr>
                <w:rFonts w:cs="Calibri"/>
                <w:sz w:val="20"/>
                <w:szCs w:val="20"/>
              </w:rPr>
              <w:t>Tel. No (GSM):</w:t>
            </w:r>
          </w:p>
        </w:tc>
        <w:tc>
          <w:tcPr>
            <w:tcW w:w="2380" w:type="dxa"/>
            <w:gridSpan w:val="8"/>
          </w:tcPr>
          <w:p w14:paraId="4C933542" w14:textId="77777777" w:rsidR="00FE02AA" w:rsidRPr="00271B32" w:rsidRDefault="00FE02AA" w:rsidP="00B102CB">
            <w:pPr>
              <w:spacing w:before="100" w:beforeAutospacing="1" w:after="100" w:afterAutospacing="1" w:line="280" w:lineRule="atLeast"/>
              <w:contextualSpacing/>
              <w:jc w:val="center"/>
              <w:rPr>
                <w:rFonts w:cs="Calibri"/>
                <w:sz w:val="20"/>
                <w:szCs w:val="20"/>
              </w:rPr>
            </w:pPr>
            <w:r w:rsidRPr="00271B32">
              <w:rPr>
                <w:rFonts w:cs="Calibri"/>
                <w:sz w:val="20"/>
                <w:szCs w:val="20"/>
              </w:rPr>
              <w:t>0 …</w:t>
            </w:r>
            <w:proofErr w:type="gramStart"/>
            <w:r w:rsidRPr="00271B32">
              <w:rPr>
                <w:rFonts w:cs="Calibri"/>
                <w:sz w:val="20"/>
                <w:szCs w:val="20"/>
              </w:rPr>
              <w:t>…..</w:t>
            </w:r>
            <w:proofErr w:type="gramEnd"/>
            <w:r w:rsidRPr="00271B32">
              <w:rPr>
                <w:rFonts w:cs="Calibri"/>
                <w:sz w:val="20"/>
                <w:szCs w:val="20"/>
              </w:rPr>
              <w:t xml:space="preserve">  ……..…………..…..</w:t>
            </w:r>
          </w:p>
        </w:tc>
      </w:tr>
      <w:tr w:rsidR="00FE02AA" w:rsidRPr="00271B32" w14:paraId="4CFCC0BC" w14:textId="77777777" w:rsidTr="00B102CB">
        <w:trPr>
          <w:jc w:val="center"/>
        </w:trPr>
        <w:tc>
          <w:tcPr>
            <w:tcW w:w="2090" w:type="dxa"/>
          </w:tcPr>
          <w:p w14:paraId="2D93CE2F" w14:textId="77777777" w:rsidR="00FE02AA" w:rsidRPr="00271B32" w:rsidRDefault="00FE02AA" w:rsidP="00B102CB">
            <w:pPr>
              <w:spacing w:before="100" w:beforeAutospacing="1" w:after="100" w:afterAutospacing="1" w:line="280" w:lineRule="atLeast"/>
              <w:contextualSpacing/>
              <w:rPr>
                <w:rFonts w:cs="Calibri"/>
                <w:sz w:val="20"/>
                <w:szCs w:val="20"/>
              </w:rPr>
            </w:pPr>
            <w:proofErr w:type="spellStart"/>
            <w:r w:rsidRPr="00271B32">
              <w:rPr>
                <w:rFonts w:cs="Calibri"/>
                <w:sz w:val="20"/>
                <w:szCs w:val="20"/>
              </w:rPr>
              <w:t>Sigorta</w:t>
            </w:r>
            <w:proofErr w:type="spellEnd"/>
            <w:r w:rsidRPr="00271B32">
              <w:rPr>
                <w:rFonts w:cs="Calibri"/>
                <w:sz w:val="20"/>
                <w:szCs w:val="20"/>
              </w:rPr>
              <w:t xml:space="preserve"> </w:t>
            </w:r>
            <w:proofErr w:type="spellStart"/>
            <w:r w:rsidRPr="00271B32">
              <w:rPr>
                <w:rFonts w:cs="Calibri"/>
                <w:sz w:val="20"/>
                <w:szCs w:val="20"/>
              </w:rPr>
              <w:t>Beyanı</w:t>
            </w:r>
            <w:proofErr w:type="spellEnd"/>
            <w:r w:rsidRPr="00271B32">
              <w:rPr>
                <w:rFonts w:cs="Calibri"/>
                <w:sz w:val="20"/>
                <w:szCs w:val="20"/>
              </w:rPr>
              <w:t>:</w:t>
            </w:r>
          </w:p>
        </w:tc>
        <w:tc>
          <w:tcPr>
            <w:tcW w:w="7544" w:type="dxa"/>
            <w:gridSpan w:val="36"/>
          </w:tcPr>
          <w:p w14:paraId="1A599CCB" w14:textId="77777777" w:rsidR="00FE02AA" w:rsidRPr="00271B32" w:rsidRDefault="00FE02AA" w:rsidP="00B102CB">
            <w:pPr>
              <w:pStyle w:val="Default"/>
              <w:rPr>
                <w:rFonts w:ascii="Calibri" w:hAnsi="Calibri" w:cs="Calibri"/>
                <w:sz w:val="20"/>
                <w:szCs w:val="20"/>
              </w:rPr>
            </w:pPr>
            <w:r w:rsidRPr="00271B32">
              <w:rPr>
                <w:rFonts w:ascii="Calibri" w:hAnsi="Calibri" w:cs="Calibri"/>
                <w:b/>
                <w:sz w:val="20"/>
                <w:szCs w:val="20"/>
              </w:rPr>
              <w:sym w:font="Symbol" w:char="F07F"/>
            </w:r>
            <w:r w:rsidRPr="00271B32">
              <w:rPr>
                <w:rFonts w:ascii="Calibri" w:hAnsi="Calibri" w:cs="Calibri"/>
                <w:b/>
                <w:sz w:val="20"/>
                <w:szCs w:val="20"/>
              </w:rPr>
              <w:t xml:space="preserve"> Herhangi bir sosyal güvencem yoktur.</w:t>
            </w:r>
          </w:p>
          <w:p w14:paraId="7AE0E8AA" w14:textId="77777777" w:rsidR="00FE02AA" w:rsidRPr="00271B32" w:rsidRDefault="00FE02AA" w:rsidP="00B102CB">
            <w:pPr>
              <w:pStyle w:val="Default"/>
              <w:rPr>
                <w:rFonts w:ascii="Calibri" w:hAnsi="Calibri" w:cs="Calibri"/>
                <w:sz w:val="20"/>
                <w:szCs w:val="20"/>
              </w:rPr>
            </w:pPr>
            <w:r w:rsidRPr="00271B32">
              <w:rPr>
                <w:rFonts w:ascii="Calibri" w:hAnsi="Calibri" w:cs="Calibri"/>
                <w:b/>
                <w:sz w:val="20"/>
                <w:szCs w:val="20"/>
              </w:rPr>
              <w:sym w:font="Symbol" w:char="F07F"/>
            </w:r>
            <w:r w:rsidRPr="00271B32">
              <w:rPr>
                <w:rFonts w:ascii="Calibri" w:hAnsi="Calibri" w:cs="Calibri"/>
                <w:b/>
                <w:sz w:val="20"/>
                <w:szCs w:val="20"/>
              </w:rPr>
              <w:t xml:space="preserve"> Pasif Sigortalı</w:t>
            </w:r>
            <w:r w:rsidRPr="00271B32">
              <w:rPr>
                <w:rFonts w:ascii="Calibri" w:hAnsi="Calibri" w:cs="Calibri"/>
                <w:sz w:val="20"/>
                <w:szCs w:val="20"/>
              </w:rPr>
              <w:t xml:space="preserve"> (Ailem üzerinden sağlık sigortam var.)</w:t>
            </w:r>
          </w:p>
          <w:p w14:paraId="214AC88E" w14:textId="77777777" w:rsidR="00FE02AA" w:rsidRPr="00271B32" w:rsidRDefault="00FE02AA" w:rsidP="00B102CB">
            <w:pPr>
              <w:pStyle w:val="Default"/>
              <w:rPr>
                <w:rFonts w:ascii="Calibri" w:hAnsi="Calibri" w:cs="Calibri"/>
              </w:rPr>
            </w:pPr>
            <w:r w:rsidRPr="00271B32">
              <w:rPr>
                <w:rFonts w:ascii="Calibri" w:hAnsi="Calibri" w:cs="Calibri"/>
                <w:b/>
                <w:sz w:val="20"/>
                <w:szCs w:val="20"/>
              </w:rPr>
              <w:sym w:font="Symbol" w:char="F07F"/>
            </w:r>
            <w:r w:rsidRPr="00271B32">
              <w:rPr>
                <w:rFonts w:ascii="Calibri" w:hAnsi="Calibri" w:cs="Calibri"/>
                <w:b/>
                <w:sz w:val="20"/>
                <w:szCs w:val="20"/>
              </w:rPr>
              <w:t xml:space="preserve"> Aktif Sigortalı</w:t>
            </w:r>
            <w:r w:rsidRPr="00271B32">
              <w:rPr>
                <w:rFonts w:ascii="Calibri" w:hAnsi="Calibri" w:cs="Calibri"/>
                <w:sz w:val="20"/>
                <w:szCs w:val="20"/>
              </w:rPr>
              <w:t xml:space="preserve"> (SGK’ ya tabi olarak çalıştığımdan kendi sağlık sigortam var).</w:t>
            </w:r>
            <w:r w:rsidRPr="00271B32">
              <w:rPr>
                <w:rFonts w:ascii="Calibri" w:hAnsi="Calibri" w:cs="Calibri"/>
              </w:rPr>
              <w:t xml:space="preserve"> </w:t>
            </w:r>
          </w:p>
        </w:tc>
      </w:tr>
    </w:tbl>
    <w:p w14:paraId="177ABB46" w14:textId="77777777" w:rsidR="00FE02AA" w:rsidRPr="00271B32" w:rsidRDefault="00FE02AA" w:rsidP="00FE02AA">
      <w:pPr>
        <w:spacing w:before="100" w:beforeAutospacing="1" w:after="100" w:afterAutospacing="1" w:line="280" w:lineRule="atLeast"/>
        <w:ind w:firstLine="426"/>
        <w:contextualSpacing/>
        <w:jc w:val="both"/>
        <w:rPr>
          <w:rFonts w:cs="Calibri"/>
          <w:b/>
          <w:sz w:val="20"/>
          <w:szCs w:val="20"/>
        </w:rPr>
      </w:pPr>
    </w:p>
    <w:p w14:paraId="5A6F3123" w14:textId="77777777" w:rsidR="00FE02AA" w:rsidRPr="00271B32" w:rsidRDefault="00FE02AA" w:rsidP="00FE02AA">
      <w:pPr>
        <w:spacing w:before="100" w:beforeAutospacing="1" w:after="100" w:afterAutospacing="1" w:line="280" w:lineRule="atLeast"/>
        <w:ind w:firstLine="426"/>
        <w:contextualSpacing/>
        <w:jc w:val="both"/>
        <w:rPr>
          <w:rFonts w:cs="Calibri"/>
          <w:b/>
          <w:sz w:val="20"/>
          <w:szCs w:val="20"/>
        </w:rPr>
      </w:pPr>
      <w:r w:rsidRPr="00271B32">
        <w:rPr>
          <w:rFonts w:cs="Calibri"/>
          <w:b/>
          <w:sz w:val="20"/>
          <w:szCs w:val="20"/>
        </w:rPr>
        <w:t>İŞ</w:t>
      </w:r>
      <w:r>
        <w:rPr>
          <w:rFonts w:cs="Calibri"/>
          <w:b/>
          <w:sz w:val="20"/>
          <w:szCs w:val="20"/>
        </w:rPr>
        <w:t>LETME</w:t>
      </w:r>
      <w:r w:rsidRPr="00271B32">
        <w:rPr>
          <w:rFonts w:cs="Calibri"/>
          <w:b/>
          <w:sz w:val="20"/>
          <w:szCs w:val="20"/>
        </w:rPr>
        <w:t xml:space="preserve"> EĞİTİMİNİN:</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7"/>
        <w:gridCol w:w="1700"/>
        <w:gridCol w:w="1519"/>
        <w:gridCol w:w="1678"/>
        <w:gridCol w:w="946"/>
        <w:gridCol w:w="1984"/>
      </w:tblGrid>
      <w:tr w:rsidR="00FE02AA" w:rsidRPr="00271B32" w14:paraId="229C971F" w14:textId="77777777" w:rsidTr="00B102CB">
        <w:trPr>
          <w:jc w:val="center"/>
        </w:trPr>
        <w:tc>
          <w:tcPr>
            <w:tcW w:w="1807" w:type="dxa"/>
          </w:tcPr>
          <w:p w14:paraId="76BCFB35" w14:textId="77777777" w:rsidR="00FE02AA" w:rsidRPr="00271B32" w:rsidRDefault="00FE02AA" w:rsidP="00B102CB">
            <w:pPr>
              <w:spacing w:before="100" w:beforeAutospacing="1" w:after="100" w:afterAutospacing="1" w:line="280" w:lineRule="atLeast"/>
              <w:contextualSpacing/>
              <w:jc w:val="both"/>
              <w:rPr>
                <w:rFonts w:cs="Calibri"/>
                <w:sz w:val="20"/>
                <w:szCs w:val="20"/>
              </w:rPr>
            </w:pPr>
            <w:proofErr w:type="spellStart"/>
            <w:r w:rsidRPr="00271B32">
              <w:rPr>
                <w:rFonts w:cs="Calibri"/>
                <w:sz w:val="20"/>
                <w:szCs w:val="20"/>
              </w:rPr>
              <w:t>Başlama</w:t>
            </w:r>
            <w:proofErr w:type="spellEnd"/>
            <w:r w:rsidRPr="00271B32">
              <w:rPr>
                <w:rFonts w:cs="Calibri"/>
                <w:sz w:val="20"/>
                <w:szCs w:val="20"/>
              </w:rPr>
              <w:t xml:space="preserve"> Tarihi:</w:t>
            </w:r>
          </w:p>
        </w:tc>
        <w:tc>
          <w:tcPr>
            <w:tcW w:w="1700" w:type="dxa"/>
          </w:tcPr>
          <w:p w14:paraId="4AFE04E2" w14:textId="16B8026F" w:rsidR="00FE02AA" w:rsidRPr="00271B32" w:rsidRDefault="00FE02AA" w:rsidP="00B102CB">
            <w:pPr>
              <w:spacing w:before="100" w:beforeAutospacing="1" w:after="100" w:afterAutospacing="1" w:line="280" w:lineRule="atLeast"/>
              <w:contextualSpacing/>
              <w:jc w:val="both"/>
              <w:rPr>
                <w:rFonts w:cs="Calibri"/>
                <w:sz w:val="20"/>
                <w:szCs w:val="20"/>
              </w:rPr>
            </w:pPr>
            <w:r w:rsidRPr="00271B32">
              <w:rPr>
                <w:rFonts w:cs="Calibri"/>
                <w:sz w:val="20"/>
                <w:szCs w:val="20"/>
              </w:rPr>
              <w:t>.…...</w:t>
            </w:r>
            <w:proofErr w:type="gramStart"/>
            <w:r w:rsidRPr="00271B32">
              <w:rPr>
                <w:rFonts w:cs="Calibri"/>
                <w:sz w:val="20"/>
                <w:szCs w:val="20"/>
              </w:rPr>
              <w:t>/..…./</w:t>
            </w:r>
            <w:proofErr w:type="gramEnd"/>
            <w:r w:rsidRPr="00271B32">
              <w:rPr>
                <w:rFonts w:cs="Calibri"/>
                <w:sz w:val="20"/>
                <w:szCs w:val="20"/>
              </w:rPr>
              <w:t>20</w:t>
            </w:r>
            <w:proofErr w:type="gramStart"/>
            <w:r w:rsidRPr="00271B32">
              <w:rPr>
                <w:rFonts w:cs="Calibri"/>
                <w:sz w:val="20"/>
                <w:szCs w:val="20"/>
              </w:rPr>
              <w:t>…..</w:t>
            </w:r>
            <w:proofErr w:type="gramEnd"/>
          </w:p>
        </w:tc>
        <w:tc>
          <w:tcPr>
            <w:tcW w:w="1519" w:type="dxa"/>
          </w:tcPr>
          <w:p w14:paraId="0E0E29D9" w14:textId="77777777" w:rsidR="00FE02AA" w:rsidRPr="00271B32" w:rsidRDefault="00FE02AA" w:rsidP="00B102CB">
            <w:pPr>
              <w:spacing w:before="100" w:beforeAutospacing="1" w:after="100" w:afterAutospacing="1" w:line="280" w:lineRule="atLeast"/>
              <w:contextualSpacing/>
              <w:jc w:val="both"/>
              <w:rPr>
                <w:rFonts w:cs="Calibri"/>
                <w:sz w:val="20"/>
                <w:szCs w:val="20"/>
              </w:rPr>
            </w:pPr>
            <w:proofErr w:type="spellStart"/>
            <w:r w:rsidRPr="00271B32">
              <w:rPr>
                <w:rFonts w:cs="Calibri"/>
                <w:sz w:val="20"/>
                <w:szCs w:val="20"/>
              </w:rPr>
              <w:t>Bitiş</w:t>
            </w:r>
            <w:proofErr w:type="spellEnd"/>
            <w:r w:rsidRPr="00271B32">
              <w:rPr>
                <w:rFonts w:cs="Calibri"/>
                <w:sz w:val="20"/>
                <w:szCs w:val="20"/>
              </w:rPr>
              <w:t xml:space="preserve"> </w:t>
            </w:r>
            <w:proofErr w:type="spellStart"/>
            <w:r w:rsidRPr="00271B32">
              <w:rPr>
                <w:rFonts w:cs="Calibri"/>
                <w:sz w:val="20"/>
                <w:szCs w:val="20"/>
              </w:rPr>
              <w:t>Tarihi</w:t>
            </w:r>
            <w:proofErr w:type="spellEnd"/>
            <w:r w:rsidRPr="00271B32">
              <w:rPr>
                <w:rFonts w:cs="Calibri"/>
                <w:sz w:val="20"/>
                <w:szCs w:val="20"/>
              </w:rPr>
              <w:t>:</w:t>
            </w:r>
          </w:p>
        </w:tc>
        <w:tc>
          <w:tcPr>
            <w:tcW w:w="1678" w:type="dxa"/>
          </w:tcPr>
          <w:p w14:paraId="506811D8" w14:textId="2C42169F" w:rsidR="00FE02AA" w:rsidRPr="00271B32" w:rsidRDefault="00FE02AA" w:rsidP="00B102CB">
            <w:pPr>
              <w:spacing w:before="100" w:beforeAutospacing="1" w:after="100" w:afterAutospacing="1" w:line="280" w:lineRule="atLeast"/>
              <w:contextualSpacing/>
              <w:jc w:val="both"/>
              <w:rPr>
                <w:rFonts w:cs="Calibri"/>
                <w:sz w:val="20"/>
                <w:szCs w:val="20"/>
              </w:rPr>
            </w:pPr>
            <w:r w:rsidRPr="00271B32">
              <w:rPr>
                <w:rFonts w:cs="Calibri"/>
                <w:sz w:val="20"/>
                <w:szCs w:val="20"/>
              </w:rPr>
              <w:t>…</w:t>
            </w:r>
            <w:proofErr w:type="gramStart"/>
            <w:r w:rsidRPr="00271B32">
              <w:rPr>
                <w:rFonts w:cs="Calibri"/>
                <w:sz w:val="20"/>
                <w:szCs w:val="20"/>
              </w:rPr>
              <w:t>..../</w:t>
            </w:r>
            <w:proofErr w:type="gramEnd"/>
            <w:r w:rsidRPr="00271B32">
              <w:rPr>
                <w:rFonts w:cs="Calibri"/>
                <w:sz w:val="20"/>
                <w:szCs w:val="20"/>
              </w:rPr>
              <w:t>……/20….</w:t>
            </w:r>
          </w:p>
        </w:tc>
        <w:tc>
          <w:tcPr>
            <w:tcW w:w="946" w:type="dxa"/>
          </w:tcPr>
          <w:p w14:paraId="43816528" w14:textId="77777777" w:rsidR="00FE02AA" w:rsidRPr="00271B32" w:rsidRDefault="00FE02AA" w:rsidP="00B102CB">
            <w:pPr>
              <w:spacing w:before="100" w:beforeAutospacing="1" w:after="100" w:afterAutospacing="1" w:line="280" w:lineRule="atLeast"/>
              <w:contextualSpacing/>
              <w:jc w:val="both"/>
              <w:rPr>
                <w:rFonts w:cs="Calibri"/>
                <w:sz w:val="20"/>
                <w:szCs w:val="20"/>
              </w:rPr>
            </w:pPr>
            <w:proofErr w:type="spellStart"/>
            <w:r w:rsidRPr="00271B32">
              <w:rPr>
                <w:rFonts w:cs="Calibri"/>
                <w:sz w:val="20"/>
                <w:szCs w:val="20"/>
              </w:rPr>
              <w:t>Süresi</w:t>
            </w:r>
            <w:proofErr w:type="spellEnd"/>
            <w:r w:rsidRPr="00271B32">
              <w:rPr>
                <w:rFonts w:cs="Calibri"/>
                <w:sz w:val="20"/>
                <w:szCs w:val="20"/>
              </w:rPr>
              <w:t>:</w:t>
            </w:r>
          </w:p>
        </w:tc>
        <w:tc>
          <w:tcPr>
            <w:tcW w:w="1984" w:type="dxa"/>
          </w:tcPr>
          <w:p w14:paraId="561299A1" w14:textId="77777777" w:rsidR="00FE02AA" w:rsidRPr="00271B32" w:rsidRDefault="00FE02AA" w:rsidP="00B102CB">
            <w:pPr>
              <w:spacing w:before="100" w:beforeAutospacing="1" w:after="100" w:afterAutospacing="1" w:line="280" w:lineRule="atLeast"/>
              <w:contextualSpacing/>
              <w:jc w:val="both"/>
              <w:rPr>
                <w:rFonts w:cs="Calibri"/>
                <w:sz w:val="20"/>
                <w:szCs w:val="20"/>
              </w:rPr>
            </w:pPr>
            <w:r w:rsidRPr="00271B32">
              <w:rPr>
                <w:rFonts w:cs="Calibri"/>
                <w:sz w:val="20"/>
                <w:szCs w:val="20"/>
              </w:rPr>
              <w:t xml:space="preserve">………… </w:t>
            </w:r>
            <w:proofErr w:type="spellStart"/>
            <w:r w:rsidRPr="00271B32">
              <w:rPr>
                <w:rFonts w:cs="Calibri"/>
                <w:sz w:val="20"/>
                <w:szCs w:val="20"/>
              </w:rPr>
              <w:t>İş</w:t>
            </w:r>
            <w:proofErr w:type="spellEnd"/>
            <w:r w:rsidRPr="00271B32">
              <w:rPr>
                <w:rFonts w:cs="Calibri"/>
                <w:sz w:val="20"/>
                <w:szCs w:val="20"/>
              </w:rPr>
              <w:t xml:space="preserve"> </w:t>
            </w:r>
            <w:proofErr w:type="spellStart"/>
            <w:r w:rsidRPr="00271B32">
              <w:rPr>
                <w:rFonts w:cs="Calibri"/>
                <w:sz w:val="20"/>
                <w:szCs w:val="20"/>
              </w:rPr>
              <w:t>Günü</w:t>
            </w:r>
            <w:proofErr w:type="spellEnd"/>
          </w:p>
        </w:tc>
      </w:tr>
    </w:tbl>
    <w:p w14:paraId="6C5E4DBC" w14:textId="77777777" w:rsidR="00FE02AA" w:rsidRPr="00271B32" w:rsidRDefault="00FE02AA" w:rsidP="00FE02AA">
      <w:pPr>
        <w:spacing w:after="0" w:line="240" w:lineRule="auto"/>
        <w:jc w:val="both"/>
        <w:rPr>
          <w:rFonts w:cs="Calibri"/>
          <w:b/>
          <w:sz w:val="20"/>
          <w:szCs w:val="20"/>
          <w:u w:val="single"/>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4"/>
        <w:gridCol w:w="5075"/>
      </w:tblGrid>
      <w:tr w:rsidR="00FE02AA" w:rsidRPr="00271B32" w14:paraId="05AA7C9A" w14:textId="77777777" w:rsidTr="00B102CB">
        <w:trPr>
          <w:trHeight w:val="670"/>
        </w:trPr>
        <w:tc>
          <w:tcPr>
            <w:tcW w:w="4564" w:type="dxa"/>
          </w:tcPr>
          <w:p w14:paraId="78D91E74" w14:textId="77777777" w:rsidR="00FE02AA" w:rsidRPr="00271B32" w:rsidRDefault="00FE02AA" w:rsidP="00B102CB">
            <w:pPr>
              <w:spacing w:after="0" w:line="240" w:lineRule="auto"/>
              <w:jc w:val="both"/>
              <w:rPr>
                <w:rFonts w:cs="Calibri"/>
                <w:b/>
                <w:sz w:val="20"/>
                <w:szCs w:val="20"/>
                <w:u w:val="single"/>
              </w:rPr>
            </w:pPr>
            <w:proofErr w:type="spellStart"/>
            <w:r w:rsidRPr="00271B32">
              <w:rPr>
                <w:rFonts w:cs="Calibri"/>
                <w:sz w:val="20"/>
                <w:szCs w:val="20"/>
              </w:rPr>
              <w:t>İş</w:t>
            </w:r>
            <w:r>
              <w:rPr>
                <w:rFonts w:cs="Calibri"/>
                <w:sz w:val="20"/>
                <w:szCs w:val="20"/>
              </w:rPr>
              <w:t>letmede</w:t>
            </w:r>
            <w:proofErr w:type="spellEnd"/>
            <w:r>
              <w:rPr>
                <w:rFonts w:cs="Calibri"/>
                <w:sz w:val="20"/>
                <w:szCs w:val="20"/>
              </w:rPr>
              <w:t xml:space="preserve"> </w:t>
            </w:r>
            <w:proofErr w:type="spellStart"/>
            <w:r>
              <w:rPr>
                <w:rFonts w:cs="Calibri"/>
                <w:sz w:val="20"/>
                <w:szCs w:val="20"/>
              </w:rPr>
              <w:t>Mesleki</w:t>
            </w:r>
            <w:proofErr w:type="spellEnd"/>
            <w:r>
              <w:rPr>
                <w:rFonts w:cs="Calibri"/>
                <w:sz w:val="20"/>
                <w:szCs w:val="20"/>
              </w:rPr>
              <w:t xml:space="preserve"> </w:t>
            </w:r>
            <w:proofErr w:type="spellStart"/>
            <w:r>
              <w:rPr>
                <w:rFonts w:cs="Calibri"/>
                <w:sz w:val="20"/>
                <w:szCs w:val="20"/>
              </w:rPr>
              <w:t>Eğitimin</w:t>
            </w:r>
            <w:proofErr w:type="spellEnd"/>
            <w:r w:rsidRPr="00271B32">
              <w:rPr>
                <w:rFonts w:cs="Calibri"/>
                <w:sz w:val="20"/>
                <w:szCs w:val="20"/>
              </w:rPr>
              <w:t xml:space="preserve"> </w:t>
            </w:r>
            <w:proofErr w:type="spellStart"/>
            <w:r w:rsidRPr="00271B32">
              <w:rPr>
                <w:rFonts w:cs="Calibri"/>
                <w:sz w:val="20"/>
                <w:szCs w:val="20"/>
              </w:rPr>
              <w:t>Yapılacağı</w:t>
            </w:r>
            <w:proofErr w:type="spellEnd"/>
            <w:r w:rsidRPr="00271B32">
              <w:rPr>
                <w:rFonts w:cs="Calibri"/>
                <w:sz w:val="20"/>
                <w:szCs w:val="20"/>
              </w:rPr>
              <w:t xml:space="preserve"> </w:t>
            </w:r>
            <w:proofErr w:type="spellStart"/>
            <w:r w:rsidRPr="00271B32">
              <w:rPr>
                <w:rFonts w:cs="Calibri"/>
                <w:sz w:val="20"/>
                <w:szCs w:val="20"/>
              </w:rPr>
              <w:t>Kurum</w:t>
            </w:r>
            <w:proofErr w:type="spellEnd"/>
            <w:r w:rsidRPr="00271B32">
              <w:rPr>
                <w:rFonts w:cs="Calibri"/>
                <w:sz w:val="20"/>
                <w:szCs w:val="20"/>
              </w:rPr>
              <w:t>/</w:t>
            </w:r>
            <w:proofErr w:type="spellStart"/>
            <w:r w:rsidRPr="00271B32">
              <w:rPr>
                <w:rFonts w:cs="Calibri"/>
                <w:sz w:val="20"/>
                <w:szCs w:val="20"/>
              </w:rPr>
              <w:t>İşletme</w:t>
            </w:r>
            <w:proofErr w:type="spellEnd"/>
            <w:r w:rsidRPr="00271B32">
              <w:rPr>
                <w:rFonts w:cs="Calibri"/>
                <w:sz w:val="20"/>
                <w:szCs w:val="20"/>
              </w:rPr>
              <w:t xml:space="preserve"> </w:t>
            </w:r>
            <w:proofErr w:type="spellStart"/>
            <w:r w:rsidRPr="00271B32">
              <w:rPr>
                <w:rFonts w:cs="Calibri"/>
                <w:sz w:val="20"/>
                <w:szCs w:val="20"/>
              </w:rPr>
              <w:t>Adı</w:t>
            </w:r>
            <w:proofErr w:type="spellEnd"/>
            <w:r w:rsidRPr="00271B32">
              <w:rPr>
                <w:rFonts w:cs="Calibri"/>
                <w:sz w:val="20"/>
                <w:szCs w:val="20"/>
              </w:rPr>
              <w:t>:</w:t>
            </w:r>
          </w:p>
        </w:tc>
        <w:tc>
          <w:tcPr>
            <w:tcW w:w="5075" w:type="dxa"/>
          </w:tcPr>
          <w:p w14:paraId="3C723D67" w14:textId="77777777" w:rsidR="00FE02AA" w:rsidRPr="00271B32" w:rsidRDefault="00FE02AA" w:rsidP="00B102CB">
            <w:pPr>
              <w:spacing w:after="0" w:line="240" w:lineRule="auto"/>
              <w:jc w:val="both"/>
              <w:rPr>
                <w:rFonts w:cs="Calibri"/>
                <w:b/>
                <w:sz w:val="20"/>
                <w:szCs w:val="20"/>
                <w:u w:val="single"/>
              </w:rPr>
            </w:pPr>
          </w:p>
        </w:tc>
      </w:tr>
      <w:tr w:rsidR="00FE02AA" w:rsidRPr="00271B32" w14:paraId="006B1D60" w14:textId="77777777" w:rsidTr="00B102CB">
        <w:tc>
          <w:tcPr>
            <w:tcW w:w="4564" w:type="dxa"/>
          </w:tcPr>
          <w:p w14:paraId="787ACDCC" w14:textId="77777777" w:rsidR="00FE02AA" w:rsidRPr="00271B32" w:rsidRDefault="00FE02AA" w:rsidP="00B102CB">
            <w:pPr>
              <w:spacing w:before="100" w:beforeAutospacing="1" w:after="100" w:afterAutospacing="1" w:line="280" w:lineRule="atLeast"/>
              <w:contextualSpacing/>
              <w:rPr>
                <w:rFonts w:cs="Calibri"/>
                <w:sz w:val="20"/>
                <w:szCs w:val="20"/>
              </w:rPr>
            </w:pPr>
            <w:proofErr w:type="spellStart"/>
            <w:r w:rsidRPr="00271B32">
              <w:rPr>
                <w:rFonts w:cs="Calibri"/>
                <w:sz w:val="20"/>
                <w:szCs w:val="20"/>
              </w:rPr>
              <w:t>Kurum</w:t>
            </w:r>
            <w:proofErr w:type="spellEnd"/>
            <w:r w:rsidRPr="00271B32">
              <w:rPr>
                <w:rFonts w:cs="Calibri"/>
                <w:sz w:val="20"/>
                <w:szCs w:val="20"/>
              </w:rPr>
              <w:t>/</w:t>
            </w:r>
            <w:proofErr w:type="spellStart"/>
            <w:r w:rsidRPr="00271B32">
              <w:rPr>
                <w:rFonts w:cs="Calibri"/>
                <w:sz w:val="20"/>
                <w:szCs w:val="20"/>
              </w:rPr>
              <w:t>İşletme</w:t>
            </w:r>
            <w:proofErr w:type="spellEnd"/>
            <w:r w:rsidRPr="00271B32">
              <w:rPr>
                <w:rFonts w:cs="Calibri"/>
                <w:sz w:val="20"/>
                <w:szCs w:val="20"/>
              </w:rPr>
              <w:t xml:space="preserve"> </w:t>
            </w:r>
            <w:proofErr w:type="spellStart"/>
            <w:r w:rsidRPr="00271B32">
              <w:rPr>
                <w:rFonts w:cs="Calibri"/>
                <w:sz w:val="20"/>
                <w:szCs w:val="20"/>
              </w:rPr>
              <w:t>Adresi</w:t>
            </w:r>
            <w:proofErr w:type="spellEnd"/>
            <w:r w:rsidRPr="00271B32">
              <w:rPr>
                <w:rFonts w:cs="Calibri"/>
                <w:sz w:val="20"/>
                <w:szCs w:val="20"/>
              </w:rPr>
              <w:t>:</w:t>
            </w:r>
          </w:p>
          <w:p w14:paraId="1A36119C" w14:textId="77777777" w:rsidR="00FE02AA" w:rsidRPr="00271B32" w:rsidRDefault="00FE02AA" w:rsidP="00B102CB">
            <w:pPr>
              <w:spacing w:before="100" w:beforeAutospacing="1" w:after="100" w:afterAutospacing="1" w:line="280" w:lineRule="atLeast"/>
              <w:contextualSpacing/>
              <w:rPr>
                <w:rFonts w:cs="Calibri"/>
                <w:sz w:val="20"/>
                <w:szCs w:val="20"/>
              </w:rPr>
            </w:pPr>
            <w:r w:rsidRPr="00271B32">
              <w:rPr>
                <w:rFonts w:cs="Calibri"/>
                <w:sz w:val="20"/>
                <w:szCs w:val="20"/>
              </w:rPr>
              <w:t>(</w:t>
            </w:r>
            <w:proofErr w:type="spellStart"/>
            <w:r w:rsidRPr="00271B32">
              <w:rPr>
                <w:rFonts w:cs="Calibri"/>
                <w:sz w:val="20"/>
                <w:szCs w:val="20"/>
              </w:rPr>
              <w:t>İş</w:t>
            </w:r>
            <w:r>
              <w:rPr>
                <w:rFonts w:cs="Calibri"/>
                <w:sz w:val="20"/>
                <w:szCs w:val="20"/>
              </w:rPr>
              <w:t>letme</w:t>
            </w:r>
            <w:proofErr w:type="spellEnd"/>
            <w:r w:rsidRPr="00271B32">
              <w:rPr>
                <w:rFonts w:cs="Calibri"/>
                <w:sz w:val="20"/>
                <w:szCs w:val="20"/>
              </w:rPr>
              <w:t xml:space="preserve"> </w:t>
            </w:r>
            <w:proofErr w:type="spellStart"/>
            <w:r w:rsidRPr="00271B32">
              <w:rPr>
                <w:rFonts w:cs="Calibri"/>
                <w:sz w:val="20"/>
                <w:szCs w:val="20"/>
              </w:rPr>
              <w:t>Eğitiminin</w:t>
            </w:r>
            <w:proofErr w:type="spellEnd"/>
            <w:r w:rsidRPr="00271B32">
              <w:rPr>
                <w:rFonts w:cs="Calibri"/>
                <w:sz w:val="20"/>
                <w:szCs w:val="20"/>
              </w:rPr>
              <w:t xml:space="preserve"> </w:t>
            </w:r>
            <w:proofErr w:type="spellStart"/>
            <w:r w:rsidRPr="00271B32">
              <w:rPr>
                <w:rFonts w:cs="Calibri"/>
                <w:sz w:val="20"/>
                <w:szCs w:val="20"/>
              </w:rPr>
              <w:t>yapılacağı</w:t>
            </w:r>
            <w:proofErr w:type="spellEnd"/>
            <w:r w:rsidRPr="00271B32">
              <w:rPr>
                <w:rFonts w:cs="Calibri"/>
                <w:sz w:val="20"/>
                <w:szCs w:val="20"/>
              </w:rPr>
              <w:t xml:space="preserve"> </w:t>
            </w:r>
            <w:proofErr w:type="spellStart"/>
            <w:r w:rsidRPr="00271B32">
              <w:rPr>
                <w:rFonts w:cs="Calibri"/>
                <w:sz w:val="20"/>
                <w:szCs w:val="20"/>
              </w:rPr>
              <w:t>yerin</w:t>
            </w:r>
            <w:proofErr w:type="spellEnd"/>
            <w:r w:rsidRPr="00271B32">
              <w:rPr>
                <w:rFonts w:cs="Calibri"/>
                <w:sz w:val="20"/>
                <w:szCs w:val="20"/>
              </w:rPr>
              <w:t xml:space="preserve"> </w:t>
            </w:r>
            <w:proofErr w:type="spellStart"/>
            <w:r w:rsidRPr="00271B32">
              <w:rPr>
                <w:rFonts w:cs="Calibri"/>
                <w:sz w:val="20"/>
                <w:szCs w:val="20"/>
              </w:rPr>
              <w:t>adresi</w:t>
            </w:r>
            <w:proofErr w:type="spellEnd"/>
            <w:r w:rsidRPr="00271B32">
              <w:rPr>
                <w:rFonts w:cs="Calibri"/>
                <w:sz w:val="20"/>
                <w:szCs w:val="20"/>
              </w:rPr>
              <w:t>)</w:t>
            </w:r>
          </w:p>
        </w:tc>
        <w:tc>
          <w:tcPr>
            <w:tcW w:w="5075" w:type="dxa"/>
          </w:tcPr>
          <w:p w14:paraId="274E42F3" w14:textId="77777777" w:rsidR="00FE02AA" w:rsidRPr="00271B32" w:rsidRDefault="00FE02AA" w:rsidP="00B102CB">
            <w:pPr>
              <w:spacing w:after="0" w:line="240" w:lineRule="auto"/>
              <w:jc w:val="both"/>
              <w:rPr>
                <w:rFonts w:cs="Calibri"/>
                <w:b/>
                <w:sz w:val="20"/>
                <w:szCs w:val="20"/>
                <w:u w:val="single"/>
              </w:rPr>
            </w:pPr>
          </w:p>
        </w:tc>
      </w:tr>
    </w:tbl>
    <w:p w14:paraId="2852AF16" w14:textId="77777777" w:rsidR="00FE02AA" w:rsidRPr="00271B32" w:rsidRDefault="00FE02AA" w:rsidP="00FE02AA">
      <w:pPr>
        <w:spacing w:after="0" w:line="240" w:lineRule="auto"/>
        <w:ind w:left="426"/>
        <w:jc w:val="both"/>
        <w:rPr>
          <w:rFonts w:cs="Calibri"/>
          <w:b/>
          <w:sz w:val="20"/>
          <w:szCs w:val="20"/>
          <w:u w:val="single"/>
        </w:rPr>
      </w:pPr>
    </w:p>
    <w:p w14:paraId="0713B637" w14:textId="77777777" w:rsidR="00FE02AA" w:rsidRPr="00271B32" w:rsidRDefault="00FE02AA" w:rsidP="00FE02AA">
      <w:pPr>
        <w:spacing w:after="0" w:line="240" w:lineRule="auto"/>
        <w:ind w:left="426"/>
        <w:jc w:val="both"/>
        <w:rPr>
          <w:rFonts w:cs="Calibri"/>
          <w:b/>
          <w:sz w:val="20"/>
          <w:szCs w:val="20"/>
          <w:u w:val="single"/>
        </w:rPr>
      </w:pPr>
      <w:r w:rsidRPr="00271B32">
        <w:rPr>
          <w:rFonts w:cs="Calibri"/>
          <w:b/>
          <w:sz w:val="20"/>
          <w:szCs w:val="20"/>
          <w:u w:val="single"/>
        </w:rPr>
        <w:t>*</w:t>
      </w:r>
      <w:proofErr w:type="spellStart"/>
      <w:r w:rsidRPr="00271B32">
        <w:rPr>
          <w:rFonts w:cs="Calibri"/>
          <w:b/>
          <w:sz w:val="20"/>
          <w:szCs w:val="20"/>
          <w:u w:val="single"/>
        </w:rPr>
        <w:t>Yukarıda</w:t>
      </w:r>
      <w:proofErr w:type="spellEnd"/>
      <w:r w:rsidRPr="00271B32">
        <w:rPr>
          <w:rFonts w:cs="Calibri"/>
          <w:b/>
          <w:sz w:val="20"/>
          <w:szCs w:val="20"/>
          <w:u w:val="single"/>
        </w:rPr>
        <w:t xml:space="preserve"> </w:t>
      </w:r>
      <w:proofErr w:type="spellStart"/>
      <w:r w:rsidRPr="00271B32">
        <w:rPr>
          <w:rFonts w:cs="Calibri"/>
          <w:b/>
          <w:sz w:val="20"/>
          <w:szCs w:val="20"/>
          <w:u w:val="single"/>
        </w:rPr>
        <w:t>yer</w:t>
      </w:r>
      <w:proofErr w:type="spellEnd"/>
      <w:r w:rsidRPr="00271B32">
        <w:rPr>
          <w:rFonts w:cs="Calibri"/>
          <w:b/>
          <w:sz w:val="20"/>
          <w:szCs w:val="20"/>
          <w:u w:val="single"/>
        </w:rPr>
        <w:t xml:space="preserve"> </w:t>
      </w:r>
      <w:proofErr w:type="spellStart"/>
      <w:r w:rsidRPr="00271B32">
        <w:rPr>
          <w:rFonts w:cs="Calibri"/>
          <w:b/>
          <w:sz w:val="20"/>
          <w:szCs w:val="20"/>
          <w:u w:val="single"/>
        </w:rPr>
        <w:t>alan</w:t>
      </w:r>
      <w:proofErr w:type="spellEnd"/>
      <w:r w:rsidRPr="00271B32">
        <w:rPr>
          <w:rFonts w:cs="Calibri"/>
          <w:b/>
          <w:sz w:val="20"/>
          <w:szCs w:val="20"/>
          <w:u w:val="single"/>
        </w:rPr>
        <w:t xml:space="preserve"> </w:t>
      </w:r>
      <w:proofErr w:type="spellStart"/>
      <w:r w:rsidRPr="00271B32">
        <w:rPr>
          <w:rFonts w:cs="Calibri"/>
          <w:b/>
          <w:sz w:val="20"/>
          <w:szCs w:val="20"/>
          <w:u w:val="single"/>
        </w:rPr>
        <w:t>tüm</w:t>
      </w:r>
      <w:proofErr w:type="spellEnd"/>
      <w:r w:rsidRPr="00271B32">
        <w:rPr>
          <w:rFonts w:cs="Calibri"/>
          <w:b/>
          <w:sz w:val="20"/>
          <w:szCs w:val="20"/>
          <w:u w:val="single"/>
        </w:rPr>
        <w:t xml:space="preserve"> </w:t>
      </w:r>
      <w:proofErr w:type="spellStart"/>
      <w:r w:rsidRPr="00271B32">
        <w:rPr>
          <w:rFonts w:cs="Calibri"/>
          <w:b/>
          <w:sz w:val="20"/>
          <w:szCs w:val="20"/>
          <w:u w:val="single"/>
        </w:rPr>
        <w:t>alanlar</w:t>
      </w:r>
      <w:proofErr w:type="spellEnd"/>
      <w:r w:rsidRPr="00271B32">
        <w:rPr>
          <w:rFonts w:cs="Calibri"/>
          <w:b/>
          <w:sz w:val="20"/>
          <w:szCs w:val="20"/>
          <w:u w:val="single"/>
        </w:rPr>
        <w:t xml:space="preserve"> </w:t>
      </w:r>
      <w:proofErr w:type="spellStart"/>
      <w:r w:rsidRPr="00271B32">
        <w:rPr>
          <w:rFonts w:cs="Calibri"/>
          <w:b/>
          <w:sz w:val="20"/>
          <w:szCs w:val="20"/>
          <w:u w:val="single"/>
        </w:rPr>
        <w:t>elektronik</w:t>
      </w:r>
      <w:proofErr w:type="spellEnd"/>
      <w:r w:rsidRPr="00271B32">
        <w:rPr>
          <w:rFonts w:cs="Calibri"/>
          <w:b/>
          <w:sz w:val="20"/>
          <w:szCs w:val="20"/>
          <w:u w:val="single"/>
        </w:rPr>
        <w:t xml:space="preserve"> </w:t>
      </w:r>
      <w:proofErr w:type="spellStart"/>
      <w:r w:rsidRPr="00271B32">
        <w:rPr>
          <w:rFonts w:cs="Calibri"/>
          <w:b/>
          <w:sz w:val="20"/>
          <w:szCs w:val="20"/>
          <w:u w:val="single"/>
        </w:rPr>
        <w:t>ortamda</w:t>
      </w:r>
      <w:proofErr w:type="spellEnd"/>
      <w:r w:rsidRPr="00271B32">
        <w:rPr>
          <w:rFonts w:cs="Calibri"/>
          <w:b/>
          <w:sz w:val="20"/>
          <w:szCs w:val="20"/>
          <w:u w:val="single"/>
        </w:rPr>
        <w:t xml:space="preserve"> </w:t>
      </w:r>
      <w:proofErr w:type="spellStart"/>
      <w:r w:rsidRPr="00271B32">
        <w:rPr>
          <w:rFonts w:cs="Calibri"/>
          <w:b/>
          <w:sz w:val="20"/>
          <w:szCs w:val="20"/>
          <w:u w:val="single"/>
        </w:rPr>
        <w:t>doldurulacaktır</w:t>
      </w:r>
      <w:proofErr w:type="spellEnd"/>
      <w:r w:rsidRPr="00271B32">
        <w:rPr>
          <w:rFonts w:cs="Calibri"/>
          <w:b/>
          <w:sz w:val="20"/>
          <w:szCs w:val="20"/>
          <w:u w:val="single"/>
        </w:rPr>
        <w:t>.</w:t>
      </w:r>
    </w:p>
    <w:p w14:paraId="1A420515" w14:textId="77777777" w:rsidR="00FE02AA" w:rsidRPr="00271B32" w:rsidRDefault="00FE02AA" w:rsidP="00FE02AA">
      <w:pPr>
        <w:spacing w:after="0" w:line="240" w:lineRule="auto"/>
        <w:ind w:left="426"/>
        <w:jc w:val="both"/>
        <w:rPr>
          <w:rFonts w:cs="Calibri"/>
          <w:b/>
          <w:sz w:val="20"/>
          <w:szCs w:val="20"/>
          <w:u w:val="single"/>
        </w:rPr>
      </w:pPr>
      <w:proofErr w:type="spellStart"/>
      <w:r w:rsidRPr="00271B32">
        <w:rPr>
          <w:rFonts w:cs="Calibri"/>
          <w:b/>
          <w:sz w:val="20"/>
          <w:szCs w:val="20"/>
          <w:u w:val="single"/>
        </w:rPr>
        <w:t>İşbu</w:t>
      </w:r>
      <w:proofErr w:type="spellEnd"/>
      <w:r w:rsidRPr="00271B32">
        <w:rPr>
          <w:rFonts w:cs="Calibri"/>
          <w:b/>
          <w:sz w:val="20"/>
          <w:szCs w:val="20"/>
          <w:u w:val="single"/>
        </w:rPr>
        <w:t xml:space="preserve"> </w:t>
      </w:r>
      <w:proofErr w:type="spellStart"/>
      <w:r w:rsidRPr="00271B32">
        <w:rPr>
          <w:rFonts w:cs="Calibri"/>
          <w:b/>
          <w:sz w:val="20"/>
          <w:szCs w:val="20"/>
          <w:u w:val="single"/>
        </w:rPr>
        <w:t>Sözleşme</w:t>
      </w:r>
      <w:proofErr w:type="spellEnd"/>
      <w:r w:rsidRPr="00271B32">
        <w:rPr>
          <w:rFonts w:cs="Calibri"/>
          <w:b/>
          <w:sz w:val="20"/>
          <w:szCs w:val="20"/>
          <w:u w:val="single"/>
        </w:rPr>
        <w:t xml:space="preserve">, </w:t>
      </w:r>
      <w:proofErr w:type="spellStart"/>
      <w:r w:rsidRPr="00271B32">
        <w:rPr>
          <w:rFonts w:cs="Calibri"/>
          <w:b/>
          <w:sz w:val="20"/>
          <w:szCs w:val="20"/>
          <w:u w:val="single"/>
        </w:rPr>
        <w:t>ekte</w:t>
      </w:r>
      <w:proofErr w:type="spellEnd"/>
      <w:r w:rsidRPr="00271B32">
        <w:rPr>
          <w:rFonts w:cs="Calibri"/>
          <w:b/>
          <w:sz w:val="20"/>
          <w:szCs w:val="20"/>
          <w:u w:val="single"/>
        </w:rPr>
        <w:t xml:space="preserve"> </w:t>
      </w:r>
      <w:proofErr w:type="spellStart"/>
      <w:r w:rsidRPr="00271B32">
        <w:rPr>
          <w:rFonts w:cs="Calibri"/>
          <w:b/>
          <w:sz w:val="20"/>
          <w:szCs w:val="20"/>
          <w:u w:val="single"/>
        </w:rPr>
        <w:t>yer</w:t>
      </w:r>
      <w:proofErr w:type="spellEnd"/>
      <w:r w:rsidRPr="00271B32">
        <w:rPr>
          <w:rFonts w:cs="Calibri"/>
          <w:b/>
          <w:sz w:val="20"/>
          <w:szCs w:val="20"/>
          <w:u w:val="single"/>
        </w:rPr>
        <w:t xml:space="preserve"> </w:t>
      </w:r>
      <w:proofErr w:type="spellStart"/>
      <w:r w:rsidRPr="00271B32">
        <w:rPr>
          <w:rFonts w:cs="Calibri"/>
          <w:b/>
          <w:sz w:val="20"/>
          <w:szCs w:val="20"/>
          <w:u w:val="single"/>
        </w:rPr>
        <w:t>alan</w:t>
      </w:r>
      <w:proofErr w:type="spellEnd"/>
      <w:r w:rsidRPr="00271B32">
        <w:rPr>
          <w:rFonts w:cs="Calibri"/>
          <w:b/>
          <w:sz w:val="20"/>
          <w:szCs w:val="20"/>
          <w:u w:val="single"/>
        </w:rPr>
        <w:t xml:space="preserve"> </w:t>
      </w:r>
      <w:proofErr w:type="spellStart"/>
      <w:r w:rsidRPr="00271B32">
        <w:rPr>
          <w:rFonts w:cs="Calibri"/>
          <w:b/>
          <w:sz w:val="20"/>
          <w:szCs w:val="20"/>
          <w:u w:val="single"/>
        </w:rPr>
        <w:t>İşyeri</w:t>
      </w:r>
      <w:proofErr w:type="spellEnd"/>
      <w:r w:rsidRPr="00271B32">
        <w:rPr>
          <w:rFonts w:cs="Calibri"/>
          <w:b/>
          <w:sz w:val="20"/>
          <w:szCs w:val="20"/>
          <w:u w:val="single"/>
        </w:rPr>
        <w:t xml:space="preserve"> Eğitimi </w:t>
      </w:r>
      <w:proofErr w:type="spellStart"/>
      <w:r w:rsidRPr="00271B32">
        <w:rPr>
          <w:rFonts w:cs="Calibri"/>
          <w:b/>
          <w:sz w:val="20"/>
          <w:szCs w:val="20"/>
          <w:u w:val="single"/>
        </w:rPr>
        <w:t>Esasları</w:t>
      </w:r>
      <w:proofErr w:type="spellEnd"/>
      <w:r w:rsidRPr="00271B32">
        <w:rPr>
          <w:rFonts w:cs="Calibri"/>
          <w:b/>
          <w:sz w:val="20"/>
          <w:szCs w:val="20"/>
          <w:u w:val="single"/>
        </w:rPr>
        <w:t xml:space="preserve"> </w:t>
      </w:r>
      <w:proofErr w:type="spellStart"/>
      <w:r w:rsidRPr="00271B32">
        <w:rPr>
          <w:rFonts w:cs="Calibri"/>
          <w:b/>
          <w:sz w:val="20"/>
          <w:szCs w:val="20"/>
          <w:u w:val="single"/>
        </w:rPr>
        <w:t>ve</w:t>
      </w:r>
      <w:proofErr w:type="spellEnd"/>
      <w:r w:rsidRPr="00271B32">
        <w:rPr>
          <w:rFonts w:cs="Calibri"/>
          <w:b/>
          <w:sz w:val="20"/>
          <w:szCs w:val="20"/>
          <w:u w:val="single"/>
        </w:rPr>
        <w:t xml:space="preserve"> </w:t>
      </w:r>
      <w:proofErr w:type="spellStart"/>
      <w:r w:rsidRPr="00271B32">
        <w:rPr>
          <w:rFonts w:cs="Calibri"/>
          <w:b/>
          <w:sz w:val="20"/>
          <w:szCs w:val="20"/>
          <w:u w:val="single"/>
        </w:rPr>
        <w:t>Tarafların</w:t>
      </w:r>
      <w:proofErr w:type="spellEnd"/>
      <w:r w:rsidRPr="00271B32">
        <w:rPr>
          <w:rFonts w:cs="Calibri"/>
          <w:b/>
          <w:sz w:val="20"/>
          <w:szCs w:val="20"/>
          <w:u w:val="single"/>
        </w:rPr>
        <w:t xml:space="preserve"> </w:t>
      </w:r>
      <w:proofErr w:type="spellStart"/>
      <w:r w:rsidRPr="00271B32">
        <w:rPr>
          <w:rFonts w:cs="Calibri"/>
          <w:b/>
          <w:sz w:val="20"/>
          <w:szCs w:val="20"/>
          <w:u w:val="single"/>
        </w:rPr>
        <w:t>Yükümlülükleri</w:t>
      </w:r>
      <w:proofErr w:type="spellEnd"/>
      <w:r w:rsidRPr="00271B32">
        <w:rPr>
          <w:rFonts w:cs="Calibri"/>
          <w:b/>
          <w:sz w:val="20"/>
          <w:szCs w:val="20"/>
          <w:u w:val="single"/>
        </w:rPr>
        <w:t xml:space="preserve"> </w:t>
      </w:r>
      <w:proofErr w:type="spellStart"/>
      <w:r w:rsidRPr="00271B32">
        <w:rPr>
          <w:rFonts w:cs="Calibri"/>
          <w:b/>
          <w:sz w:val="20"/>
          <w:szCs w:val="20"/>
          <w:u w:val="single"/>
        </w:rPr>
        <w:t>taraflarca</w:t>
      </w:r>
      <w:proofErr w:type="spellEnd"/>
      <w:r w:rsidRPr="00271B32">
        <w:rPr>
          <w:rFonts w:cs="Calibri"/>
          <w:b/>
          <w:sz w:val="20"/>
          <w:szCs w:val="20"/>
          <w:u w:val="single"/>
        </w:rPr>
        <w:t xml:space="preserve"> </w:t>
      </w:r>
      <w:proofErr w:type="spellStart"/>
      <w:r w:rsidRPr="00271B32">
        <w:rPr>
          <w:rFonts w:cs="Calibri"/>
          <w:b/>
          <w:sz w:val="20"/>
          <w:szCs w:val="20"/>
          <w:u w:val="single"/>
        </w:rPr>
        <w:t>okunarak</w:t>
      </w:r>
      <w:proofErr w:type="spellEnd"/>
      <w:r w:rsidRPr="00271B32">
        <w:rPr>
          <w:rFonts w:cs="Calibri"/>
          <w:b/>
          <w:sz w:val="20"/>
          <w:szCs w:val="20"/>
          <w:u w:val="single"/>
        </w:rPr>
        <w:t xml:space="preserve"> </w:t>
      </w:r>
      <w:proofErr w:type="spellStart"/>
      <w:r w:rsidRPr="00271B32">
        <w:rPr>
          <w:rFonts w:cs="Calibri"/>
          <w:b/>
          <w:sz w:val="20"/>
          <w:szCs w:val="20"/>
          <w:u w:val="single"/>
        </w:rPr>
        <w:t>kabul</w:t>
      </w:r>
      <w:proofErr w:type="spellEnd"/>
      <w:r w:rsidRPr="00271B32">
        <w:rPr>
          <w:rFonts w:cs="Calibri"/>
          <w:b/>
          <w:sz w:val="20"/>
          <w:szCs w:val="20"/>
          <w:u w:val="single"/>
        </w:rPr>
        <w:t xml:space="preserve"> </w:t>
      </w:r>
      <w:proofErr w:type="spellStart"/>
      <w:r w:rsidRPr="00271B32">
        <w:rPr>
          <w:rFonts w:cs="Calibri"/>
          <w:b/>
          <w:sz w:val="20"/>
          <w:szCs w:val="20"/>
          <w:u w:val="single"/>
        </w:rPr>
        <w:t>ve</w:t>
      </w:r>
      <w:proofErr w:type="spellEnd"/>
      <w:r w:rsidRPr="00271B32">
        <w:rPr>
          <w:rFonts w:cs="Calibri"/>
          <w:b/>
          <w:sz w:val="20"/>
          <w:szCs w:val="20"/>
          <w:u w:val="single"/>
        </w:rPr>
        <w:t xml:space="preserve"> </w:t>
      </w:r>
      <w:proofErr w:type="spellStart"/>
      <w:r w:rsidRPr="00271B32">
        <w:rPr>
          <w:rFonts w:cs="Calibri"/>
          <w:b/>
          <w:sz w:val="20"/>
          <w:szCs w:val="20"/>
          <w:u w:val="single"/>
        </w:rPr>
        <w:t>imza</w:t>
      </w:r>
      <w:proofErr w:type="spellEnd"/>
      <w:r w:rsidRPr="00271B32">
        <w:rPr>
          <w:rFonts w:cs="Calibri"/>
          <w:b/>
          <w:sz w:val="20"/>
          <w:szCs w:val="20"/>
          <w:u w:val="single"/>
        </w:rPr>
        <w:t xml:space="preserve"> </w:t>
      </w:r>
      <w:proofErr w:type="spellStart"/>
      <w:r w:rsidRPr="00271B32">
        <w:rPr>
          <w:rFonts w:cs="Calibri"/>
          <w:b/>
          <w:sz w:val="20"/>
          <w:szCs w:val="20"/>
          <w:u w:val="single"/>
        </w:rPr>
        <w:t>edilmiştir</w:t>
      </w:r>
      <w:proofErr w:type="spellEnd"/>
      <w:r w:rsidRPr="00271B32">
        <w:rPr>
          <w:rFonts w:cs="Calibri"/>
          <w:b/>
          <w:sz w:val="20"/>
          <w:szCs w:val="20"/>
          <w:u w:val="single"/>
        </w:rPr>
        <w:t>.</w:t>
      </w:r>
    </w:p>
    <w:p w14:paraId="71C9AF16" w14:textId="77777777" w:rsidR="00FE02AA" w:rsidRPr="00271B32" w:rsidRDefault="00FE02AA" w:rsidP="00FE02AA">
      <w:pPr>
        <w:spacing w:after="0" w:line="240" w:lineRule="auto"/>
        <w:jc w:val="both"/>
        <w:rPr>
          <w:rFonts w:cs="Calibri"/>
          <w:b/>
          <w:sz w:val="20"/>
          <w:szCs w:val="20"/>
          <w:u w:val="single"/>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961"/>
      </w:tblGrid>
      <w:tr w:rsidR="00FE02AA" w:rsidRPr="00271B32" w14:paraId="2F9ACB6B" w14:textId="77777777" w:rsidTr="00B102CB">
        <w:trPr>
          <w:jc w:val="center"/>
        </w:trPr>
        <w:tc>
          <w:tcPr>
            <w:tcW w:w="4673" w:type="dxa"/>
          </w:tcPr>
          <w:p w14:paraId="614EC6E1" w14:textId="77777777" w:rsidR="00FE02AA" w:rsidRPr="00271B32" w:rsidRDefault="00FE02AA" w:rsidP="00B102CB">
            <w:pPr>
              <w:spacing w:after="0" w:line="240" w:lineRule="auto"/>
              <w:jc w:val="center"/>
              <w:rPr>
                <w:rFonts w:cs="Calibri"/>
                <w:b/>
                <w:sz w:val="20"/>
                <w:szCs w:val="20"/>
              </w:rPr>
            </w:pPr>
            <w:r w:rsidRPr="00271B32">
              <w:rPr>
                <w:rFonts w:cs="Calibri"/>
                <w:b/>
                <w:sz w:val="20"/>
                <w:szCs w:val="20"/>
              </w:rPr>
              <w:t xml:space="preserve">ÖĞRENCİ </w:t>
            </w:r>
            <w:r w:rsidRPr="00271B32">
              <w:rPr>
                <w:rFonts w:cs="Calibri"/>
                <w:b/>
                <w:sz w:val="20"/>
                <w:szCs w:val="20"/>
              </w:rPr>
              <w:br/>
              <w:t>(</w:t>
            </w:r>
            <w:proofErr w:type="spellStart"/>
            <w:r w:rsidRPr="00271B32">
              <w:rPr>
                <w:rFonts w:cs="Calibri"/>
                <w:b/>
                <w:sz w:val="20"/>
                <w:szCs w:val="20"/>
              </w:rPr>
              <w:t>İmza</w:t>
            </w:r>
            <w:proofErr w:type="spellEnd"/>
            <w:r w:rsidRPr="00271B32">
              <w:rPr>
                <w:rFonts w:cs="Calibri"/>
                <w:b/>
                <w:sz w:val="20"/>
                <w:szCs w:val="20"/>
              </w:rPr>
              <w:t>)</w:t>
            </w:r>
          </w:p>
        </w:tc>
        <w:tc>
          <w:tcPr>
            <w:tcW w:w="4961" w:type="dxa"/>
          </w:tcPr>
          <w:p w14:paraId="26308CEB" w14:textId="77777777" w:rsidR="00FE02AA" w:rsidRPr="00271B32" w:rsidRDefault="00FE02AA" w:rsidP="00B102CB">
            <w:pPr>
              <w:spacing w:after="0" w:line="240" w:lineRule="auto"/>
              <w:jc w:val="center"/>
              <w:rPr>
                <w:rFonts w:cs="Calibri"/>
                <w:b/>
                <w:sz w:val="20"/>
                <w:szCs w:val="20"/>
              </w:rPr>
            </w:pPr>
            <w:r w:rsidRPr="00271B32">
              <w:rPr>
                <w:rFonts w:cs="Calibri"/>
                <w:b/>
                <w:sz w:val="20"/>
                <w:szCs w:val="20"/>
              </w:rPr>
              <w:t>İŞ</w:t>
            </w:r>
            <w:r>
              <w:rPr>
                <w:rFonts w:cs="Calibri"/>
                <w:b/>
                <w:sz w:val="20"/>
                <w:szCs w:val="20"/>
              </w:rPr>
              <w:t>LETME</w:t>
            </w:r>
            <w:r w:rsidRPr="00271B32">
              <w:rPr>
                <w:rFonts w:cs="Calibri"/>
                <w:b/>
                <w:sz w:val="20"/>
                <w:szCs w:val="20"/>
              </w:rPr>
              <w:t xml:space="preserve"> </w:t>
            </w:r>
            <w:r>
              <w:rPr>
                <w:rFonts w:cs="Calibri"/>
                <w:b/>
                <w:sz w:val="20"/>
                <w:szCs w:val="20"/>
              </w:rPr>
              <w:t>TEMSİLCİSİ</w:t>
            </w:r>
            <w:r w:rsidRPr="00271B32">
              <w:rPr>
                <w:rFonts w:cs="Calibri"/>
                <w:b/>
                <w:sz w:val="20"/>
                <w:szCs w:val="20"/>
              </w:rPr>
              <w:br/>
              <w:t>(</w:t>
            </w:r>
            <w:proofErr w:type="spellStart"/>
            <w:r w:rsidRPr="00271B32">
              <w:rPr>
                <w:rFonts w:cs="Calibri"/>
                <w:b/>
                <w:sz w:val="20"/>
                <w:szCs w:val="20"/>
              </w:rPr>
              <w:t>Kaşe</w:t>
            </w:r>
            <w:proofErr w:type="spellEnd"/>
            <w:r w:rsidRPr="00271B32">
              <w:rPr>
                <w:rFonts w:cs="Calibri"/>
                <w:b/>
                <w:sz w:val="20"/>
                <w:szCs w:val="20"/>
              </w:rPr>
              <w:t xml:space="preserve">, </w:t>
            </w:r>
            <w:proofErr w:type="spellStart"/>
            <w:r w:rsidRPr="00271B32">
              <w:rPr>
                <w:rFonts w:cs="Calibri"/>
                <w:b/>
                <w:sz w:val="20"/>
                <w:szCs w:val="20"/>
              </w:rPr>
              <w:t>İmza</w:t>
            </w:r>
            <w:proofErr w:type="spellEnd"/>
            <w:r w:rsidRPr="00271B32">
              <w:rPr>
                <w:rFonts w:cs="Calibri"/>
                <w:b/>
                <w:sz w:val="20"/>
                <w:szCs w:val="20"/>
              </w:rPr>
              <w:t>)</w:t>
            </w:r>
          </w:p>
        </w:tc>
      </w:tr>
      <w:tr w:rsidR="00FE02AA" w:rsidRPr="00271B32" w14:paraId="0996C236" w14:textId="77777777" w:rsidTr="00B102CB">
        <w:trPr>
          <w:jc w:val="center"/>
        </w:trPr>
        <w:tc>
          <w:tcPr>
            <w:tcW w:w="4673" w:type="dxa"/>
          </w:tcPr>
          <w:p w14:paraId="607A9C9D" w14:textId="77777777" w:rsidR="00FE02AA" w:rsidRPr="00271B32" w:rsidRDefault="00FE02AA" w:rsidP="00B102CB">
            <w:pPr>
              <w:autoSpaceDE w:val="0"/>
              <w:autoSpaceDN w:val="0"/>
              <w:adjustRightInd w:val="0"/>
              <w:spacing w:after="0" w:line="240" w:lineRule="auto"/>
              <w:jc w:val="both"/>
              <w:rPr>
                <w:rFonts w:cs="Calibri"/>
                <w:color w:val="000000"/>
                <w:sz w:val="20"/>
                <w:szCs w:val="20"/>
              </w:rPr>
            </w:pPr>
            <w:r w:rsidRPr="00271B32">
              <w:rPr>
                <w:rFonts w:cs="Calibri"/>
                <w:sz w:val="20"/>
                <w:szCs w:val="20"/>
              </w:rPr>
              <w:t xml:space="preserve">Bu </w:t>
            </w:r>
            <w:proofErr w:type="spellStart"/>
            <w:r w:rsidRPr="00271B32">
              <w:rPr>
                <w:rFonts w:cs="Calibri"/>
                <w:sz w:val="20"/>
                <w:szCs w:val="20"/>
              </w:rPr>
              <w:t>belgedeki</w:t>
            </w:r>
            <w:proofErr w:type="spellEnd"/>
            <w:r w:rsidRPr="00271B32">
              <w:rPr>
                <w:rFonts w:cs="Calibri"/>
                <w:sz w:val="20"/>
                <w:szCs w:val="20"/>
              </w:rPr>
              <w:t xml:space="preserve"> </w:t>
            </w:r>
            <w:proofErr w:type="spellStart"/>
            <w:r w:rsidRPr="00271B32">
              <w:rPr>
                <w:rFonts w:cs="Calibri"/>
                <w:sz w:val="20"/>
                <w:szCs w:val="20"/>
              </w:rPr>
              <w:t>bilgilerin</w:t>
            </w:r>
            <w:proofErr w:type="spellEnd"/>
            <w:r w:rsidRPr="00271B32">
              <w:rPr>
                <w:rFonts w:cs="Calibri"/>
                <w:sz w:val="20"/>
                <w:szCs w:val="20"/>
              </w:rPr>
              <w:t xml:space="preserve"> </w:t>
            </w:r>
            <w:proofErr w:type="spellStart"/>
            <w:r w:rsidRPr="00271B32">
              <w:rPr>
                <w:rFonts w:cs="Calibri"/>
                <w:sz w:val="20"/>
                <w:szCs w:val="20"/>
              </w:rPr>
              <w:t>doğruluğunu</w:t>
            </w:r>
            <w:proofErr w:type="spellEnd"/>
            <w:r w:rsidRPr="00271B32">
              <w:rPr>
                <w:rFonts w:cs="Calibri"/>
                <w:sz w:val="20"/>
                <w:szCs w:val="20"/>
              </w:rPr>
              <w:t xml:space="preserve"> </w:t>
            </w:r>
            <w:proofErr w:type="spellStart"/>
            <w:r w:rsidRPr="00271B32">
              <w:rPr>
                <w:rFonts w:cs="Calibri"/>
                <w:sz w:val="20"/>
                <w:szCs w:val="20"/>
              </w:rPr>
              <w:t>bildirir</w:t>
            </w:r>
            <w:proofErr w:type="spellEnd"/>
            <w:r w:rsidRPr="00271B32">
              <w:rPr>
                <w:rFonts w:cs="Calibri"/>
                <w:sz w:val="20"/>
                <w:szCs w:val="20"/>
              </w:rPr>
              <w:t xml:space="preserve">, </w:t>
            </w:r>
            <w:proofErr w:type="spellStart"/>
            <w:r w:rsidRPr="00271B32">
              <w:rPr>
                <w:rFonts w:cs="Calibri"/>
                <w:sz w:val="20"/>
                <w:szCs w:val="20"/>
              </w:rPr>
              <w:t>adı</w:t>
            </w:r>
            <w:proofErr w:type="spellEnd"/>
            <w:r w:rsidRPr="00271B32">
              <w:rPr>
                <w:rFonts w:cs="Calibri"/>
                <w:sz w:val="20"/>
                <w:szCs w:val="20"/>
              </w:rPr>
              <w:t xml:space="preserve"> </w:t>
            </w:r>
            <w:proofErr w:type="spellStart"/>
            <w:r w:rsidRPr="00271B32">
              <w:rPr>
                <w:rFonts w:cs="Calibri"/>
                <w:sz w:val="20"/>
                <w:szCs w:val="20"/>
              </w:rPr>
              <w:t>geçen</w:t>
            </w:r>
            <w:proofErr w:type="spellEnd"/>
            <w:r w:rsidRPr="00271B32">
              <w:rPr>
                <w:rFonts w:cs="Calibri"/>
                <w:sz w:val="20"/>
                <w:szCs w:val="20"/>
              </w:rPr>
              <w:t xml:space="preserve"> </w:t>
            </w:r>
            <w:proofErr w:type="spellStart"/>
            <w:r w:rsidRPr="00271B32">
              <w:rPr>
                <w:rFonts w:cs="Calibri"/>
                <w:sz w:val="20"/>
                <w:szCs w:val="20"/>
              </w:rPr>
              <w:t>firmada</w:t>
            </w:r>
            <w:proofErr w:type="spellEnd"/>
            <w:r w:rsidRPr="00271B32">
              <w:rPr>
                <w:rFonts w:cs="Calibri"/>
                <w:sz w:val="20"/>
                <w:szCs w:val="20"/>
              </w:rPr>
              <w:t xml:space="preserve"> </w:t>
            </w:r>
            <w:proofErr w:type="spellStart"/>
            <w:r w:rsidRPr="00271B32">
              <w:rPr>
                <w:rFonts w:cs="Calibri"/>
                <w:sz w:val="20"/>
                <w:szCs w:val="20"/>
              </w:rPr>
              <w:t>İş</w:t>
            </w:r>
            <w:r>
              <w:rPr>
                <w:rFonts w:cs="Calibri"/>
                <w:sz w:val="20"/>
                <w:szCs w:val="20"/>
              </w:rPr>
              <w:t>letmede</w:t>
            </w:r>
            <w:proofErr w:type="spellEnd"/>
            <w:r>
              <w:rPr>
                <w:rFonts w:cs="Calibri"/>
                <w:sz w:val="20"/>
                <w:szCs w:val="20"/>
              </w:rPr>
              <w:t xml:space="preserve"> </w:t>
            </w:r>
            <w:proofErr w:type="spellStart"/>
            <w:r>
              <w:rPr>
                <w:rFonts w:cs="Calibri"/>
                <w:sz w:val="20"/>
                <w:szCs w:val="20"/>
              </w:rPr>
              <w:t>Mesleki</w:t>
            </w:r>
            <w:proofErr w:type="spellEnd"/>
            <w:r>
              <w:rPr>
                <w:rFonts w:cs="Calibri"/>
                <w:sz w:val="20"/>
                <w:szCs w:val="20"/>
              </w:rPr>
              <w:t xml:space="preserve"> </w:t>
            </w:r>
            <w:proofErr w:type="spellStart"/>
            <w:r>
              <w:rPr>
                <w:rFonts w:cs="Calibri"/>
                <w:sz w:val="20"/>
                <w:szCs w:val="20"/>
              </w:rPr>
              <w:t>Eğitimi</w:t>
            </w:r>
            <w:proofErr w:type="spellEnd"/>
            <w:r w:rsidRPr="00271B32">
              <w:rPr>
                <w:rFonts w:cs="Calibri"/>
                <w:sz w:val="20"/>
                <w:szCs w:val="20"/>
              </w:rPr>
              <w:t xml:space="preserve"> </w:t>
            </w:r>
            <w:proofErr w:type="spellStart"/>
            <w:r w:rsidRPr="00271B32">
              <w:rPr>
                <w:rFonts w:cs="Calibri"/>
                <w:sz w:val="20"/>
                <w:szCs w:val="20"/>
              </w:rPr>
              <w:t>yapacağımı</w:t>
            </w:r>
            <w:proofErr w:type="spellEnd"/>
            <w:r w:rsidRPr="00271B32">
              <w:rPr>
                <w:rFonts w:cs="Calibri"/>
                <w:sz w:val="20"/>
                <w:szCs w:val="20"/>
              </w:rPr>
              <w:t xml:space="preserve"> </w:t>
            </w:r>
            <w:proofErr w:type="spellStart"/>
            <w:r w:rsidRPr="00271B32">
              <w:rPr>
                <w:rFonts w:cs="Calibri"/>
                <w:sz w:val="20"/>
                <w:szCs w:val="20"/>
              </w:rPr>
              <w:t>taahhüt</w:t>
            </w:r>
            <w:proofErr w:type="spellEnd"/>
            <w:r w:rsidRPr="00271B32">
              <w:rPr>
                <w:rFonts w:cs="Calibri"/>
                <w:sz w:val="20"/>
                <w:szCs w:val="20"/>
              </w:rPr>
              <w:t xml:space="preserve"> </w:t>
            </w:r>
            <w:proofErr w:type="spellStart"/>
            <w:r w:rsidRPr="00271B32">
              <w:rPr>
                <w:rFonts w:cs="Calibri"/>
                <w:sz w:val="20"/>
                <w:szCs w:val="20"/>
              </w:rPr>
              <w:t>ederim</w:t>
            </w:r>
            <w:proofErr w:type="spellEnd"/>
            <w:r w:rsidRPr="00271B32">
              <w:rPr>
                <w:rFonts w:cs="Calibri"/>
                <w:sz w:val="20"/>
                <w:szCs w:val="20"/>
              </w:rPr>
              <w:t xml:space="preserve">. </w:t>
            </w:r>
            <w:r w:rsidRPr="00271B32">
              <w:rPr>
                <w:rFonts w:cs="Calibri"/>
                <w:color w:val="000000"/>
                <w:sz w:val="20"/>
                <w:szCs w:val="20"/>
              </w:rPr>
              <w:t xml:space="preserve">Genel </w:t>
            </w:r>
            <w:proofErr w:type="spellStart"/>
            <w:r w:rsidRPr="00271B32">
              <w:rPr>
                <w:rFonts w:cs="Calibri"/>
                <w:color w:val="000000"/>
                <w:sz w:val="20"/>
                <w:szCs w:val="20"/>
              </w:rPr>
              <w:t>sağlık</w:t>
            </w:r>
            <w:proofErr w:type="spellEnd"/>
            <w:r w:rsidRPr="00271B32">
              <w:rPr>
                <w:rFonts w:cs="Calibri"/>
                <w:color w:val="000000"/>
                <w:sz w:val="20"/>
                <w:szCs w:val="20"/>
              </w:rPr>
              <w:t xml:space="preserve"> </w:t>
            </w:r>
            <w:proofErr w:type="spellStart"/>
            <w:r w:rsidRPr="00271B32">
              <w:rPr>
                <w:rFonts w:cs="Calibri"/>
                <w:color w:val="000000"/>
                <w:sz w:val="20"/>
                <w:szCs w:val="20"/>
              </w:rPr>
              <w:t>sigortam</w:t>
            </w:r>
            <w:proofErr w:type="spellEnd"/>
            <w:r w:rsidRPr="00271B32">
              <w:rPr>
                <w:rFonts w:cs="Calibri"/>
                <w:color w:val="000000"/>
                <w:sz w:val="20"/>
                <w:szCs w:val="20"/>
              </w:rPr>
              <w:t xml:space="preserve"> </w:t>
            </w:r>
            <w:proofErr w:type="spellStart"/>
            <w:r w:rsidRPr="00271B32">
              <w:rPr>
                <w:rFonts w:cs="Calibri"/>
                <w:color w:val="000000"/>
                <w:sz w:val="20"/>
                <w:szCs w:val="20"/>
              </w:rPr>
              <w:t>için</w:t>
            </w:r>
            <w:proofErr w:type="spellEnd"/>
            <w:r w:rsidRPr="00271B32">
              <w:rPr>
                <w:rFonts w:cs="Calibri"/>
                <w:color w:val="000000"/>
                <w:sz w:val="20"/>
                <w:szCs w:val="20"/>
              </w:rPr>
              <w:t xml:space="preserve"> </w:t>
            </w:r>
            <w:proofErr w:type="spellStart"/>
            <w:r w:rsidRPr="00271B32">
              <w:rPr>
                <w:rFonts w:cs="Calibri"/>
                <w:color w:val="000000"/>
                <w:sz w:val="20"/>
                <w:szCs w:val="20"/>
              </w:rPr>
              <w:t>gereğinin</w:t>
            </w:r>
            <w:proofErr w:type="spellEnd"/>
            <w:r w:rsidRPr="00271B32">
              <w:rPr>
                <w:rFonts w:cs="Calibri"/>
                <w:color w:val="000000"/>
                <w:sz w:val="20"/>
                <w:szCs w:val="20"/>
              </w:rPr>
              <w:t xml:space="preserve"> </w:t>
            </w:r>
            <w:proofErr w:type="spellStart"/>
            <w:r w:rsidRPr="00271B32">
              <w:rPr>
                <w:rFonts w:cs="Calibri"/>
                <w:color w:val="000000"/>
                <w:sz w:val="20"/>
                <w:szCs w:val="20"/>
              </w:rPr>
              <w:t>yapılmasını</w:t>
            </w:r>
            <w:proofErr w:type="spellEnd"/>
            <w:r w:rsidRPr="00271B32">
              <w:rPr>
                <w:rFonts w:cs="Calibri"/>
                <w:color w:val="000000"/>
                <w:sz w:val="20"/>
                <w:szCs w:val="20"/>
              </w:rPr>
              <w:t xml:space="preserve"> </w:t>
            </w:r>
            <w:proofErr w:type="spellStart"/>
            <w:r w:rsidRPr="00271B32">
              <w:rPr>
                <w:rFonts w:cs="Calibri"/>
                <w:color w:val="000000"/>
                <w:sz w:val="20"/>
                <w:szCs w:val="20"/>
              </w:rPr>
              <w:t>arz</w:t>
            </w:r>
            <w:proofErr w:type="spellEnd"/>
            <w:r w:rsidRPr="00271B32">
              <w:rPr>
                <w:rFonts w:cs="Calibri"/>
                <w:color w:val="000000"/>
                <w:sz w:val="20"/>
                <w:szCs w:val="20"/>
              </w:rPr>
              <w:t xml:space="preserve"> </w:t>
            </w:r>
            <w:proofErr w:type="spellStart"/>
            <w:r w:rsidRPr="00271B32">
              <w:rPr>
                <w:rFonts w:cs="Calibri"/>
                <w:color w:val="000000"/>
                <w:sz w:val="20"/>
                <w:szCs w:val="20"/>
              </w:rPr>
              <w:t>ederim</w:t>
            </w:r>
            <w:proofErr w:type="spellEnd"/>
            <w:r w:rsidRPr="00271B32">
              <w:rPr>
                <w:rFonts w:cs="Calibri"/>
                <w:color w:val="000000"/>
                <w:sz w:val="20"/>
                <w:szCs w:val="20"/>
              </w:rPr>
              <w:t>.</w:t>
            </w:r>
          </w:p>
        </w:tc>
        <w:tc>
          <w:tcPr>
            <w:tcW w:w="4961" w:type="dxa"/>
          </w:tcPr>
          <w:p w14:paraId="5AD71D95" w14:textId="77777777" w:rsidR="00FE02AA" w:rsidRPr="00271B32" w:rsidRDefault="00FE02AA" w:rsidP="00B102CB">
            <w:pPr>
              <w:spacing w:after="0" w:line="240" w:lineRule="auto"/>
              <w:jc w:val="both"/>
              <w:rPr>
                <w:rFonts w:cs="Calibri"/>
                <w:sz w:val="20"/>
                <w:szCs w:val="20"/>
              </w:rPr>
            </w:pPr>
            <w:proofErr w:type="spellStart"/>
            <w:r w:rsidRPr="00271B32">
              <w:rPr>
                <w:rFonts w:cs="Calibri"/>
                <w:sz w:val="20"/>
                <w:szCs w:val="20"/>
              </w:rPr>
              <w:t>Öğrencinin</w:t>
            </w:r>
            <w:proofErr w:type="spellEnd"/>
            <w:r w:rsidRPr="00271B32">
              <w:rPr>
                <w:rFonts w:cs="Calibri"/>
                <w:sz w:val="20"/>
                <w:szCs w:val="20"/>
              </w:rPr>
              <w:t xml:space="preserve"> </w:t>
            </w:r>
            <w:proofErr w:type="spellStart"/>
            <w:r w:rsidRPr="00271B32">
              <w:rPr>
                <w:rFonts w:cs="Calibri"/>
                <w:sz w:val="20"/>
                <w:szCs w:val="20"/>
              </w:rPr>
              <w:t>Kanunlar</w:t>
            </w:r>
            <w:proofErr w:type="spellEnd"/>
            <w:r w:rsidRPr="00271B32">
              <w:rPr>
                <w:rFonts w:cs="Calibri"/>
                <w:sz w:val="20"/>
                <w:szCs w:val="20"/>
              </w:rPr>
              <w:t xml:space="preserve"> </w:t>
            </w:r>
            <w:proofErr w:type="spellStart"/>
            <w:r w:rsidRPr="00271B32">
              <w:rPr>
                <w:rFonts w:cs="Calibri"/>
                <w:sz w:val="20"/>
                <w:szCs w:val="20"/>
              </w:rPr>
              <w:t>ve</w:t>
            </w:r>
            <w:proofErr w:type="spellEnd"/>
            <w:r w:rsidRPr="00271B32">
              <w:rPr>
                <w:rFonts w:cs="Calibri"/>
                <w:sz w:val="20"/>
                <w:szCs w:val="20"/>
              </w:rPr>
              <w:t xml:space="preserve"> </w:t>
            </w:r>
            <w:proofErr w:type="spellStart"/>
            <w:r w:rsidRPr="00271B32">
              <w:rPr>
                <w:rFonts w:cs="Calibri"/>
                <w:sz w:val="20"/>
                <w:szCs w:val="20"/>
              </w:rPr>
              <w:t>firma</w:t>
            </w:r>
            <w:proofErr w:type="spellEnd"/>
            <w:r w:rsidRPr="00271B32">
              <w:rPr>
                <w:rFonts w:cs="Calibri"/>
                <w:sz w:val="20"/>
                <w:szCs w:val="20"/>
              </w:rPr>
              <w:t xml:space="preserve"> </w:t>
            </w:r>
            <w:proofErr w:type="spellStart"/>
            <w:r w:rsidRPr="00271B32">
              <w:rPr>
                <w:rFonts w:cs="Calibri"/>
                <w:sz w:val="20"/>
                <w:szCs w:val="20"/>
              </w:rPr>
              <w:t>kuralları</w:t>
            </w:r>
            <w:proofErr w:type="spellEnd"/>
            <w:r w:rsidRPr="00271B32">
              <w:rPr>
                <w:rFonts w:cs="Calibri"/>
                <w:sz w:val="20"/>
                <w:szCs w:val="20"/>
              </w:rPr>
              <w:t xml:space="preserve"> </w:t>
            </w:r>
            <w:proofErr w:type="spellStart"/>
            <w:r w:rsidRPr="00271B32">
              <w:rPr>
                <w:rFonts w:cs="Calibri"/>
                <w:sz w:val="20"/>
                <w:szCs w:val="20"/>
              </w:rPr>
              <w:t>çerçevesinde</w:t>
            </w:r>
            <w:proofErr w:type="spellEnd"/>
            <w:r w:rsidRPr="00271B32">
              <w:rPr>
                <w:rFonts w:cs="Calibri"/>
                <w:sz w:val="20"/>
                <w:szCs w:val="20"/>
              </w:rPr>
              <w:t xml:space="preserve"> </w:t>
            </w:r>
            <w:proofErr w:type="spellStart"/>
            <w:r w:rsidRPr="00271B32">
              <w:rPr>
                <w:rFonts w:cs="Calibri"/>
                <w:sz w:val="20"/>
                <w:szCs w:val="20"/>
              </w:rPr>
              <w:t>İş</w:t>
            </w:r>
            <w:r>
              <w:rPr>
                <w:rFonts w:cs="Calibri"/>
                <w:sz w:val="20"/>
                <w:szCs w:val="20"/>
              </w:rPr>
              <w:t>letmede</w:t>
            </w:r>
            <w:proofErr w:type="spellEnd"/>
            <w:r>
              <w:rPr>
                <w:rFonts w:cs="Calibri"/>
                <w:sz w:val="20"/>
                <w:szCs w:val="20"/>
              </w:rPr>
              <w:t xml:space="preserve"> </w:t>
            </w:r>
            <w:proofErr w:type="spellStart"/>
            <w:r>
              <w:rPr>
                <w:rFonts w:cs="Calibri"/>
                <w:sz w:val="20"/>
                <w:szCs w:val="20"/>
              </w:rPr>
              <w:t>Mesleki</w:t>
            </w:r>
            <w:proofErr w:type="spellEnd"/>
            <w:r>
              <w:rPr>
                <w:rFonts w:cs="Calibri"/>
                <w:sz w:val="20"/>
                <w:szCs w:val="20"/>
              </w:rPr>
              <w:t xml:space="preserve"> </w:t>
            </w:r>
            <w:proofErr w:type="spellStart"/>
            <w:r>
              <w:rPr>
                <w:rFonts w:cs="Calibri"/>
                <w:sz w:val="20"/>
                <w:szCs w:val="20"/>
              </w:rPr>
              <w:t>Eğitimi</w:t>
            </w:r>
            <w:proofErr w:type="spellEnd"/>
            <w:r w:rsidRPr="00271B32">
              <w:rPr>
                <w:rFonts w:cs="Calibri"/>
                <w:sz w:val="20"/>
                <w:szCs w:val="20"/>
              </w:rPr>
              <w:t xml:space="preserve"> </w:t>
            </w:r>
            <w:proofErr w:type="spellStart"/>
            <w:r w:rsidRPr="00271B32">
              <w:rPr>
                <w:rFonts w:cs="Calibri"/>
                <w:sz w:val="20"/>
                <w:szCs w:val="20"/>
              </w:rPr>
              <w:t>almasını</w:t>
            </w:r>
            <w:proofErr w:type="spellEnd"/>
            <w:r w:rsidRPr="00271B32">
              <w:rPr>
                <w:rFonts w:cs="Calibri"/>
                <w:sz w:val="20"/>
                <w:szCs w:val="20"/>
              </w:rPr>
              <w:t xml:space="preserve"> </w:t>
            </w:r>
            <w:proofErr w:type="spellStart"/>
            <w:r w:rsidRPr="00271B32">
              <w:rPr>
                <w:rFonts w:cs="Calibri"/>
                <w:sz w:val="20"/>
                <w:szCs w:val="20"/>
              </w:rPr>
              <w:t>sağlayacağımızı</w:t>
            </w:r>
            <w:proofErr w:type="spellEnd"/>
            <w:r w:rsidRPr="00271B32">
              <w:rPr>
                <w:rFonts w:cs="Calibri"/>
                <w:sz w:val="20"/>
                <w:szCs w:val="20"/>
              </w:rPr>
              <w:t xml:space="preserve"> </w:t>
            </w:r>
            <w:proofErr w:type="spellStart"/>
            <w:r w:rsidRPr="00271B32">
              <w:rPr>
                <w:rFonts w:cs="Calibri"/>
                <w:sz w:val="20"/>
                <w:szCs w:val="20"/>
              </w:rPr>
              <w:t>taahhüt</w:t>
            </w:r>
            <w:proofErr w:type="spellEnd"/>
            <w:r w:rsidRPr="00271B32">
              <w:rPr>
                <w:rFonts w:cs="Calibri"/>
                <w:sz w:val="20"/>
                <w:szCs w:val="20"/>
              </w:rPr>
              <w:t xml:space="preserve"> </w:t>
            </w:r>
            <w:proofErr w:type="spellStart"/>
            <w:r w:rsidRPr="00271B32">
              <w:rPr>
                <w:rFonts w:cs="Calibri"/>
                <w:sz w:val="20"/>
                <w:szCs w:val="20"/>
              </w:rPr>
              <w:t>ederiz</w:t>
            </w:r>
            <w:proofErr w:type="spellEnd"/>
            <w:r w:rsidRPr="00271B32">
              <w:rPr>
                <w:rFonts w:cs="Calibri"/>
                <w:sz w:val="20"/>
                <w:szCs w:val="20"/>
              </w:rPr>
              <w:t xml:space="preserve">. </w:t>
            </w:r>
            <w:proofErr w:type="spellStart"/>
            <w:r w:rsidRPr="00271B32">
              <w:rPr>
                <w:rFonts w:cs="Calibri"/>
                <w:sz w:val="20"/>
                <w:szCs w:val="20"/>
              </w:rPr>
              <w:t>Firma</w:t>
            </w:r>
            <w:proofErr w:type="spellEnd"/>
            <w:r w:rsidRPr="00271B32">
              <w:rPr>
                <w:rFonts w:cs="Calibri"/>
                <w:sz w:val="20"/>
                <w:szCs w:val="20"/>
              </w:rPr>
              <w:t xml:space="preserve"> </w:t>
            </w:r>
            <w:proofErr w:type="spellStart"/>
            <w:r w:rsidRPr="00271B32">
              <w:rPr>
                <w:rFonts w:cs="Calibri"/>
                <w:sz w:val="20"/>
                <w:szCs w:val="20"/>
              </w:rPr>
              <w:t>Yetkilisi</w:t>
            </w:r>
            <w:proofErr w:type="spellEnd"/>
            <w:r w:rsidRPr="00271B32">
              <w:rPr>
                <w:rFonts w:cs="Calibri"/>
                <w:sz w:val="20"/>
                <w:szCs w:val="20"/>
              </w:rPr>
              <w:t xml:space="preserve"> (</w:t>
            </w:r>
            <w:proofErr w:type="spellStart"/>
            <w:r w:rsidRPr="00271B32">
              <w:rPr>
                <w:rFonts w:cs="Calibri"/>
                <w:sz w:val="20"/>
                <w:szCs w:val="20"/>
              </w:rPr>
              <w:t>imza</w:t>
            </w:r>
            <w:proofErr w:type="spellEnd"/>
            <w:r w:rsidRPr="00271B32">
              <w:rPr>
                <w:rFonts w:cs="Calibri"/>
                <w:sz w:val="20"/>
                <w:szCs w:val="20"/>
              </w:rPr>
              <w:t xml:space="preserve"> </w:t>
            </w:r>
            <w:proofErr w:type="spellStart"/>
            <w:r w:rsidRPr="00271B32">
              <w:rPr>
                <w:rFonts w:cs="Calibri"/>
                <w:sz w:val="20"/>
                <w:szCs w:val="20"/>
              </w:rPr>
              <w:t>yetkilisi</w:t>
            </w:r>
            <w:proofErr w:type="spellEnd"/>
            <w:r w:rsidRPr="00271B32">
              <w:rPr>
                <w:rFonts w:cs="Calibri"/>
                <w:sz w:val="20"/>
                <w:szCs w:val="20"/>
              </w:rPr>
              <w:t>)</w:t>
            </w:r>
          </w:p>
        </w:tc>
      </w:tr>
      <w:tr w:rsidR="00FE02AA" w:rsidRPr="00271B32" w14:paraId="222F8CF0" w14:textId="77777777" w:rsidTr="00B102CB">
        <w:trPr>
          <w:trHeight w:val="831"/>
          <w:jc w:val="center"/>
        </w:trPr>
        <w:tc>
          <w:tcPr>
            <w:tcW w:w="4673" w:type="dxa"/>
          </w:tcPr>
          <w:p w14:paraId="77A5465D" w14:textId="77777777" w:rsidR="00FE02AA" w:rsidRPr="00271B32" w:rsidRDefault="00FE02AA" w:rsidP="00B102CB">
            <w:pPr>
              <w:spacing w:after="0" w:line="240" w:lineRule="auto"/>
              <w:jc w:val="both"/>
              <w:rPr>
                <w:rFonts w:cs="Calibri"/>
                <w:b/>
                <w:sz w:val="20"/>
                <w:szCs w:val="20"/>
                <w:u w:val="single"/>
              </w:rPr>
            </w:pPr>
          </w:p>
        </w:tc>
        <w:tc>
          <w:tcPr>
            <w:tcW w:w="4961" w:type="dxa"/>
          </w:tcPr>
          <w:p w14:paraId="1A895932" w14:textId="77777777" w:rsidR="00FE02AA" w:rsidRPr="00271B32" w:rsidRDefault="00FE02AA" w:rsidP="00B102CB">
            <w:pPr>
              <w:spacing w:after="0" w:line="240" w:lineRule="auto"/>
              <w:jc w:val="both"/>
              <w:rPr>
                <w:rFonts w:cs="Calibri"/>
                <w:b/>
                <w:sz w:val="20"/>
                <w:szCs w:val="20"/>
                <w:u w:val="single"/>
              </w:rPr>
            </w:pPr>
          </w:p>
        </w:tc>
      </w:tr>
    </w:tbl>
    <w:p w14:paraId="153E8864" w14:textId="77777777" w:rsidR="00FE02AA" w:rsidRPr="00271B32" w:rsidRDefault="00FE02AA" w:rsidP="00FE02AA">
      <w:pPr>
        <w:spacing w:after="0" w:line="240" w:lineRule="auto"/>
        <w:jc w:val="both"/>
        <w:rPr>
          <w:rFonts w:cs="Calibri"/>
          <w:b/>
          <w:sz w:val="20"/>
          <w:szCs w:val="20"/>
          <w:u w:val="single"/>
        </w:rPr>
      </w:pPr>
    </w:p>
    <w:tbl>
      <w:tblPr>
        <w:tblW w:w="96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962"/>
      </w:tblGrid>
      <w:tr w:rsidR="00FE02AA" w:rsidRPr="00271B32" w14:paraId="5B93E195" w14:textId="77777777" w:rsidTr="00B102CB">
        <w:trPr>
          <w:jc w:val="center"/>
        </w:trPr>
        <w:tc>
          <w:tcPr>
            <w:tcW w:w="4673" w:type="dxa"/>
          </w:tcPr>
          <w:p w14:paraId="1B031675" w14:textId="77777777" w:rsidR="00FE02AA" w:rsidRPr="00271B32" w:rsidRDefault="00FE02AA" w:rsidP="00B102CB">
            <w:pPr>
              <w:spacing w:after="0" w:line="240" w:lineRule="auto"/>
              <w:jc w:val="center"/>
              <w:rPr>
                <w:rFonts w:cs="Calibri"/>
                <w:b/>
                <w:sz w:val="20"/>
                <w:szCs w:val="20"/>
              </w:rPr>
            </w:pPr>
            <w:r w:rsidRPr="00271B32">
              <w:rPr>
                <w:rFonts w:cs="Calibri"/>
                <w:b/>
                <w:sz w:val="20"/>
                <w:szCs w:val="20"/>
              </w:rPr>
              <w:t xml:space="preserve">BÖLÜM </w:t>
            </w:r>
            <w:r>
              <w:rPr>
                <w:rFonts w:cs="Calibri"/>
                <w:b/>
                <w:sz w:val="20"/>
                <w:szCs w:val="20"/>
              </w:rPr>
              <w:t>İME</w:t>
            </w:r>
            <w:r w:rsidRPr="00271B32">
              <w:rPr>
                <w:rFonts w:cs="Calibri"/>
                <w:b/>
                <w:sz w:val="20"/>
                <w:szCs w:val="20"/>
              </w:rPr>
              <w:t xml:space="preserve"> KOORDİNATÖRÜ </w:t>
            </w:r>
            <w:r w:rsidRPr="00271B32">
              <w:rPr>
                <w:rFonts w:cs="Calibri"/>
                <w:b/>
                <w:sz w:val="20"/>
                <w:szCs w:val="20"/>
              </w:rPr>
              <w:br/>
              <w:t>(</w:t>
            </w:r>
            <w:proofErr w:type="spellStart"/>
            <w:r w:rsidRPr="00271B32">
              <w:rPr>
                <w:rFonts w:cs="Calibri"/>
                <w:b/>
                <w:sz w:val="20"/>
                <w:szCs w:val="20"/>
              </w:rPr>
              <w:t>Kaşe</w:t>
            </w:r>
            <w:proofErr w:type="spellEnd"/>
            <w:r w:rsidRPr="00271B32">
              <w:rPr>
                <w:rFonts w:cs="Calibri"/>
                <w:b/>
                <w:sz w:val="20"/>
                <w:szCs w:val="20"/>
              </w:rPr>
              <w:t xml:space="preserve">, </w:t>
            </w:r>
            <w:proofErr w:type="spellStart"/>
            <w:r w:rsidRPr="00271B32">
              <w:rPr>
                <w:rFonts w:cs="Calibri"/>
                <w:b/>
                <w:sz w:val="20"/>
                <w:szCs w:val="20"/>
              </w:rPr>
              <w:t>İmza</w:t>
            </w:r>
            <w:proofErr w:type="spellEnd"/>
            <w:r w:rsidRPr="00271B32">
              <w:rPr>
                <w:rFonts w:cs="Calibri"/>
                <w:b/>
                <w:sz w:val="20"/>
                <w:szCs w:val="20"/>
              </w:rPr>
              <w:t>)</w:t>
            </w:r>
          </w:p>
        </w:tc>
        <w:tc>
          <w:tcPr>
            <w:tcW w:w="4962" w:type="dxa"/>
          </w:tcPr>
          <w:p w14:paraId="60814DD5" w14:textId="77777777" w:rsidR="00FE02AA" w:rsidRPr="00271B32" w:rsidRDefault="00FE02AA" w:rsidP="00B102CB">
            <w:pPr>
              <w:spacing w:after="0" w:line="240" w:lineRule="auto"/>
              <w:jc w:val="center"/>
              <w:rPr>
                <w:rFonts w:cs="Calibri"/>
                <w:b/>
                <w:sz w:val="20"/>
                <w:szCs w:val="20"/>
              </w:rPr>
            </w:pPr>
            <w:r w:rsidRPr="00271B32">
              <w:rPr>
                <w:rFonts w:cs="Calibri"/>
                <w:b/>
                <w:sz w:val="20"/>
                <w:szCs w:val="20"/>
              </w:rPr>
              <w:t xml:space="preserve">BÖLÜM BAŞKANI </w:t>
            </w:r>
            <w:r w:rsidRPr="00271B32">
              <w:rPr>
                <w:rFonts w:cs="Calibri"/>
                <w:b/>
                <w:sz w:val="20"/>
                <w:szCs w:val="20"/>
              </w:rPr>
              <w:br/>
              <w:t>(</w:t>
            </w:r>
            <w:proofErr w:type="spellStart"/>
            <w:r w:rsidRPr="00271B32">
              <w:rPr>
                <w:rFonts w:cs="Calibri"/>
                <w:b/>
                <w:sz w:val="20"/>
                <w:szCs w:val="20"/>
              </w:rPr>
              <w:t>Kaşe</w:t>
            </w:r>
            <w:proofErr w:type="spellEnd"/>
            <w:r w:rsidRPr="00271B32">
              <w:rPr>
                <w:rFonts w:cs="Calibri"/>
                <w:b/>
                <w:sz w:val="20"/>
                <w:szCs w:val="20"/>
              </w:rPr>
              <w:t xml:space="preserve">, </w:t>
            </w:r>
            <w:proofErr w:type="spellStart"/>
            <w:r w:rsidRPr="00271B32">
              <w:rPr>
                <w:rFonts w:cs="Calibri"/>
                <w:b/>
                <w:sz w:val="20"/>
                <w:szCs w:val="20"/>
              </w:rPr>
              <w:t>İmza</w:t>
            </w:r>
            <w:proofErr w:type="spellEnd"/>
            <w:r w:rsidRPr="00271B32">
              <w:rPr>
                <w:rFonts w:cs="Calibri"/>
                <w:b/>
                <w:sz w:val="20"/>
                <w:szCs w:val="20"/>
              </w:rPr>
              <w:t>)</w:t>
            </w:r>
          </w:p>
        </w:tc>
      </w:tr>
      <w:tr w:rsidR="00FE02AA" w:rsidRPr="00271B32" w14:paraId="09879267" w14:textId="77777777" w:rsidTr="00B102CB">
        <w:trPr>
          <w:trHeight w:val="953"/>
          <w:jc w:val="center"/>
        </w:trPr>
        <w:tc>
          <w:tcPr>
            <w:tcW w:w="4673" w:type="dxa"/>
          </w:tcPr>
          <w:p w14:paraId="5341FEF9" w14:textId="77777777" w:rsidR="00FE02AA" w:rsidRPr="00271B32" w:rsidRDefault="00FE02AA" w:rsidP="00B102CB">
            <w:pPr>
              <w:spacing w:after="0" w:line="240" w:lineRule="auto"/>
              <w:jc w:val="both"/>
              <w:rPr>
                <w:rFonts w:cs="Calibri"/>
                <w:b/>
                <w:sz w:val="20"/>
                <w:szCs w:val="20"/>
                <w:u w:val="single"/>
              </w:rPr>
            </w:pPr>
          </w:p>
        </w:tc>
        <w:tc>
          <w:tcPr>
            <w:tcW w:w="4962" w:type="dxa"/>
          </w:tcPr>
          <w:p w14:paraId="25DF7B3D" w14:textId="77777777" w:rsidR="00FE02AA" w:rsidRPr="00271B32" w:rsidRDefault="00FE02AA" w:rsidP="00B102CB">
            <w:pPr>
              <w:spacing w:after="0" w:line="240" w:lineRule="auto"/>
              <w:jc w:val="both"/>
              <w:rPr>
                <w:rFonts w:cs="Calibri"/>
                <w:b/>
                <w:sz w:val="20"/>
                <w:szCs w:val="20"/>
                <w:u w:val="single"/>
              </w:rPr>
            </w:pPr>
          </w:p>
        </w:tc>
      </w:tr>
    </w:tbl>
    <w:p w14:paraId="31083895" w14:textId="77777777" w:rsidR="00FE02AA" w:rsidRPr="000A2D6C" w:rsidRDefault="00FE02AA" w:rsidP="00FE02AA">
      <w:pPr>
        <w:spacing w:after="0" w:line="240" w:lineRule="auto"/>
        <w:jc w:val="both"/>
        <w:rPr>
          <w:rFonts w:cs="Calibri"/>
          <w:sz w:val="20"/>
          <w:szCs w:val="20"/>
          <w:u w:val="single"/>
        </w:rPr>
      </w:pPr>
      <w:r w:rsidRPr="000A2D6C">
        <w:rPr>
          <w:rFonts w:cs="Calibri"/>
          <w:sz w:val="20"/>
          <w:szCs w:val="20"/>
          <w:u w:val="single"/>
        </w:rPr>
        <w:t xml:space="preserve">NOT 1: Teslim </w:t>
      </w:r>
      <w:proofErr w:type="spellStart"/>
      <w:r w:rsidRPr="000A2D6C">
        <w:rPr>
          <w:rFonts w:cs="Calibri"/>
          <w:sz w:val="20"/>
          <w:szCs w:val="20"/>
          <w:u w:val="single"/>
        </w:rPr>
        <w:t>edilecek</w:t>
      </w:r>
      <w:proofErr w:type="spellEnd"/>
      <w:r w:rsidRPr="000A2D6C">
        <w:rPr>
          <w:rFonts w:cs="Calibri"/>
          <w:sz w:val="20"/>
          <w:szCs w:val="20"/>
          <w:u w:val="single"/>
        </w:rPr>
        <w:t xml:space="preserve"> form 3 </w:t>
      </w:r>
      <w:proofErr w:type="spellStart"/>
      <w:r w:rsidRPr="000A2D6C">
        <w:rPr>
          <w:rFonts w:cs="Calibri"/>
          <w:sz w:val="20"/>
          <w:szCs w:val="20"/>
          <w:u w:val="single"/>
        </w:rPr>
        <w:t>asıl</w:t>
      </w:r>
      <w:proofErr w:type="spellEnd"/>
      <w:r w:rsidRPr="000A2D6C">
        <w:rPr>
          <w:rFonts w:cs="Calibri"/>
          <w:sz w:val="20"/>
          <w:szCs w:val="20"/>
          <w:u w:val="single"/>
        </w:rPr>
        <w:t xml:space="preserve"> </w:t>
      </w:r>
      <w:proofErr w:type="spellStart"/>
      <w:r w:rsidRPr="000A2D6C">
        <w:rPr>
          <w:rFonts w:cs="Calibri"/>
          <w:sz w:val="20"/>
          <w:szCs w:val="20"/>
          <w:u w:val="single"/>
        </w:rPr>
        <w:t>nüsha</w:t>
      </w:r>
      <w:proofErr w:type="spellEnd"/>
      <w:r w:rsidRPr="000A2D6C">
        <w:rPr>
          <w:rFonts w:cs="Calibri"/>
          <w:sz w:val="20"/>
          <w:szCs w:val="20"/>
          <w:u w:val="single"/>
        </w:rPr>
        <w:t xml:space="preserve"> </w:t>
      </w:r>
      <w:proofErr w:type="spellStart"/>
      <w:r w:rsidRPr="000A2D6C">
        <w:rPr>
          <w:rFonts w:cs="Calibri"/>
          <w:sz w:val="20"/>
          <w:szCs w:val="20"/>
          <w:u w:val="single"/>
        </w:rPr>
        <w:t>olarak</w:t>
      </w:r>
      <w:proofErr w:type="spellEnd"/>
      <w:r w:rsidRPr="000A2D6C">
        <w:rPr>
          <w:rFonts w:cs="Calibri"/>
          <w:sz w:val="20"/>
          <w:szCs w:val="20"/>
          <w:u w:val="single"/>
        </w:rPr>
        <w:t xml:space="preserve"> (</w:t>
      </w:r>
      <w:proofErr w:type="spellStart"/>
      <w:r w:rsidRPr="000A2D6C">
        <w:rPr>
          <w:rFonts w:cs="Calibri"/>
          <w:sz w:val="20"/>
          <w:szCs w:val="20"/>
          <w:u w:val="single"/>
        </w:rPr>
        <w:t>fotokopi</w:t>
      </w:r>
      <w:proofErr w:type="spellEnd"/>
      <w:r w:rsidRPr="000A2D6C">
        <w:rPr>
          <w:rFonts w:cs="Calibri"/>
          <w:sz w:val="20"/>
          <w:szCs w:val="20"/>
          <w:u w:val="single"/>
        </w:rPr>
        <w:t xml:space="preserve"> </w:t>
      </w:r>
      <w:proofErr w:type="spellStart"/>
      <w:r w:rsidRPr="000A2D6C">
        <w:rPr>
          <w:rFonts w:cs="Calibri"/>
          <w:sz w:val="20"/>
          <w:szCs w:val="20"/>
          <w:u w:val="single"/>
        </w:rPr>
        <w:t>değil</w:t>
      </w:r>
      <w:proofErr w:type="spellEnd"/>
      <w:r w:rsidRPr="000A2D6C">
        <w:rPr>
          <w:rFonts w:cs="Calibri"/>
          <w:sz w:val="20"/>
          <w:szCs w:val="20"/>
          <w:u w:val="single"/>
        </w:rPr>
        <w:t xml:space="preserve">) </w:t>
      </w:r>
      <w:proofErr w:type="spellStart"/>
      <w:r w:rsidRPr="000A2D6C">
        <w:rPr>
          <w:rFonts w:cs="Calibri"/>
          <w:sz w:val="20"/>
          <w:szCs w:val="20"/>
          <w:u w:val="single"/>
        </w:rPr>
        <w:t>hazırlanır</w:t>
      </w:r>
      <w:proofErr w:type="spellEnd"/>
      <w:r w:rsidRPr="000A2D6C">
        <w:rPr>
          <w:rFonts w:cs="Calibri"/>
          <w:sz w:val="20"/>
          <w:szCs w:val="20"/>
          <w:u w:val="single"/>
        </w:rPr>
        <w:t xml:space="preserve">. </w:t>
      </w:r>
      <w:proofErr w:type="spellStart"/>
      <w:r w:rsidRPr="000A2D6C">
        <w:rPr>
          <w:rFonts w:cs="Calibri"/>
          <w:sz w:val="20"/>
          <w:szCs w:val="20"/>
        </w:rPr>
        <w:t>İşyeri</w:t>
      </w:r>
      <w:proofErr w:type="spellEnd"/>
      <w:r w:rsidRPr="000A2D6C">
        <w:rPr>
          <w:rFonts w:cs="Calibri"/>
          <w:sz w:val="20"/>
          <w:szCs w:val="20"/>
        </w:rPr>
        <w:t xml:space="preserve"> </w:t>
      </w:r>
      <w:proofErr w:type="spellStart"/>
      <w:r w:rsidRPr="000A2D6C">
        <w:rPr>
          <w:rFonts w:cs="Calibri"/>
          <w:sz w:val="20"/>
          <w:szCs w:val="20"/>
        </w:rPr>
        <w:t>eğitimine</w:t>
      </w:r>
      <w:proofErr w:type="spellEnd"/>
      <w:r w:rsidRPr="000A2D6C">
        <w:rPr>
          <w:rFonts w:cs="Calibri"/>
          <w:sz w:val="20"/>
          <w:szCs w:val="20"/>
        </w:rPr>
        <w:t xml:space="preserve"> </w:t>
      </w:r>
      <w:proofErr w:type="spellStart"/>
      <w:r w:rsidRPr="000A2D6C">
        <w:rPr>
          <w:rFonts w:cs="Calibri"/>
          <w:sz w:val="20"/>
          <w:szCs w:val="20"/>
        </w:rPr>
        <w:t>başlama</w:t>
      </w:r>
      <w:proofErr w:type="spellEnd"/>
      <w:r w:rsidRPr="000A2D6C">
        <w:rPr>
          <w:rFonts w:cs="Calibri"/>
          <w:sz w:val="20"/>
          <w:szCs w:val="20"/>
        </w:rPr>
        <w:t xml:space="preserve"> </w:t>
      </w:r>
      <w:proofErr w:type="spellStart"/>
      <w:r w:rsidRPr="000A2D6C">
        <w:rPr>
          <w:rFonts w:cs="Calibri"/>
          <w:sz w:val="20"/>
          <w:szCs w:val="20"/>
        </w:rPr>
        <w:t>tarihinden</w:t>
      </w:r>
      <w:proofErr w:type="spellEnd"/>
      <w:r w:rsidRPr="000A2D6C">
        <w:rPr>
          <w:rFonts w:cs="Calibri"/>
          <w:sz w:val="20"/>
          <w:szCs w:val="20"/>
        </w:rPr>
        <w:t xml:space="preserve"> </w:t>
      </w:r>
      <w:proofErr w:type="spellStart"/>
      <w:r w:rsidRPr="000A2D6C">
        <w:rPr>
          <w:rFonts w:cs="Calibri"/>
          <w:sz w:val="20"/>
          <w:szCs w:val="20"/>
        </w:rPr>
        <w:t>en</w:t>
      </w:r>
      <w:proofErr w:type="spellEnd"/>
      <w:r w:rsidRPr="000A2D6C">
        <w:rPr>
          <w:rFonts w:cs="Calibri"/>
          <w:sz w:val="20"/>
          <w:szCs w:val="20"/>
        </w:rPr>
        <w:t xml:space="preserve"> </w:t>
      </w:r>
      <w:proofErr w:type="spellStart"/>
      <w:r w:rsidRPr="000A2D6C">
        <w:rPr>
          <w:rFonts w:cs="Calibri"/>
          <w:sz w:val="20"/>
          <w:szCs w:val="20"/>
        </w:rPr>
        <w:t>az</w:t>
      </w:r>
      <w:proofErr w:type="spellEnd"/>
      <w:r w:rsidRPr="000A2D6C">
        <w:rPr>
          <w:rFonts w:cs="Calibri"/>
          <w:sz w:val="20"/>
          <w:szCs w:val="20"/>
        </w:rPr>
        <w:t xml:space="preserve"> 1 </w:t>
      </w:r>
      <w:proofErr w:type="spellStart"/>
      <w:r w:rsidRPr="000A2D6C">
        <w:rPr>
          <w:rFonts w:cs="Calibri"/>
          <w:sz w:val="20"/>
          <w:szCs w:val="20"/>
        </w:rPr>
        <w:t>hafta</w:t>
      </w:r>
      <w:proofErr w:type="spellEnd"/>
      <w:r w:rsidRPr="000A2D6C">
        <w:rPr>
          <w:rFonts w:cs="Calibri"/>
          <w:sz w:val="20"/>
          <w:szCs w:val="20"/>
        </w:rPr>
        <w:t xml:space="preserve"> </w:t>
      </w:r>
      <w:proofErr w:type="spellStart"/>
      <w:r w:rsidRPr="000A2D6C">
        <w:rPr>
          <w:rFonts w:cs="Calibri"/>
          <w:sz w:val="20"/>
          <w:szCs w:val="20"/>
        </w:rPr>
        <w:t>önce</w:t>
      </w:r>
      <w:proofErr w:type="spellEnd"/>
      <w:r w:rsidRPr="000A2D6C">
        <w:rPr>
          <w:rFonts w:cs="Calibri"/>
          <w:sz w:val="20"/>
          <w:szCs w:val="20"/>
        </w:rPr>
        <w:t xml:space="preserve"> 1 </w:t>
      </w:r>
      <w:proofErr w:type="spellStart"/>
      <w:r w:rsidRPr="000A2D6C">
        <w:rPr>
          <w:rFonts w:cs="Calibri"/>
          <w:sz w:val="20"/>
          <w:szCs w:val="20"/>
        </w:rPr>
        <w:t>nüshasının</w:t>
      </w:r>
      <w:proofErr w:type="spellEnd"/>
      <w:r w:rsidRPr="000A2D6C">
        <w:rPr>
          <w:rFonts w:cs="Calibri"/>
          <w:sz w:val="20"/>
          <w:szCs w:val="20"/>
        </w:rPr>
        <w:t xml:space="preserve"> </w:t>
      </w:r>
      <w:proofErr w:type="spellStart"/>
      <w:r w:rsidRPr="000A2D6C">
        <w:rPr>
          <w:rFonts w:cs="Calibri"/>
          <w:sz w:val="20"/>
          <w:szCs w:val="20"/>
        </w:rPr>
        <w:t>Fakültemiz</w:t>
      </w:r>
      <w:proofErr w:type="spellEnd"/>
      <w:r w:rsidRPr="000A2D6C">
        <w:rPr>
          <w:rFonts w:cs="Calibri"/>
          <w:sz w:val="20"/>
          <w:szCs w:val="20"/>
        </w:rPr>
        <w:t xml:space="preserve"> </w:t>
      </w:r>
      <w:proofErr w:type="spellStart"/>
      <w:r w:rsidRPr="000A2D6C">
        <w:rPr>
          <w:rFonts w:cs="Calibri"/>
          <w:sz w:val="20"/>
          <w:szCs w:val="20"/>
        </w:rPr>
        <w:t>İşyeri</w:t>
      </w:r>
      <w:proofErr w:type="spellEnd"/>
      <w:r w:rsidRPr="000A2D6C">
        <w:rPr>
          <w:rFonts w:cs="Calibri"/>
          <w:sz w:val="20"/>
          <w:szCs w:val="20"/>
        </w:rPr>
        <w:t xml:space="preserve"> Eğitimi Birimine, 1 </w:t>
      </w:r>
      <w:proofErr w:type="spellStart"/>
      <w:r w:rsidRPr="000A2D6C">
        <w:rPr>
          <w:rFonts w:cs="Calibri"/>
          <w:sz w:val="20"/>
          <w:szCs w:val="20"/>
        </w:rPr>
        <w:t>nüshasının</w:t>
      </w:r>
      <w:proofErr w:type="spellEnd"/>
      <w:r w:rsidRPr="000A2D6C">
        <w:rPr>
          <w:rFonts w:cs="Calibri"/>
          <w:sz w:val="20"/>
          <w:szCs w:val="20"/>
        </w:rPr>
        <w:t xml:space="preserve"> </w:t>
      </w:r>
      <w:proofErr w:type="spellStart"/>
      <w:r w:rsidRPr="000A2D6C">
        <w:rPr>
          <w:rFonts w:cs="Calibri"/>
          <w:sz w:val="20"/>
          <w:szCs w:val="20"/>
        </w:rPr>
        <w:t>bölüm</w:t>
      </w:r>
      <w:proofErr w:type="spellEnd"/>
      <w:r w:rsidRPr="000A2D6C">
        <w:rPr>
          <w:rFonts w:cs="Calibri"/>
          <w:sz w:val="20"/>
          <w:szCs w:val="20"/>
        </w:rPr>
        <w:t xml:space="preserve"> </w:t>
      </w:r>
      <w:proofErr w:type="spellStart"/>
      <w:r w:rsidRPr="000A2D6C">
        <w:rPr>
          <w:rFonts w:cs="Calibri"/>
          <w:sz w:val="20"/>
          <w:szCs w:val="20"/>
        </w:rPr>
        <w:t>başkanlığına</w:t>
      </w:r>
      <w:proofErr w:type="spellEnd"/>
      <w:r w:rsidRPr="000A2D6C">
        <w:rPr>
          <w:rFonts w:cs="Calibri"/>
          <w:sz w:val="20"/>
          <w:szCs w:val="20"/>
        </w:rPr>
        <w:t xml:space="preserve"> </w:t>
      </w:r>
      <w:proofErr w:type="spellStart"/>
      <w:r w:rsidRPr="000A2D6C">
        <w:rPr>
          <w:rFonts w:cs="Calibri"/>
          <w:sz w:val="20"/>
          <w:szCs w:val="20"/>
        </w:rPr>
        <w:t>ve</w:t>
      </w:r>
      <w:proofErr w:type="spellEnd"/>
      <w:r w:rsidRPr="000A2D6C">
        <w:rPr>
          <w:rFonts w:cs="Calibri"/>
          <w:sz w:val="20"/>
          <w:szCs w:val="20"/>
        </w:rPr>
        <w:t xml:space="preserve"> 1 </w:t>
      </w:r>
      <w:proofErr w:type="spellStart"/>
      <w:r w:rsidRPr="000A2D6C">
        <w:rPr>
          <w:rFonts w:cs="Calibri"/>
          <w:sz w:val="20"/>
          <w:szCs w:val="20"/>
        </w:rPr>
        <w:t>nüshasının</w:t>
      </w:r>
      <w:proofErr w:type="spellEnd"/>
      <w:r w:rsidRPr="000A2D6C">
        <w:rPr>
          <w:rFonts w:cs="Calibri"/>
          <w:sz w:val="20"/>
          <w:szCs w:val="20"/>
        </w:rPr>
        <w:t xml:space="preserve"> </w:t>
      </w:r>
      <w:proofErr w:type="spellStart"/>
      <w:r w:rsidRPr="000A2D6C">
        <w:rPr>
          <w:rFonts w:cs="Calibri"/>
          <w:sz w:val="20"/>
          <w:szCs w:val="20"/>
        </w:rPr>
        <w:t>işyeri</w:t>
      </w:r>
      <w:proofErr w:type="spellEnd"/>
      <w:r w:rsidRPr="000A2D6C">
        <w:rPr>
          <w:rFonts w:cs="Calibri"/>
          <w:sz w:val="20"/>
          <w:szCs w:val="20"/>
        </w:rPr>
        <w:t xml:space="preserve"> </w:t>
      </w:r>
      <w:proofErr w:type="spellStart"/>
      <w:r w:rsidRPr="000A2D6C">
        <w:rPr>
          <w:rFonts w:cs="Calibri"/>
          <w:sz w:val="20"/>
          <w:szCs w:val="20"/>
        </w:rPr>
        <w:t>eğitimi</w:t>
      </w:r>
      <w:proofErr w:type="spellEnd"/>
      <w:r w:rsidRPr="000A2D6C">
        <w:rPr>
          <w:rFonts w:cs="Calibri"/>
          <w:sz w:val="20"/>
          <w:szCs w:val="20"/>
        </w:rPr>
        <w:t xml:space="preserve"> </w:t>
      </w:r>
      <w:proofErr w:type="spellStart"/>
      <w:r w:rsidRPr="000A2D6C">
        <w:rPr>
          <w:rFonts w:cs="Calibri"/>
          <w:sz w:val="20"/>
          <w:szCs w:val="20"/>
        </w:rPr>
        <w:t>yapılacak</w:t>
      </w:r>
      <w:proofErr w:type="spellEnd"/>
      <w:r w:rsidRPr="000A2D6C">
        <w:rPr>
          <w:rFonts w:cs="Calibri"/>
          <w:sz w:val="20"/>
          <w:szCs w:val="20"/>
        </w:rPr>
        <w:t xml:space="preserve"> </w:t>
      </w:r>
      <w:proofErr w:type="spellStart"/>
      <w:r w:rsidRPr="000A2D6C">
        <w:rPr>
          <w:rFonts w:cs="Calibri"/>
          <w:sz w:val="20"/>
          <w:szCs w:val="20"/>
        </w:rPr>
        <w:t>işletmeye</w:t>
      </w:r>
      <w:proofErr w:type="spellEnd"/>
      <w:r w:rsidRPr="000A2D6C">
        <w:rPr>
          <w:rFonts w:cs="Calibri"/>
          <w:sz w:val="20"/>
          <w:szCs w:val="20"/>
        </w:rPr>
        <w:t xml:space="preserve"> </w:t>
      </w:r>
      <w:proofErr w:type="spellStart"/>
      <w:r w:rsidRPr="000A2D6C">
        <w:rPr>
          <w:rFonts w:cs="Calibri"/>
          <w:sz w:val="20"/>
          <w:szCs w:val="20"/>
        </w:rPr>
        <w:t>teslim</w:t>
      </w:r>
      <w:proofErr w:type="spellEnd"/>
      <w:r w:rsidRPr="000A2D6C">
        <w:rPr>
          <w:rFonts w:cs="Calibri"/>
          <w:sz w:val="20"/>
          <w:szCs w:val="20"/>
        </w:rPr>
        <w:t xml:space="preserve"> </w:t>
      </w:r>
      <w:proofErr w:type="spellStart"/>
      <w:r w:rsidRPr="000A2D6C">
        <w:rPr>
          <w:rFonts w:cs="Calibri"/>
          <w:sz w:val="20"/>
          <w:szCs w:val="20"/>
        </w:rPr>
        <w:t>edilmesi</w:t>
      </w:r>
      <w:proofErr w:type="spellEnd"/>
      <w:r w:rsidRPr="000A2D6C">
        <w:rPr>
          <w:rFonts w:cs="Calibri"/>
          <w:sz w:val="20"/>
          <w:szCs w:val="20"/>
        </w:rPr>
        <w:t xml:space="preserve"> </w:t>
      </w:r>
      <w:proofErr w:type="spellStart"/>
      <w:r w:rsidRPr="000A2D6C">
        <w:rPr>
          <w:rFonts w:cs="Calibri"/>
          <w:sz w:val="20"/>
          <w:szCs w:val="20"/>
        </w:rPr>
        <w:t>zorunludur</w:t>
      </w:r>
      <w:proofErr w:type="spellEnd"/>
      <w:r w:rsidRPr="000A2D6C">
        <w:rPr>
          <w:rFonts w:cs="Calibri"/>
          <w:sz w:val="20"/>
          <w:szCs w:val="20"/>
          <w:u w:val="single"/>
        </w:rPr>
        <w:t xml:space="preserve">. </w:t>
      </w:r>
    </w:p>
    <w:p w14:paraId="236F8AB1" w14:textId="77777777" w:rsidR="00FE02AA" w:rsidRPr="0015729A" w:rsidRDefault="00FE02AA" w:rsidP="00FE02AA">
      <w:pPr>
        <w:spacing w:after="0" w:line="240" w:lineRule="auto"/>
        <w:jc w:val="both"/>
        <w:rPr>
          <w:rFonts w:cs="Calibri"/>
          <w:sz w:val="20"/>
          <w:szCs w:val="20"/>
        </w:rPr>
      </w:pPr>
      <w:r w:rsidRPr="000A2D6C">
        <w:rPr>
          <w:rFonts w:cs="Calibri"/>
          <w:sz w:val="20"/>
          <w:szCs w:val="20"/>
          <w:u w:val="single"/>
        </w:rPr>
        <w:t xml:space="preserve">NOT 2:  </w:t>
      </w:r>
      <w:r w:rsidRPr="000A2D6C">
        <w:rPr>
          <w:sz w:val="20"/>
          <w:szCs w:val="20"/>
        </w:rPr>
        <w:t xml:space="preserve">3308 </w:t>
      </w:r>
      <w:proofErr w:type="spellStart"/>
      <w:r w:rsidRPr="000A2D6C">
        <w:rPr>
          <w:sz w:val="20"/>
          <w:szCs w:val="20"/>
        </w:rPr>
        <w:t>sayılı</w:t>
      </w:r>
      <w:proofErr w:type="spellEnd"/>
      <w:r w:rsidRPr="000A2D6C">
        <w:rPr>
          <w:sz w:val="20"/>
          <w:szCs w:val="20"/>
        </w:rPr>
        <w:t xml:space="preserve"> </w:t>
      </w:r>
      <w:proofErr w:type="spellStart"/>
      <w:r w:rsidRPr="000A2D6C">
        <w:rPr>
          <w:sz w:val="20"/>
          <w:szCs w:val="20"/>
        </w:rPr>
        <w:t>Kanunun</w:t>
      </w:r>
      <w:proofErr w:type="spellEnd"/>
      <w:r w:rsidRPr="000A2D6C">
        <w:rPr>
          <w:sz w:val="20"/>
          <w:szCs w:val="20"/>
        </w:rPr>
        <w:t xml:space="preserve"> 25 </w:t>
      </w:r>
      <w:proofErr w:type="spellStart"/>
      <w:r w:rsidRPr="000A2D6C">
        <w:rPr>
          <w:sz w:val="20"/>
          <w:szCs w:val="20"/>
        </w:rPr>
        <w:t>inci</w:t>
      </w:r>
      <w:proofErr w:type="spellEnd"/>
      <w:r w:rsidRPr="000A2D6C">
        <w:rPr>
          <w:sz w:val="20"/>
          <w:szCs w:val="20"/>
        </w:rPr>
        <w:t xml:space="preserve"> </w:t>
      </w:r>
      <w:proofErr w:type="spellStart"/>
      <w:r w:rsidRPr="000A2D6C">
        <w:rPr>
          <w:sz w:val="20"/>
          <w:szCs w:val="20"/>
        </w:rPr>
        <w:t>maddesi</w:t>
      </w:r>
      <w:proofErr w:type="spellEnd"/>
      <w:r w:rsidRPr="000A2D6C">
        <w:rPr>
          <w:sz w:val="20"/>
          <w:szCs w:val="20"/>
        </w:rPr>
        <w:t xml:space="preserve"> </w:t>
      </w:r>
      <w:proofErr w:type="spellStart"/>
      <w:r w:rsidRPr="000A2D6C">
        <w:rPr>
          <w:sz w:val="20"/>
          <w:szCs w:val="20"/>
        </w:rPr>
        <w:t>ile</w:t>
      </w:r>
      <w:proofErr w:type="spellEnd"/>
      <w:r w:rsidRPr="000A2D6C">
        <w:rPr>
          <w:sz w:val="20"/>
          <w:szCs w:val="20"/>
        </w:rPr>
        <w:t xml:space="preserve"> 5510 </w:t>
      </w:r>
      <w:proofErr w:type="spellStart"/>
      <w:r w:rsidRPr="000A2D6C">
        <w:rPr>
          <w:sz w:val="20"/>
          <w:szCs w:val="20"/>
        </w:rPr>
        <w:t>sayılı</w:t>
      </w:r>
      <w:proofErr w:type="spellEnd"/>
      <w:r w:rsidRPr="000A2D6C">
        <w:rPr>
          <w:sz w:val="20"/>
          <w:szCs w:val="20"/>
        </w:rPr>
        <w:t xml:space="preserve"> </w:t>
      </w:r>
      <w:proofErr w:type="spellStart"/>
      <w:r w:rsidRPr="000A2D6C">
        <w:rPr>
          <w:sz w:val="20"/>
          <w:szCs w:val="20"/>
        </w:rPr>
        <w:t>Kanunun</w:t>
      </w:r>
      <w:proofErr w:type="spellEnd"/>
      <w:r w:rsidRPr="000A2D6C">
        <w:rPr>
          <w:sz w:val="20"/>
          <w:szCs w:val="20"/>
        </w:rPr>
        <w:t xml:space="preserve"> 5 </w:t>
      </w:r>
      <w:proofErr w:type="spellStart"/>
      <w:r w:rsidRPr="000A2D6C">
        <w:rPr>
          <w:sz w:val="20"/>
          <w:szCs w:val="20"/>
        </w:rPr>
        <w:t>inci</w:t>
      </w:r>
      <w:proofErr w:type="spellEnd"/>
      <w:r w:rsidRPr="000A2D6C">
        <w:rPr>
          <w:sz w:val="20"/>
          <w:szCs w:val="20"/>
        </w:rPr>
        <w:t xml:space="preserve"> </w:t>
      </w:r>
      <w:proofErr w:type="spellStart"/>
      <w:r w:rsidRPr="000A2D6C">
        <w:rPr>
          <w:sz w:val="20"/>
          <w:szCs w:val="20"/>
        </w:rPr>
        <w:t>maddesinin</w:t>
      </w:r>
      <w:proofErr w:type="spellEnd"/>
      <w:r w:rsidRPr="000A2D6C">
        <w:rPr>
          <w:sz w:val="20"/>
          <w:szCs w:val="20"/>
        </w:rPr>
        <w:t xml:space="preserve"> </w:t>
      </w:r>
      <w:proofErr w:type="spellStart"/>
      <w:r w:rsidRPr="000A2D6C">
        <w:rPr>
          <w:sz w:val="20"/>
          <w:szCs w:val="20"/>
        </w:rPr>
        <w:t>birinci</w:t>
      </w:r>
      <w:proofErr w:type="spellEnd"/>
      <w:r w:rsidRPr="000A2D6C">
        <w:rPr>
          <w:sz w:val="20"/>
          <w:szCs w:val="20"/>
        </w:rPr>
        <w:t xml:space="preserve"> </w:t>
      </w:r>
      <w:proofErr w:type="spellStart"/>
      <w:r w:rsidRPr="000A2D6C">
        <w:rPr>
          <w:sz w:val="20"/>
          <w:szCs w:val="20"/>
        </w:rPr>
        <w:t>fıkrasının</w:t>
      </w:r>
      <w:proofErr w:type="spellEnd"/>
      <w:r w:rsidRPr="000A2D6C">
        <w:rPr>
          <w:sz w:val="20"/>
          <w:szCs w:val="20"/>
        </w:rPr>
        <w:t xml:space="preserve"> (b) </w:t>
      </w:r>
      <w:proofErr w:type="spellStart"/>
      <w:r w:rsidRPr="000A2D6C">
        <w:rPr>
          <w:sz w:val="20"/>
          <w:szCs w:val="20"/>
        </w:rPr>
        <w:t>bendi</w:t>
      </w:r>
      <w:proofErr w:type="spellEnd"/>
      <w:r w:rsidRPr="000A2D6C">
        <w:rPr>
          <w:sz w:val="20"/>
          <w:szCs w:val="20"/>
        </w:rPr>
        <w:t xml:space="preserve"> </w:t>
      </w:r>
      <w:proofErr w:type="spellStart"/>
      <w:r w:rsidRPr="000A2D6C">
        <w:rPr>
          <w:sz w:val="20"/>
          <w:szCs w:val="20"/>
        </w:rPr>
        <w:t>uyarınca</w:t>
      </w:r>
      <w:proofErr w:type="spellEnd"/>
      <w:r w:rsidRPr="000A2D6C">
        <w:rPr>
          <w:sz w:val="20"/>
          <w:szCs w:val="20"/>
        </w:rPr>
        <w:t xml:space="preserve"> </w:t>
      </w:r>
      <w:proofErr w:type="spellStart"/>
      <w:r w:rsidRPr="000A2D6C">
        <w:rPr>
          <w:sz w:val="20"/>
          <w:szCs w:val="20"/>
        </w:rPr>
        <w:t>işletmede</w:t>
      </w:r>
      <w:proofErr w:type="spellEnd"/>
      <w:r w:rsidRPr="000A2D6C">
        <w:rPr>
          <w:sz w:val="20"/>
          <w:szCs w:val="20"/>
        </w:rPr>
        <w:t xml:space="preserve"> </w:t>
      </w:r>
      <w:proofErr w:type="spellStart"/>
      <w:r w:rsidRPr="000A2D6C">
        <w:rPr>
          <w:sz w:val="20"/>
          <w:szCs w:val="20"/>
        </w:rPr>
        <w:t>mesleki</w:t>
      </w:r>
      <w:proofErr w:type="spellEnd"/>
      <w:r w:rsidRPr="000A2D6C">
        <w:rPr>
          <w:sz w:val="20"/>
          <w:szCs w:val="20"/>
        </w:rPr>
        <w:t xml:space="preserve"> </w:t>
      </w:r>
      <w:proofErr w:type="spellStart"/>
      <w:r w:rsidRPr="000A2D6C">
        <w:rPr>
          <w:sz w:val="20"/>
          <w:szCs w:val="20"/>
        </w:rPr>
        <w:t>eğitim</w:t>
      </w:r>
      <w:proofErr w:type="spellEnd"/>
      <w:r w:rsidRPr="000A2D6C">
        <w:rPr>
          <w:sz w:val="20"/>
          <w:szCs w:val="20"/>
        </w:rPr>
        <w:t xml:space="preserve"> </w:t>
      </w:r>
      <w:proofErr w:type="spellStart"/>
      <w:r w:rsidRPr="000A2D6C">
        <w:rPr>
          <w:sz w:val="20"/>
          <w:szCs w:val="20"/>
        </w:rPr>
        <w:t>gören</w:t>
      </w:r>
      <w:proofErr w:type="spellEnd"/>
      <w:r w:rsidRPr="000A2D6C">
        <w:rPr>
          <w:sz w:val="20"/>
          <w:szCs w:val="20"/>
        </w:rPr>
        <w:t xml:space="preserve"> </w:t>
      </w:r>
      <w:proofErr w:type="spellStart"/>
      <w:r w:rsidRPr="000A2D6C">
        <w:rPr>
          <w:sz w:val="20"/>
          <w:szCs w:val="20"/>
        </w:rPr>
        <w:t>öğrenciler</w:t>
      </w:r>
      <w:proofErr w:type="spellEnd"/>
      <w:r w:rsidRPr="000A2D6C">
        <w:rPr>
          <w:sz w:val="20"/>
          <w:szCs w:val="20"/>
        </w:rPr>
        <w:t xml:space="preserve"> </w:t>
      </w:r>
      <w:proofErr w:type="spellStart"/>
      <w:r w:rsidRPr="000A2D6C">
        <w:rPr>
          <w:sz w:val="20"/>
          <w:szCs w:val="20"/>
        </w:rPr>
        <w:t>hakkında</w:t>
      </w:r>
      <w:proofErr w:type="spellEnd"/>
      <w:r w:rsidRPr="000A2D6C">
        <w:rPr>
          <w:sz w:val="20"/>
          <w:szCs w:val="20"/>
        </w:rPr>
        <w:t xml:space="preserve"> </w:t>
      </w:r>
      <w:proofErr w:type="spellStart"/>
      <w:r w:rsidRPr="000A2D6C">
        <w:rPr>
          <w:sz w:val="20"/>
          <w:szCs w:val="20"/>
        </w:rPr>
        <w:t>iş</w:t>
      </w:r>
      <w:proofErr w:type="spellEnd"/>
      <w:r w:rsidRPr="000A2D6C">
        <w:rPr>
          <w:sz w:val="20"/>
          <w:szCs w:val="20"/>
        </w:rPr>
        <w:t xml:space="preserve"> </w:t>
      </w:r>
      <w:proofErr w:type="spellStart"/>
      <w:r w:rsidRPr="000A2D6C">
        <w:rPr>
          <w:sz w:val="20"/>
          <w:szCs w:val="20"/>
        </w:rPr>
        <w:t>kazası</w:t>
      </w:r>
      <w:proofErr w:type="spellEnd"/>
      <w:r w:rsidRPr="000A2D6C">
        <w:rPr>
          <w:sz w:val="20"/>
          <w:szCs w:val="20"/>
        </w:rPr>
        <w:t xml:space="preserve"> </w:t>
      </w:r>
      <w:proofErr w:type="spellStart"/>
      <w:r w:rsidRPr="000A2D6C">
        <w:rPr>
          <w:sz w:val="20"/>
          <w:szCs w:val="20"/>
        </w:rPr>
        <w:t>ve</w:t>
      </w:r>
      <w:proofErr w:type="spellEnd"/>
      <w:r w:rsidRPr="000A2D6C">
        <w:rPr>
          <w:sz w:val="20"/>
          <w:szCs w:val="20"/>
        </w:rPr>
        <w:t xml:space="preserve"> </w:t>
      </w:r>
      <w:proofErr w:type="spellStart"/>
      <w:r w:rsidRPr="000A2D6C">
        <w:rPr>
          <w:sz w:val="20"/>
          <w:szCs w:val="20"/>
        </w:rPr>
        <w:t>meslek</w:t>
      </w:r>
      <w:proofErr w:type="spellEnd"/>
      <w:r w:rsidRPr="000A2D6C">
        <w:rPr>
          <w:sz w:val="20"/>
          <w:szCs w:val="20"/>
        </w:rPr>
        <w:t xml:space="preserve"> </w:t>
      </w:r>
      <w:proofErr w:type="spellStart"/>
      <w:r w:rsidRPr="000A2D6C">
        <w:rPr>
          <w:sz w:val="20"/>
          <w:szCs w:val="20"/>
        </w:rPr>
        <w:t>hastalığı</w:t>
      </w:r>
      <w:proofErr w:type="spellEnd"/>
      <w:r w:rsidRPr="000A2D6C">
        <w:rPr>
          <w:sz w:val="20"/>
          <w:szCs w:val="20"/>
        </w:rPr>
        <w:t xml:space="preserve"> </w:t>
      </w:r>
      <w:proofErr w:type="spellStart"/>
      <w:r w:rsidRPr="000A2D6C">
        <w:rPr>
          <w:sz w:val="20"/>
          <w:szCs w:val="20"/>
        </w:rPr>
        <w:t>ile</w:t>
      </w:r>
      <w:proofErr w:type="spellEnd"/>
      <w:r w:rsidRPr="000A2D6C">
        <w:rPr>
          <w:sz w:val="20"/>
          <w:szCs w:val="20"/>
        </w:rPr>
        <w:t xml:space="preserve"> </w:t>
      </w:r>
      <w:proofErr w:type="spellStart"/>
      <w:r w:rsidRPr="000A2D6C">
        <w:rPr>
          <w:sz w:val="20"/>
          <w:szCs w:val="20"/>
        </w:rPr>
        <w:t>hastalık</w:t>
      </w:r>
      <w:proofErr w:type="spellEnd"/>
      <w:r w:rsidRPr="000A2D6C">
        <w:rPr>
          <w:sz w:val="20"/>
          <w:szCs w:val="20"/>
        </w:rPr>
        <w:t xml:space="preserve"> </w:t>
      </w:r>
      <w:proofErr w:type="spellStart"/>
      <w:r w:rsidRPr="000A2D6C">
        <w:rPr>
          <w:sz w:val="20"/>
          <w:szCs w:val="20"/>
        </w:rPr>
        <w:t>sigortası</w:t>
      </w:r>
      <w:proofErr w:type="spellEnd"/>
      <w:r w:rsidRPr="000A2D6C">
        <w:rPr>
          <w:sz w:val="20"/>
          <w:szCs w:val="20"/>
        </w:rPr>
        <w:t xml:space="preserve"> </w:t>
      </w:r>
      <w:proofErr w:type="spellStart"/>
      <w:r w:rsidRPr="000A2D6C">
        <w:rPr>
          <w:sz w:val="20"/>
          <w:szCs w:val="20"/>
        </w:rPr>
        <w:t>uygulanır</w:t>
      </w:r>
      <w:proofErr w:type="spellEnd"/>
      <w:r w:rsidRPr="000A2D6C">
        <w:rPr>
          <w:sz w:val="20"/>
          <w:szCs w:val="20"/>
        </w:rPr>
        <w:t xml:space="preserve">. Bu </w:t>
      </w:r>
      <w:proofErr w:type="spellStart"/>
      <w:r w:rsidRPr="000A2D6C">
        <w:rPr>
          <w:sz w:val="20"/>
          <w:szCs w:val="20"/>
        </w:rPr>
        <w:t>öğrencilerden</w:t>
      </w:r>
      <w:proofErr w:type="spellEnd"/>
      <w:r w:rsidRPr="000A2D6C">
        <w:rPr>
          <w:sz w:val="20"/>
          <w:szCs w:val="20"/>
        </w:rPr>
        <w:t xml:space="preserve"> </w:t>
      </w:r>
      <w:proofErr w:type="spellStart"/>
      <w:r w:rsidRPr="000A2D6C">
        <w:rPr>
          <w:sz w:val="20"/>
          <w:szCs w:val="20"/>
        </w:rPr>
        <w:t>bakmakla</w:t>
      </w:r>
      <w:proofErr w:type="spellEnd"/>
      <w:r w:rsidRPr="000A2D6C">
        <w:rPr>
          <w:sz w:val="20"/>
          <w:szCs w:val="20"/>
        </w:rPr>
        <w:t xml:space="preserve"> </w:t>
      </w:r>
      <w:proofErr w:type="spellStart"/>
      <w:r w:rsidRPr="000A2D6C">
        <w:rPr>
          <w:sz w:val="20"/>
          <w:szCs w:val="20"/>
        </w:rPr>
        <w:t>yükümlü</w:t>
      </w:r>
      <w:proofErr w:type="spellEnd"/>
      <w:r w:rsidRPr="000A2D6C">
        <w:rPr>
          <w:sz w:val="20"/>
          <w:szCs w:val="20"/>
        </w:rPr>
        <w:t xml:space="preserve"> </w:t>
      </w:r>
      <w:proofErr w:type="spellStart"/>
      <w:r w:rsidRPr="000A2D6C">
        <w:rPr>
          <w:sz w:val="20"/>
          <w:szCs w:val="20"/>
        </w:rPr>
        <w:t>olunan</w:t>
      </w:r>
      <w:proofErr w:type="spellEnd"/>
      <w:r w:rsidRPr="000A2D6C">
        <w:rPr>
          <w:sz w:val="20"/>
          <w:szCs w:val="20"/>
        </w:rPr>
        <w:t xml:space="preserve"> </w:t>
      </w:r>
      <w:proofErr w:type="spellStart"/>
      <w:r w:rsidRPr="000A2D6C">
        <w:rPr>
          <w:sz w:val="20"/>
          <w:szCs w:val="20"/>
        </w:rPr>
        <w:t>kişi</w:t>
      </w:r>
      <w:proofErr w:type="spellEnd"/>
      <w:r w:rsidRPr="000A2D6C">
        <w:rPr>
          <w:sz w:val="20"/>
          <w:szCs w:val="20"/>
        </w:rPr>
        <w:t xml:space="preserve"> </w:t>
      </w:r>
      <w:proofErr w:type="spellStart"/>
      <w:r w:rsidRPr="000A2D6C">
        <w:rPr>
          <w:sz w:val="20"/>
          <w:szCs w:val="20"/>
        </w:rPr>
        <w:t>durumunda</w:t>
      </w:r>
      <w:proofErr w:type="spellEnd"/>
      <w:r w:rsidRPr="000A2D6C">
        <w:rPr>
          <w:sz w:val="20"/>
          <w:szCs w:val="20"/>
        </w:rPr>
        <w:t xml:space="preserve"> </w:t>
      </w:r>
      <w:proofErr w:type="spellStart"/>
      <w:r w:rsidRPr="000A2D6C">
        <w:rPr>
          <w:sz w:val="20"/>
          <w:szCs w:val="20"/>
        </w:rPr>
        <w:t>olmayanlar</w:t>
      </w:r>
      <w:proofErr w:type="spellEnd"/>
      <w:r w:rsidRPr="000A2D6C">
        <w:rPr>
          <w:sz w:val="20"/>
          <w:szCs w:val="20"/>
        </w:rPr>
        <w:t xml:space="preserve"> </w:t>
      </w:r>
      <w:proofErr w:type="spellStart"/>
      <w:r w:rsidRPr="000A2D6C">
        <w:rPr>
          <w:sz w:val="20"/>
          <w:szCs w:val="20"/>
        </w:rPr>
        <w:t>hakkında</w:t>
      </w:r>
      <w:proofErr w:type="spellEnd"/>
      <w:r w:rsidRPr="000A2D6C">
        <w:rPr>
          <w:sz w:val="20"/>
          <w:szCs w:val="20"/>
        </w:rPr>
        <w:t xml:space="preserve"> </w:t>
      </w:r>
      <w:proofErr w:type="spellStart"/>
      <w:r w:rsidRPr="000A2D6C">
        <w:rPr>
          <w:sz w:val="20"/>
          <w:szCs w:val="20"/>
        </w:rPr>
        <w:t>ayrıca</w:t>
      </w:r>
      <w:proofErr w:type="spellEnd"/>
      <w:r w:rsidRPr="000A2D6C">
        <w:rPr>
          <w:sz w:val="20"/>
          <w:szCs w:val="20"/>
        </w:rPr>
        <w:t xml:space="preserve"> </w:t>
      </w:r>
      <w:proofErr w:type="spellStart"/>
      <w:r w:rsidRPr="000A2D6C">
        <w:rPr>
          <w:sz w:val="20"/>
          <w:szCs w:val="20"/>
        </w:rPr>
        <w:t>genel</w:t>
      </w:r>
      <w:proofErr w:type="spellEnd"/>
      <w:r w:rsidRPr="000A2D6C">
        <w:rPr>
          <w:sz w:val="20"/>
          <w:szCs w:val="20"/>
        </w:rPr>
        <w:t xml:space="preserve"> </w:t>
      </w:r>
      <w:proofErr w:type="spellStart"/>
      <w:r w:rsidRPr="000A2D6C">
        <w:rPr>
          <w:sz w:val="20"/>
          <w:szCs w:val="20"/>
        </w:rPr>
        <w:t>sağlık</w:t>
      </w:r>
      <w:proofErr w:type="spellEnd"/>
      <w:r w:rsidRPr="000A2D6C">
        <w:rPr>
          <w:sz w:val="20"/>
          <w:szCs w:val="20"/>
        </w:rPr>
        <w:t xml:space="preserve"> </w:t>
      </w:r>
      <w:proofErr w:type="spellStart"/>
      <w:r w:rsidRPr="000A2D6C">
        <w:rPr>
          <w:sz w:val="20"/>
          <w:szCs w:val="20"/>
        </w:rPr>
        <w:t>sigortası</w:t>
      </w:r>
      <w:proofErr w:type="spellEnd"/>
      <w:r w:rsidRPr="000A2D6C">
        <w:rPr>
          <w:sz w:val="20"/>
          <w:szCs w:val="20"/>
        </w:rPr>
        <w:t xml:space="preserve"> </w:t>
      </w:r>
      <w:proofErr w:type="spellStart"/>
      <w:r w:rsidRPr="000A2D6C">
        <w:rPr>
          <w:sz w:val="20"/>
          <w:szCs w:val="20"/>
        </w:rPr>
        <w:t>hükümleri</w:t>
      </w:r>
      <w:proofErr w:type="spellEnd"/>
      <w:r w:rsidRPr="000A2D6C">
        <w:rPr>
          <w:sz w:val="20"/>
          <w:szCs w:val="20"/>
        </w:rPr>
        <w:t xml:space="preserve"> </w:t>
      </w:r>
      <w:proofErr w:type="spellStart"/>
      <w:r w:rsidRPr="000A2D6C">
        <w:rPr>
          <w:sz w:val="20"/>
          <w:szCs w:val="20"/>
        </w:rPr>
        <w:t>uygulanır</w:t>
      </w:r>
      <w:proofErr w:type="spellEnd"/>
      <w:r w:rsidRPr="000A2D6C">
        <w:rPr>
          <w:sz w:val="20"/>
          <w:szCs w:val="20"/>
        </w:rPr>
        <w:t xml:space="preserve">. Bu </w:t>
      </w:r>
      <w:proofErr w:type="spellStart"/>
      <w:r w:rsidRPr="000A2D6C">
        <w:rPr>
          <w:sz w:val="20"/>
          <w:szCs w:val="20"/>
        </w:rPr>
        <w:t>fıkra</w:t>
      </w:r>
      <w:proofErr w:type="spellEnd"/>
      <w:r w:rsidRPr="000A2D6C">
        <w:rPr>
          <w:sz w:val="20"/>
          <w:szCs w:val="20"/>
        </w:rPr>
        <w:t xml:space="preserve"> </w:t>
      </w:r>
      <w:proofErr w:type="spellStart"/>
      <w:r w:rsidRPr="000A2D6C">
        <w:rPr>
          <w:sz w:val="20"/>
          <w:szCs w:val="20"/>
        </w:rPr>
        <w:t>kapsamında</w:t>
      </w:r>
      <w:proofErr w:type="spellEnd"/>
      <w:r w:rsidRPr="000A2D6C">
        <w:rPr>
          <w:sz w:val="20"/>
          <w:szCs w:val="20"/>
        </w:rPr>
        <w:t xml:space="preserve"> </w:t>
      </w:r>
      <w:proofErr w:type="spellStart"/>
      <w:r w:rsidRPr="000A2D6C">
        <w:rPr>
          <w:sz w:val="20"/>
          <w:szCs w:val="20"/>
        </w:rPr>
        <w:t>ödenecek</w:t>
      </w:r>
      <w:proofErr w:type="spellEnd"/>
      <w:r w:rsidRPr="000A2D6C">
        <w:rPr>
          <w:sz w:val="20"/>
          <w:szCs w:val="20"/>
        </w:rPr>
        <w:t xml:space="preserve"> </w:t>
      </w:r>
      <w:proofErr w:type="spellStart"/>
      <w:r w:rsidRPr="000A2D6C">
        <w:rPr>
          <w:sz w:val="20"/>
          <w:szCs w:val="20"/>
        </w:rPr>
        <w:t>primler</w:t>
      </w:r>
      <w:proofErr w:type="spellEnd"/>
      <w:r w:rsidRPr="000A2D6C">
        <w:rPr>
          <w:sz w:val="20"/>
          <w:szCs w:val="20"/>
        </w:rPr>
        <w:t xml:space="preserve"> 5510 </w:t>
      </w:r>
      <w:proofErr w:type="spellStart"/>
      <w:r w:rsidRPr="000A2D6C">
        <w:rPr>
          <w:sz w:val="20"/>
          <w:szCs w:val="20"/>
        </w:rPr>
        <w:t>sayılı</w:t>
      </w:r>
      <w:proofErr w:type="spellEnd"/>
      <w:r w:rsidRPr="000A2D6C">
        <w:rPr>
          <w:sz w:val="20"/>
          <w:szCs w:val="20"/>
        </w:rPr>
        <w:t xml:space="preserve"> </w:t>
      </w:r>
      <w:proofErr w:type="spellStart"/>
      <w:r w:rsidRPr="000A2D6C">
        <w:rPr>
          <w:sz w:val="20"/>
          <w:szCs w:val="20"/>
        </w:rPr>
        <w:t>Kanunun</w:t>
      </w:r>
      <w:proofErr w:type="spellEnd"/>
      <w:r w:rsidRPr="000A2D6C">
        <w:rPr>
          <w:sz w:val="20"/>
          <w:szCs w:val="20"/>
        </w:rPr>
        <w:t xml:space="preserve"> 87 </w:t>
      </w:r>
      <w:proofErr w:type="spellStart"/>
      <w:r w:rsidRPr="000A2D6C">
        <w:rPr>
          <w:rStyle w:val="spelle"/>
          <w:sz w:val="20"/>
          <w:szCs w:val="20"/>
        </w:rPr>
        <w:t>nci</w:t>
      </w:r>
      <w:proofErr w:type="spellEnd"/>
      <w:r w:rsidRPr="000A2D6C">
        <w:rPr>
          <w:sz w:val="20"/>
          <w:szCs w:val="20"/>
        </w:rPr>
        <w:t> </w:t>
      </w:r>
      <w:proofErr w:type="spellStart"/>
      <w:r w:rsidRPr="000A2D6C">
        <w:rPr>
          <w:sz w:val="20"/>
          <w:szCs w:val="20"/>
        </w:rPr>
        <w:t>maddesinin</w:t>
      </w:r>
      <w:proofErr w:type="spellEnd"/>
      <w:r w:rsidRPr="000A2D6C">
        <w:rPr>
          <w:sz w:val="20"/>
          <w:szCs w:val="20"/>
        </w:rPr>
        <w:t xml:space="preserve"> </w:t>
      </w:r>
      <w:proofErr w:type="spellStart"/>
      <w:r w:rsidRPr="000A2D6C">
        <w:rPr>
          <w:sz w:val="20"/>
          <w:szCs w:val="20"/>
        </w:rPr>
        <w:t>birinci</w:t>
      </w:r>
      <w:proofErr w:type="spellEnd"/>
      <w:r w:rsidRPr="000A2D6C">
        <w:rPr>
          <w:sz w:val="20"/>
          <w:szCs w:val="20"/>
        </w:rPr>
        <w:t xml:space="preserve"> </w:t>
      </w:r>
      <w:proofErr w:type="spellStart"/>
      <w:r w:rsidRPr="000A2D6C">
        <w:rPr>
          <w:sz w:val="20"/>
          <w:szCs w:val="20"/>
        </w:rPr>
        <w:t>fıkrasının</w:t>
      </w:r>
      <w:proofErr w:type="spellEnd"/>
      <w:r w:rsidRPr="000A2D6C">
        <w:rPr>
          <w:sz w:val="20"/>
          <w:szCs w:val="20"/>
        </w:rPr>
        <w:t xml:space="preserve"> (e) </w:t>
      </w:r>
      <w:proofErr w:type="spellStart"/>
      <w:r w:rsidRPr="000A2D6C">
        <w:rPr>
          <w:sz w:val="20"/>
          <w:szCs w:val="20"/>
        </w:rPr>
        <w:t>bendi</w:t>
      </w:r>
      <w:proofErr w:type="spellEnd"/>
      <w:r w:rsidRPr="000A2D6C">
        <w:rPr>
          <w:sz w:val="20"/>
          <w:szCs w:val="20"/>
        </w:rPr>
        <w:t xml:space="preserve"> </w:t>
      </w:r>
      <w:proofErr w:type="spellStart"/>
      <w:r w:rsidRPr="000A2D6C">
        <w:rPr>
          <w:sz w:val="20"/>
          <w:szCs w:val="20"/>
        </w:rPr>
        <w:t>uyarınca</w:t>
      </w:r>
      <w:proofErr w:type="spellEnd"/>
      <w:r w:rsidRPr="000A2D6C">
        <w:rPr>
          <w:sz w:val="20"/>
          <w:szCs w:val="20"/>
        </w:rPr>
        <w:t xml:space="preserve"> </w:t>
      </w:r>
      <w:proofErr w:type="spellStart"/>
      <w:r w:rsidRPr="000A2D6C">
        <w:rPr>
          <w:sz w:val="20"/>
          <w:szCs w:val="20"/>
        </w:rPr>
        <w:t>yükseköğretim</w:t>
      </w:r>
      <w:proofErr w:type="spellEnd"/>
      <w:r w:rsidRPr="000A2D6C">
        <w:rPr>
          <w:sz w:val="20"/>
          <w:szCs w:val="20"/>
        </w:rPr>
        <w:t xml:space="preserve"> </w:t>
      </w:r>
      <w:proofErr w:type="spellStart"/>
      <w:r w:rsidRPr="000A2D6C">
        <w:rPr>
          <w:sz w:val="20"/>
          <w:szCs w:val="20"/>
        </w:rPr>
        <w:t>kurumları</w:t>
      </w:r>
      <w:proofErr w:type="spellEnd"/>
      <w:r w:rsidRPr="000A2D6C">
        <w:rPr>
          <w:sz w:val="20"/>
          <w:szCs w:val="20"/>
        </w:rPr>
        <w:t xml:space="preserve"> </w:t>
      </w:r>
      <w:proofErr w:type="spellStart"/>
      <w:r w:rsidRPr="000A2D6C">
        <w:rPr>
          <w:sz w:val="20"/>
          <w:szCs w:val="20"/>
        </w:rPr>
        <w:t>tarafından</w:t>
      </w:r>
      <w:proofErr w:type="spellEnd"/>
      <w:r w:rsidRPr="000A2D6C">
        <w:rPr>
          <w:sz w:val="20"/>
          <w:szCs w:val="20"/>
        </w:rPr>
        <w:t xml:space="preserve"> </w:t>
      </w:r>
      <w:proofErr w:type="spellStart"/>
      <w:r w:rsidRPr="000A2D6C">
        <w:rPr>
          <w:sz w:val="20"/>
          <w:szCs w:val="20"/>
        </w:rPr>
        <w:t>karşılanır</w:t>
      </w:r>
      <w:proofErr w:type="spellEnd"/>
      <w:r w:rsidRPr="000A2D6C">
        <w:rPr>
          <w:sz w:val="20"/>
          <w:szCs w:val="20"/>
        </w:rPr>
        <w:t xml:space="preserve">. </w:t>
      </w:r>
      <w:proofErr w:type="spellStart"/>
      <w:r w:rsidRPr="000A2D6C">
        <w:rPr>
          <w:rFonts w:cs="Calibri"/>
          <w:sz w:val="20"/>
          <w:szCs w:val="20"/>
        </w:rPr>
        <w:t>Staj</w:t>
      </w:r>
      <w:proofErr w:type="spellEnd"/>
      <w:r w:rsidRPr="000A2D6C">
        <w:rPr>
          <w:rFonts w:cs="Calibri"/>
          <w:sz w:val="20"/>
          <w:szCs w:val="20"/>
        </w:rPr>
        <w:t xml:space="preserve"> </w:t>
      </w:r>
      <w:proofErr w:type="spellStart"/>
      <w:r w:rsidRPr="000A2D6C">
        <w:rPr>
          <w:rFonts w:cs="Calibri"/>
          <w:sz w:val="20"/>
          <w:szCs w:val="20"/>
        </w:rPr>
        <w:t>yapan</w:t>
      </w:r>
      <w:proofErr w:type="spellEnd"/>
      <w:r w:rsidRPr="000A2D6C">
        <w:rPr>
          <w:rFonts w:cs="Calibri"/>
          <w:sz w:val="20"/>
          <w:szCs w:val="20"/>
        </w:rPr>
        <w:t xml:space="preserve"> </w:t>
      </w:r>
      <w:proofErr w:type="spellStart"/>
      <w:r w:rsidRPr="000A2D6C">
        <w:rPr>
          <w:rFonts w:cs="Calibri"/>
          <w:sz w:val="20"/>
          <w:szCs w:val="20"/>
        </w:rPr>
        <w:t>öğrencinin</w:t>
      </w:r>
      <w:proofErr w:type="spellEnd"/>
      <w:r w:rsidRPr="000A2D6C">
        <w:rPr>
          <w:rFonts w:cs="Calibri"/>
          <w:sz w:val="20"/>
          <w:szCs w:val="20"/>
        </w:rPr>
        <w:t xml:space="preserve"> </w:t>
      </w:r>
      <w:proofErr w:type="spellStart"/>
      <w:r w:rsidRPr="000A2D6C">
        <w:rPr>
          <w:rFonts w:cs="Calibri"/>
          <w:sz w:val="20"/>
          <w:szCs w:val="20"/>
        </w:rPr>
        <w:t>işyerinde</w:t>
      </w:r>
      <w:proofErr w:type="spellEnd"/>
      <w:r w:rsidRPr="000A2D6C">
        <w:rPr>
          <w:rFonts w:cs="Calibri"/>
          <w:sz w:val="20"/>
          <w:szCs w:val="20"/>
        </w:rPr>
        <w:t xml:space="preserve"> </w:t>
      </w:r>
      <w:proofErr w:type="spellStart"/>
      <w:r w:rsidRPr="000A2D6C">
        <w:rPr>
          <w:rFonts w:cs="Calibri"/>
          <w:sz w:val="20"/>
          <w:szCs w:val="20"/>
        </w:rPr>
        <w:t>iş</w:t>
      </w:r>
      <w:proofErr w:type="spellEnd"/>
      <w:r w:rsidRPr="000A2D6C">
        <w:rPr>
          <w:rFonts w:cs="Calibri"/>
          <w:sz w:val="20"/>
          <w:szCs w:val="20"/>
        </w:rPr>
        <w:t xml:space="preserve"> </w:t>
      </w:r>
      <w:proofErr w:type="spellStart"/>
      <w:r w:rsidRPr="000A2D6C">
        <w:rPr>
          <w:rFonts w:cs="Calibri"/>
          <w:sz w:val="20"/>
          <w:szCs w:val="20"/>
        </w:rPr>
        <w:t>kazası</w:t>
      </w:r>
      <w:proofErr w:type="spellEnd"/>
      <w:r w:rsidRPr="000A2D6C">
        <w:rPr>
          <w:rFonts w:cs="Calibri"/>
          <w:sz w:val="20"/>
          <w:szCs w:val="20"/>
        </w:rPr>
        <w:t xml:space="preserve"> </w:t>
      </w:r>
      <w:proofErr w:type="spellStart"/>
      <w:r w:rsidRPr="000A2D6C">
        <w:rPr>
          <w:rFonts w:cs="Calibri"/>
          <w:sz w:val="20"/>
          <w:szCs w:val="20"/>
        </w:rPr>
        <w:t>geçirmesi</w:t>
      </w:r>
      <w:proofErr w:type="spellEnd"/>
      <w:r w:rsidRPr="000A2D6C">
        <w:rPr>
          <w:rFonts w:cs="Calibri"/>
          <w:sz w:val="20"/>
          <w:szCs w:val="20"/>
        </w:rPr>
        <w:t xml:space="preserve"> </w:t>
      </w:r>
      <w:proofErr w:type="spellStart"/>
      <w:r w:rsidRPr="000A2D6C">
        <w:rPr>
          <w:rFonts w:cs="Calibri"/>
          <w:sz w:val="20"/>
          <w:szCs w:val="20"/>
        </w:rPr>
        <w:t>ya</w:t>
      </w:r>
      <w:proofErr w:type="spellEnd"/>
      <w:r w:rsidRPr="000A2D6C">
        <w:rPr>
          <w:rFonts w:cs="Calibri"/>
          <w:sz w:val="20"/>
          <w:szCs w:val="20"/>
        </w:rPr>
        <w:t xml:space="preserve"> da </w:t>
      </w:r>
      <w:proofErr w:type="spellStart"/>
      <w:r w:rsidRPr="000A2D6C">
        <w:rPr>
          <w:rFonts w:cs="Calibri"/>
          <w:sz w:val="20"/>
          <w:szCs w:val="20"/>
        </w:rPr>
        <w:t>meslek</w:t>
      </w:r>
      <w:proofErr w:type="spellEnd"/>
      <w:r w:rsidRPr="000A2D6C">
        <w:rPr>
          <w:rFonts w:cs="Calibri"/>
          <w:sz w:val="20"/>
          <w:szCs w:val="20"/>
        </w:rPr>
        <w:t xml:space="preserve"> </w:t>
      </w:r>
      <w:proofErr w:type="spellStart"/>
      <w:r w:rsidRPr="000A2D6C">
        <w:rPr>
          <w:rFonts w:cs="Calibri"/>
          <w:sz w:val="20"/>
          <w:szCs w:val="20"/>
        </w:rPr>
        <w:t>hastalığına</w:t>
      </w:r>
      <w:proofErr w:type="spellEnd"/>
      <w:r w:rsidRPr="000A2D6C">
        <w:rPr>
          <w:rFonts w:cs="Calibri"/>
          <w:sz w:val="20"/>
          <w:szCs w:val="20"/>
        </w:rPr>
        <w:t xml:space="preserve"> </w:t>
      </w:r>
      <w:proofErr w:type="spellStart"/>
      <w:r w:rsidRPr="000A2D6C">
        <w:rPr>
          <w:rFonts w:cs="Calibri"/>
          <w:sz w:val="20"/>
          <w:szCs w:val="20"/>
        </w:rPr>
        <w:t>tutulması</w:t>
      </w:r>
      <w:proofErr w:type="spellEnd"/>
      <w:r w:rsidRPr="000A2D6C">
        <w:rPr>
          <w:rFonts w:cs="Calibri"/>
          <w:sz w:val="20"/>
          <w:szCs w:val="20"/>
        </w:rPr>
        <w:t xml:space="preserve"> </w:t>
      </w:r>
      <w:proofErr w:type="spellStart"/>
      <w:r w:rsidRPr="000A2D6C">
        <w:rPr>
          <w:rFonts w:cs="Calibri"/>
          <w:sz w:val="20"/>
          <w:szCs w:val="20"/>
        </w:rPr>
        <w:t>halinde</w:t>
      </w:r>
      <w:proofErr w:type="spellEnd"/>
      <w:r w:rsidRPr="000A2D6C">
        <w:rPr>
          <w:rFonts w:cs="Calibri"/>
          <w:sz w:val="20"/>
          <w:szCs w:val="20"/>
        </w:rPr>
        <w:t xml:space="preserve"> </w:t>
      </w:r>
      <w:proofErr w:type="spellStart"/>
      <w:r w:rsidRPr="000A2D6C">
        <w:rPr>
          <w:rFonts w:cs="Calibri"/>
          <w:sz w:val="20"/>
          <w:szCs w:val="20"/>
        </w:rPr>
        <w:t>söz</w:t>
      </w:r>
      <w:proofErr w:type="spellEnd"/>
      <w:r w:rsidRPr="000A2D6C">
        <w:rPr>
          <w:rFonts w:cs="Calibri"/>
          <w:sz w:val="20"/>
          <w:szCs w:val="20"/>
        </w:rPr>
        <w:t xml:space="preserve"> </w:t>
      </w:r>
      <w:proofErr w:type="spellStart"/>
      <w:r w:rsidRPr="000A2D6C">
        <w:rPr>
          <w:rFonts w:cs="Calibri"/>
          <w:sz w:val="20"/>
          <w:szCs w:val="20"/>
        </w:rPr>
        <w:t>konusu</w:t>
      </w:r>
      <w:proofErr w:type="spellEnd"/>
      <w:r w:rsidRPr="000A2D6C">
        <w:rPr>
          <w:rFonts w:cs="Calibri"/>
          <w:sz w:val="20"/>
          <w:szCs w:val="20"/>
        </w:rPr>
        <w:t xml:space="preserve"> durum </w:t>
      </w:r>
      <w:proofErr w:type="spellStart"/>
      <w:r w:rsidRPr="000A2D6C">
        <w:rPr>
          <w:rFonts w:cs="Calibri"/>
          <w:sz w:val="20"/>
          <w:szCs w:val="20"/>
        </w:rPr>
        <w:t>derhal</w:t>
      </w:r>
      <w:proofErr w:type="spellEnd"/>
      <w:r w:rsidRPr="000A2D6C">
        <w:rPr>
          <w:rFonts w:cs="Calibri"/>
          <w:sz w:val="20"/>
          <w:szCs w:val="20"/>
        </w:rPr>
        <w:t xml:space="preserve"> </w:t>
      </w:r>
      <w:proofErr w:type="spellStart"/>
      <w:r w:rsidRPr="000A2D6C">
        <w:rPr>
          <w:rFonts w:cs="Calibri"/>
          <w:sz w:val="20"/>
          <w:szCs w:val="20"/>
        </w:rPr>
        <w:t>Fakülteye</w:t>
      </w:r>
      <w:proofErr w:type="spellEnd"/>
      <w:r w:rsidRPr="000A2D6C">
        <w:rPr>
          <w:rFonts w:cs="Calibri"/>
          <w:sz w:val="20"/>
          <w:szCs w:val="20"/>
        </w:rPr>
        <w:t xml:space="preserve"> </w:t>
      </w:r>
      <w:proofErr w:type="spellStart"/>
      <w:r w:rsidRPr="000A2D6C">
        <w:rPr>
          <w:rFonts w:cs="Calibri"/>
          <w:sz w:val="20"/>
          <w:szCs w:val="20"/>
        </w:rPr>
        <w:t>ve</w:t>
      </w:r>
      <w:proofErr w:type="spellEnd"/>
      <w:r w:rsidRPr="000A2D6C">
        <w:rPr>
          <w:rFonts w:cs="Calibri"/>
          <w:sz w:val="20"/>
          <w:szCs w:val="20"/>
        </w:rPr>
        <w:t xml:space="preserve"> </w:t>
      </w:r>
      <w:proofErr w:type="spellStart"/>
      <w:r w:rsidRPr="000A2D6C">
        <w:rPr>
          <w:rFonts w:cs="Calibri"/>
          <w:sz w:val="20"/>
          <w:szCs w:val="20"/>
        </w:rPr>
        <w:t>sonraki</w:t>
      </w:r>
      <w:proofErr w:type="spellEnd"/>
      <w:r w:rsidRPr="000A2D6C">
        <w:rPr>
          <w:rFonts w:cs="Calibri"/>
          <w:sz w:val="20"/>
          <w:szCs w:val="20"/>
        </w:rPr>
        <w:t xml:space="preserve"> </w:t>
      </w:r>
      <w:proofErr w:type="spellStart"/>
      <w:r w:rsidRPr="000A2D6C">
        <w:rPr>
          <w:rFonts w:cs="Calibri"/>
          <w:sz w:val="20"/>
          <w:szCs w:val="20"/>
        </w:rPr>
        <w:t>üç</w:t>
      </w:r>
      <w:proofErr w:type="spellEnd"/>
      <w:r w:rsidRPr="000A2D6C">
        <w:rPr>
          <w:rFonts w:cs="Calibri"/>
          <w:sz w:val="20"/>
          <w:szCs w:val="20"/>
        </w:rPr>
        <w:t xml:space="preserve"> </w:t>
      </w:r>
      <w:proofErr w:type="spellStart"/>
      <w:r w:rsidRPr="000A2D6C">
        <w:rPr>
          <w:rFonts w:cs="Calibri"/>
          <w:sz w:val="20"/>
          <w:szCs w:val="20"/>
        </w:rPr>
        <w:t>işgünü</w:t>
      </w:r>
      <w:proofErr w:type="spellEnd"/>
      <w:r w:rsidRPr="000A2D6C">
        <w:rPr>
          <w:rFonts w:cs="Calibri"/>
          <w:sz w:val="20"/>
          <w:szCs w:val="20"/>
        </w:rPr>
        <w:t xml:space="preserve"> </w:t>
      </w:r>
      <w:proofErr w:type="spellStart"/>
      <w:r w:rsidRPr="000A2D6C">
        <w:rPr>
          <w:rFonts w:cs="Calibri"/>
          <w:sz w:val="20"/>
          <w:szCs w:val="20"/>
        </w:rPr>
        <w:t>içinde</w:t>
      </w:r>
      <w:proofErr w:type="spellEnd"/>
      <w:r w:rsidRPr="000A2D6C">
        <w:rPr>
          <w:rFonts w:cs="Calibri"/>
          <w:sz w:val="20"/>
          <w:szCs w:val="20"/>
        </w:rPr>
        <w:t xml:space="preserve"> </w:t>
      </w:r>
      <w:proofErr w:type="spellStart"/>
      <w:r w:rsidRPr="000A2D6C">
        <w:rPr>
          <w:rFonts w:cs="Calibri"/>
          <w:sz w:val="20"/>
          <w:szCs w:val="20"/>
        </w:rPr>
        <w:t>Sosyal</w:t>
      </w:r>
      <w:proofErr w:type="spellEnd"/>
      <w:r w:rsidRPr="000A2D6C">
        <w:rPr>
          <w:rFonts w:cs="Calibri"/>
          <w:sz w:val="20"/>
          <w:szCs w:val="20"/>
        </w:rPr>
        <w:t xml:space="preserve"> </w:t>
      </w:r>
      <w:proofErr w:type="spellStart"/>
      <w:r w:rsidRPr="000A2D6C">
        <w:rPr>
          <w:rFonts w:cs="Calibri"/>
          <w:sz w:val="20"/>
          <w:szCs w:val="20"/>
        </w:rPr>
        <w:t>Güvenlik</w:t>
      </w:r>
      <w:proofErr w:type="spellEnd"/>
      <w:r w:rsidRPr="000A2D6C">
        <w:rPr>
          <w:rFonts w:cs="Calibri"/>
          <w:sz w:val="20"/>
          <w:szCs w:val="20"/>
        </w:rPr>
        <w:t xml:space="preserve"> </w:t>
      </w:r>
      <w:proofErr w:type="spellStart"/>
      <w:r w:rsidRPr="000A2D6C">
        <w:rPr>
          <w:rFonts w:cs="Calibri"/>
          <w:sz w:val="20"/>
          <w:szCs w:val="20"/>
        </w:rPr>
        <w:t>Kurumu'na</w:t>
      </w:r>
      <w:proofErr w:type="spellEnd"/>
      <w:r w:rsidRPr="000A2D6C">
        <w:rPr>
          <w:rFonts w:cs="Calibri"/>
          <w:sz w:val="20"/>
          <w:szCs w:val="20"/>
        </w:rPr>
        <w:t xml:space="preserve"> </w:t>
      </w:r>
      <w:proofErr w:type="spellStart"/>
      <w:r w:rsidRPr="000A2D6C">
        <w:rPr>
          <w:rFonts w:cs="Calibri"/>
          <w:sz w:val="20"/>
          <w:szCs w:val="20"/>
        </w:rPr>
        <w:t>bildirilecektir</w:t>
      </w:r>
      <w:proofErr w:type="spellEnd"/>
      <w:r w:rsidRPr="000A2D6C">
        <w:rPr>
          <w:rFonts w:cs="Calibri"/>
          <w:sz w:val="20"/>
          <w:szCs w:val="20"/>
        </w:rPr>
        <w:t xml:space="preserve">. </w:t>
      </w:r>
      <w:proofErr w:type="spellStart"/>
      <w:r w:rsidRPr="000A2D6C">
        <w:rPr>
          <w:sz w:val="20"/>
          <w:szCs w:val="20"/>
        </w:rPr>
        <w:t>İşletme</w:t>
      </w:r>
      <w:proofErr w:type="spellEnd"/>
      <w:r w:rsidRPr="000A2D6C">
        <w:rPr>
          <w:sz w:val="20"/>
          <w:szCs w:val="20"/>
        </w:rPr>
        <w:t xml:space="preserve">, </w:t>
      </w:r>
      <w:proofErr w:type="spellStart"/>
      <w:r w:rsidRPr="000A2D6C">
        <w:rPr>
          <w:sz w:val="20"/>
          <w:szCs w:val="20"/>
        </w:rPr>
        <w:t>uygulamalı</w:t>
      </w:r>
      <w:proofErr w:type="spellEnd"/>
      <w:r w:rsidRPr="000A2D6C">
        <w:rPr>
          <w:sz w:val="20"/>
          <w:szCs w:val="20"/>
        </w:rPr>
        <w:t xml:space="preserve"> </w:t>
      </w:r>
      <w:proofErr w:type="spellStart"/>
      <w:r w:rsidRPr="000A2D6C">
        <w:rPr>
          <w:sz w:val="20"/>
          <w:szCs w:val="20"/>
        </w:rPr>
        <w:t>eğitim</w:t>
      </w:r>
      <w:proofErr w:type="spellEnd"/>
      <w:r w:rsidRPr="000A2D6C">
        <w:rPr>
          <w:sz w:val="20"/>
          <w:szCs w:val="20"/>
        </w:rPr>
        <w:t xml:space="preserve"> </w:t>
      </w:r>
      <w:proofErr w:type="spellStart"/>
      <w:r w:rsidRPr="000A2D6C">
        <w:rPr>
          <w:sz w:val="20"/>
          <w:szCs w:val="20"/>
        </w:rPr>
        <w:t>faaliyetlerinin</w:t>
      </w:r>
      <w:proofErr w:type="spellEnd"/>
      <w:r w:rsidRPr="000A2D6C">
        <w:rPr>
          <w:sz w:val="20"/>
          <w:szCs w:val="20"/>
        </w:rPr>
        <w:t> </w:t>
      </w:r>
      <w:r w:rsidRPr="000A2D6C">
        <w:rPr>
          <w:rStyle w:val="grame"/>
          <w:sz w:val="20"/>
          <w:szCs w:val="20"/>
        </w:rPr>
        <w:t>20/6/2012</w:t>
      </w:r>
      <w:r w:rsidRPr="000A2D6C">
        <w:rPr>
          <w:sz w:val="20"/>
          <w:szCs w:val="20"/>
        </w:rPr>
        <w:t> </w:t>
      </w:r>
      <w:proofErr w:type="spellStart"/>
      <w:r w:rsidRPr="000A2D6C">
        <w:rPr>
          <w:sz w:val="20"/>
          <w:szCs w:val="20"/>
        </w:rPr>
        <w:t>tarihli</w:t>
      </w:r>
      <w:proofErr w:type="spellEnd"/>
      <w:r w:rsidRPr="000A2D6C">
        <w:rPr>
          <w:sz w:val="20"/>
          <w:szCs w:val="20"/>
        </w:rPr>
        <w:t xml:space="preserve"> </w:t>
      </w:r>
      <w:proofErr w:type="spellStart"/>
      <w:r w:rsidRPr="000A2D6C">
        <w:rPr>
          <w:sz w:val="20"/>
          <w:szCs w:val="20"/>
        </w:rPr>
        <w:t>ve</w:t>
      </w:r>
      <w:proofErr w:type="spellEnd"/>
      <w:r w:rsidRPr="000A2D6C">
        <w:rPr>
          <w:sz w:val="20"/>
          <w:szCs w:val="20"/>
        </w:rPr>
        <w:t xml:space="preserve"> 6331 </w:t>
      </w:r>
      <w:proofErr w:type="spellStart"/>
      <w:r w:rsidRPr="000A2D6C">
        <w:rPr>
          <w:sz w:val="20"/>
          <w:szCs w:val="20"/>
        </w:rPr>
        <w:t>sayılı</w:t>
      </w:r>
      <w:proofErr w:type="spellEnd"/>
      <w:r w:rsidRPr="000A2D6C">
        <w:rPr>
          <w:sz w:val="20"/>
          <w:szCs w:val="20"/>
        </w:rPr>
        <w:t xml:space="preserve"> </w:t>
      </w:r>
      <w:proofErr w:type="spellStart"/>
      <w:r w:rsidRPr="000A2D6C">
        <w:rPr>
          <w:sz w:val="20"/>
          <w:szCs w:val="20"/>
        </w:rPr>
        <w:t>İş</w:t>
      </w:r>
      <w:proofErr w:type="spellEnd"/>
      <w:r w:rsidRPr="000A2D6C">
        <w:rPr>
          <w:sz w:val="20"/>
          <w:szCs w:val="20"/>
        </w:rPr>
        <w:t xml:space="preserve"> </w:t>
      </w:r>
      <w:proofErr w:type="spellStart"/>
      <w:r w:rsidRPr="000A2D6C">
        <w:rPr>
          <w:sz w:val="20"/>
          <w:szCs w:val="20"/>
        </w:rPr>
        <w:t>Sağlığı</w:t>
      </w:r>
      <w:proofErr w:type="spellEnd"/>
      <w:r w:rsidRPr="000A2D6C">
        <w:rPr>
          <w:sz w:val="20"/>
          <w:szCs w:val="20"/>
        </w:rPr>
        <w:t xml:space="preserve"> </w:t>
      </w:r>
      <w:proofErr w:type="spellStart"/>
      <w:r w:rsidRPr="000A2D6C">
        <w:rPr>
          <w:sz w:val="20"/>
          <w:szCs w:val="20"/>
        </w:rPr>
        <w:t>ve</w:t>
      </w:r>
      <w:proofErr w:type="spellEnd"/>
      <w:r w:rsidRPr="000A2D6C">
        <w:rPr>
          <w:sz w:val="20"/>
          <w:szCs w:val="20"/>
        </w:rPr>
        <w:t xml:space="preserve"> </w:t>
      </w:r>
      <w:proofErr w:type="spellStart"/>
      <w:r w:rsidRPr="000A2D6C">
        <w:rPr>
          <w:sz w:val="20"/>
          <w:szCs w:val="20"/>
        </w:rPr>
        <w:t>Güvenliği</w:t>
      </w:r>
      <w:proofErr w:type="spellEnd"/>
      <w:r w:rsidRPr="000A2D6C">
        <w:rPr>
          <w:sz w:val="20"/>
          <w:szCs w:val="20"/>
        </w:rPr>
        <w:t xml:space="preserve"> </w:t>
      </w:r>
      <w:proofErr w:type="spellStart"/>
      <w:r w:rsidRPr="000A2D6C">
        <w:rPr>
          <w:sz w:val="20"/>
          <w:szCs w:val="20"/>
        </w:rPr>
        <w:t>Kanunu</w:t>
      </w:r>
      <w:proofErr w:type="spellEnd"/>
      <w:r w:rsidRPr="000A2D6C">
        <w:rPr>
          <w:sz w:val="20"/>
          <w:szCs w:val="20"/>
        </w:rPr>
        <w:t xml:space="preserve"> </w:t>
      </w:r>
      <w:proofErr w:type="spellStart"/>
      <w:r w:rsidRPr="000A2D6C">
        <w:rPr>
          <w:sz w:val="20"/>
          <w:szCs w:val="20"/>
        </w:rPr>
        <w:t>hükümlerine</w:t>
      </w:r>
      <w:proofErr w:type="spellEnd"/>
      <w:r w:rsidRPr="000A2D6C">
        <w:rPr>
          <w:sz w:val="20"/>
          <w:szCs w:val="20"/>
        </w:rPr>
        <w:t xml:space="preserve"> </w:t>
      </w:r>
      <w:proofErr w:type="spellStart"/>
      <w:r w:rsidRPr="000A2D6C">
        <w:rPr>
          <w:sz w:val="20"/>
          <w:szCs w:val="20"/>
        </w:rPr>
        <w:t>uygun</w:t>
      </w:r>
      <w:proofErr w:type="spellEnd"/>
      <w:r w:rsidRPr="000A2D6C">
        <w:rPr>
          <w:sz w:val="20"/>
          <w:szCs w:val="20"/>
        </w:rPr>
        <w:t xml:space="preserve"> </w:t>
      </w:r>
      <w:proofErr w:type="spellStart"/>
      <w:r w:rsidRPr="000A2D6C">
        <w:rPr>
          <w:sz w:val="20"/>
          <w:szCs w:val="20"/>
        </w:rPr>
        <w:t>ortamlarda</w:t>
      </w:r>
      <w:proofErr w:type="spellEnd"/>
      <w:r w:rsidRPr="000A2D6C">
        <w:rPr>
          <w:sz w:val="20"/>
          <w:szCs w:val="20"/>
        </w:rPr>
        <w:t xml:space="preserve"> </w:t>
      </w:r>
      <w:proofErr w:type="spellStart"/>
      <w:r w:rsidRPr="000A2D6C">
        <w:rPr>
          <w:sz w:val="20"/>
          <w:szCs w:val="20"/>
        </w:rPr>
        <w:t>yapılmasını</w:t>
      </w:r>
      <w:proofErr w:type="spellEnd"/>
      <w:r w:rsidRPr="000A2D6C">
        <w:rPr>
          <w:sz w:val="20"/>
          <w:szCs w:val="20"/>
        </w:rPr>
        <w:t xml:space="preserve"> </w:t>
      </w:r>
      <w:proofErr w:type="spellStart"/>
      <w:r w:rsidRPr="000A2D6C">
        <w:rPr>
          <w:sz w:val="20"/>
          <w:szCs w:val="20"/>
        </w:rPr>
        <w:t>sağlamak</w:t>
      </w:r>
      <w:proofErr w:type="spellEnd"/>
      <w:r w:rsidRPr="000A2D6C">
        <w:rPr>
          <w:sz w:val="20"/>
          <w:szCs w:val="20"/>
        </w:rPr>
        <w:t xml:space="preserve"> </w:t>
      </w:r>
      <w:proofErr w:type="spellStart"/>
      <w:r w:rsidRPr="000A2D6C">
        <w:rPr>
          <w:sz w:val="20"/>
          <w:szCs w:val="20"/>
        </w:rPr>
        <w:t>için</w:t>
      </w:r>
      <w:proofErr w:type="spellEnd"/>
      <w:r w:rsidRPr="000A2D6C">
        <w:rPr>
          <w:sz w:val="20"/>
          <w:szCs w:val="20"/>
        </w:rPr>
        <w:t xml:space="preserve"> </w:t>
      </w:r>
      <w:proofErr w:type="spellStart"/>
      <w:r w:rsidRPr="000A2D6C">
        <w:rPr>
          <w:rFonts w:cs="Calibri"/>
          <w:sz w:val="20"/>
          <w:szCs w:val="20"/>
        </w:rPr>
        <w:t>öğrencilerin</w:t>
      </w:r>
      <w:proofErr w:type="spellEnd"/>
      <w:r w:rsidRPr="000A2D6C">
        <w:rPr>
          <w:rFonts w:cs="Calibri"/>
          <w:sz w:val="20"/>
          <w:szCs w:val="20"/>
        </w:rPr>
        <w:t xml:space="preserve"> </w:t>
      </w:r>
      <w:proofErr w:type="spellStart"/>
      <w:r w:rsidRPr="000A2D6C">
        <w:rPr>
          <w:rFonts w:cs="Calibri"/>
          <w:sz w:val="20"/>
          <w:szCs w:val="20"/>
        </w:rPr>
        <w:t>iş</w:t>
      </w:r>
      <w:proofErr w:type="spellEnd"/>
      <w:r w:rsidRPr="000A2D6C">
        <w:rPr>
          <w:rFonts w:cs="Calibri"/>
          <w:sz w:val="20"/>
          <w:szCs w:val="20"/>
        </w:rPr>
        <w:t xml:space="preserve"> </w:t>
      </w:r>
      <w:proofErr w:type="spellStart"/>
      <w:r w:rsidRPr="000A2D6C">
        <w:rPr>
          <w:rFonts w:cs="Calibri"/>
          <w:sz w:val="20"/>
          <w:szCs w:val="20"/>
        </w:rPr>
        <w:t>sağlığı</w:t>
      </w:r>
      <w:proofErr w:type="spellEnd"/>
      <w:r w:rsidRPr="000A2D6C">
        <w:rPr>
          <w:rFonts w:cs="Calibri"/>
          <w:sz w:val="20"/>
          <w:szCs w:val="20"/>
        </w:rPr>
        <w:t xml:space="preserve"> </w:t>
      </w:r>
      <w:proofErr w:type="spellStart"/>
      <w:r w:rsidRPr="000A2D6C">
        <w:rPr>
          <w:rFonts w:cs="Calibri"/>
          <w:sz w:val="20"/>
          <w:szCs w:val="20"/>
        </w:rPr>
        <w:t>ve</w:t>
      </w:r>
      <w:proofErr w:type="spellEnd"/>
      <w:r w:rsidRPr="000A2D6C">
        <w:rPr>
          <w:rFonts w:cs="Calibri"/>
          <w:sz w:val="20"/>
          <w:szCs w:val="20"/>
        </w:rPr>
        <w:t xml:space="preserve"> </w:t>
      </w:r>
      <w:proofErr w:type="spellStart"/>
      <w:r w:rsidRPr="000A2D6C">
        <w:rPr>
          <w:rFonts w:cs="Calibri"/>
          <w:sz w:val="20"/>
          <w:szCs w:val="20"/>
        </w:rPr>
        <w:t>güvenliği</w:t>
      </w:r>
      <w:proofErr w:type="spellEnd"/>
      <w:r w:rsidRPr="000A2D6C">
        <w:rPr>
          <w:rFonts w:cs="Calibri"/>
          <w:sz w:val="20"/>
          <w:szCs w:val="20"/>
        </w:rPr>
        <w:t xml:space="preserve"> </w:t>
      </w:r>
      <w:proofErr w:type="spellStart"/>
      <w:r w:rsidRPr="000A2D6C">
        <w:rPr>
          <w:rFonts w:cs="Calibri"/>
          <w:sz w:val="20"/>
          <w:szCs w:val="20"/>
        </w:rPr>
        <w:t>ile</w:t>
      </w:r>
      <w:proofErr w:type="spellEnd"/>
      <w:r w:rsidRPr="000A2D6C">
        <w:rPr>
          <w:rFonts w:cs="Calibri"/>
          <w:sz w:val="20"/>
          <w:szCs w:val="20"/>
        </w:rPr>
        <w:t xml:space="preserve"> </w:t>
      </w:r>
      <w:proofErr w:type="spellStart"/>
      <w:r w:rsidRPr="000A2D6C">
        <w:rPr>
          <w:rFonts w:cs="Calibri"/>
          <w:sz w:val="20"/>
          <w:szCs w:val="20"/>
        </w:rPr>
        <w:t>ilgili</w:t>
      </w:r>
      <w:proofErr w:type="spellEnd"/>
      <w:r w:rsidRPr="000A2D6C">
        <w:rPr>
          <w:rFonts w:cs="Calibri"/>
          <w:sz w:val="20"/>
          <w:szCs w:val="20"/>
        </w:rPr>
        <w:t xml:space="preserve"> </w:t>
      </w:r>
      <w:proofErr w:type="spellStart"/>
      <w:r w:rsidRPr="000A2D6C">
        <w:rPr>
          <w:rFonts w:cs="Calibri"/>
          <w:sz w:val="20"/>
          <w:szCs w:val="20"/>
        </w:rPr>
        <w:t>tüm</w:t>
      </w:r>
      <w:proofErr w:type="spellEnd"/>
      <w:r w:rsidRPr="000A2D6C">
        <w:rPr>
          <w:rFonts w:cs="Calibri"/>
          <w:sz w:val="20"/>
          <w:szCs w:val="20"/>
        </w:rPr>
        <w:t xml:space="preserve"> </w:t>
      </w:r>
      <w:proofErr w:type="spellStart"/>
      <w:r w:rsidRPr="000A2D6C">
        <w:rPr>
          <w:rFonts w:cs="Calibri"/>
          <w:sz w:val="20"/>
          <w:szCs w:val="20"/>
        </w:rPr>
        <w:t>yükümlülükleri</w:t>
      </w:r>
      <w:proofErr w:type="spellEnd"/>
      <w:r w:rsidRPr="000A2D6C">
        <w:rPr>
          <w:rFonts w:cs="Calibri"/>
          <w:sz w:val="20"/>
          <w:szCs w:val="20"/>
        </w:rPr>
        <w:t xml:space="preserve"> </w:t>
      </w:r>
      <w:proofErr w:type="spellStart"/>
      <w:r w:rsidRPr="000A2D6C">
        <w:rPr>
          <w:rFonts w:cs="Calibri"/>
          <w:sz w:val="20"/>
          <w:szCs w:val="20"/>
        </w:rPr>
        <w:t>yerine</w:t>
      </w:r>
      <w:proofErr w:type="spellEnd"/>
      <w:r w:rsidRPr="000A2D6C">
        <w:rPr>
          <w:rFonts w:cs="Calibri"/>
          <w:sz w:val="20"/>
          <w:szCs w:val="20"/>
        </w:rPr>
        <w:t xml:space="preserve"> </w:t>
      </w:r>
      <w:proofErr w:type="spellStart"/>
      <w:r w:rsidRPr="000A2D6C">
        <w:rPr>
          <w:rFonts w:cs="Calibri"/>
          <w:sz w:val="20"/>
          <w:szCs w:val="20"/>
        </w:rPr>
        <w:t>getirmek</w:t>
      </w:r>
      <w:proofErr w:type="spellEnd"/>
      <w:r w:rsidRPr="000A2D6C">
        <w:rPr>
          <w:rFonts w:cs="Calibri"/>
          <w:sz w:val="20"/>
          <w:szCs w:val="20"/>
        </w:rPr>
        <w:t xml:space="preserve"> </w:t>
      </w:r>
      <w:proofErr w:type="spellStart"/>
      <w:r w:rsidRPr="000A2D6C">
        <w:rPr>
          <w:rFonts w:cs="Calibri"/>
          <w:sz w:val="20"/>
          <w:szCs w:val="20"/>
        </w:rPr>
        <w:t>zorundadır</w:t>
      </w:r>
      <w:proofErr w:type="spellEnd"/>
      <w:r w:rsidRPr="0015729A">
        <w:rPr>
          <w:sz w:val="20"/>
          <w:szCs w:val="20"/>
        </w:rPr>
        <w:t>.</w:t>
      </w:r>
      <w:r w:rsidRPr="0015729A">
        <w:rPr>
          <w:rFonts w:cs="Calibri"/>
          <w:sz w:val="20"/>
          <w:szCs w:val="20"/>
        </w:rPr>
        <w:t xml:space="preserve"> Her </w:t>
      </w:r>
      <w:proofErr w:type="spellStart"/>
      <w:r w:rsidRPr="0015729A">
        <w:rPr>
          <w:rFonts w:cs="Calibri"/>
          <w:sz w:val="20"/>
          <w:szCs w:val="20"/>
        </w:rPr>
        <w:t>türlü</w:t>
      </w:r>
      <w:proofErr w:type="spellEnd"/>
      <w:r w:rsidRPr="0015729A">
        <w:rPr>
          <w:rFonts w:cs="Calibri"/>
          <w:sz w:val="20"/>
          <w:szCs w:val="20"/>
        </w:rPr>
        <w:t xml:space="preserve"> </w:t>
      </w:r>
      <w:proofErr w:type="spellStart"/>
      <w:r w:rsidRPr="0015729A">
        <w:rPr>
          <w:rFonts w:cs="Calibri"/>
          <w:sz w:val="20"/>
          <w:szCs w:val="20"/>
        </w:rPr>
        <w:t>hak</w:t>
      </w:r>
      <w:proofErr w:type="spellEnd"/>
      <w:r w:rsidRPr="0015729A">
        <w:rPr>
          <w:rFonts w:cs="Calibri"/>
          <w:sz w:val="20"/>
          <w:szCs w:val="20"/>
        </w:rPr>
        <w:t xml:space="preserve"> </w:t>
      </w:r>
      <w:proofErr w:type="spellStart"/>
      <w:r w:rsidRPr="0015729A">
        <w:rPr>
          <w:rFonts w:cs="Calibri"/>
          <w:sz w:val="20"/>
          <w:szCs w:val="20"/>
        </w:rPr>
        <w:t>ve</w:t>
      </w:r>
      <w:proofErr w:type="spellEnd"/>
      <w:r w:rsidRPr="0015729A">
        <w:rPr>
          <w:rFonts w:cs="Calibri"/>
          <w:sz w:val="20"/>
          <w:szCs w:val="20"/>
        </w:rPr>
        <w:t xml:space="preserve"> </w:t>
      </w:r>
      <w:proofErr w:type="spellStart"/>
      <w:r w:rsidRPr="0015729A">
        <w:rPr>
          <w:rFonts w:cs="Calibri"/>
          <w:sz w:val="20"/>
          <w:szCs w:val="20"/>
        </w:rPr>
        <w:t>uyuşmazlık</w:t>
      </w:r>
      <w:proofErr w:type="spellEnd"/>
      <w:r w:rsidRPr="0015729A">
        <w:rPr>
          <w:rFonts w:cs="Calibri"/>
          <w:sz w:val="20"/>
          <w:szCs w:val="20"/>
        </w:rPr>
        <w:t xml:space="preserve"> </w:t>
      </w:r>
      <w:proofErr w:type="spellStart"/>
      <w:r w:rsidRPr="0015729A">
        <w:rPr>
          <w:rFonts w:cs="Calibri"/>
          <w:sz w:val="20"/>
          <w:szCs w:val="20"/>
        </w:rPr>
        <w:t>için</w:t>
      </w:r>
      <w:proofErr w:type="spellEnd"/>
      <w:r w:rsidRPr="0015729A">
        <w:rPr>
          <w:rFonts w:cs="Calibri"/>
          <w:sz w:val="20"/>
          <w:szCs w:val="20"/>
        </w:rPr>
        <w:t xml:space="preserve"> </w:t>
      </w:r>
      <w:proofErr w:type="spellStart"/>
      <w:r w:rsidRPr="0015729A">
        <w:rPr>
          <w:rFonts w:cs="Calibri"/>
          <w:sz w:val="20"/>
          <w:szCs w:val="20"/>
        </w:rPr>
        <w:t>yürürlükteki</w:t>
      </w:r>
      <w:proofErr w:type="spellEnd"/>
      <w:r w:rsidRPr="0015729A">
        <w:rPr>
          <w:rFonts w:cs="Calibri"/>
          <w:sz w:val="20"/>
          <w:szCs w:val="20"/>
        </w:rPr>
        <w:t xml:space="preserve"> </w:t>
      </w:r>
      <w:proofErr w:type="spellStart"/>
      <w:r w:rsidRPr="0015729A">
        <w:rPr>
          <w:rFonts w:cs="Calibri"/>
          <w:sz w:val="20"/>
          <w:szCs w:val="20"/>
        </w:rPr>
        <w:t>yasal</w:t>
      </w:r>
      <w:proofErr w:type="spellEnd"/>
      <w:r w:rsidRPr="0015729A">
        <w:rPr>
          <w:rFonts w:cs="Calibri"/>
          <w:sz w:val="20"/>
          <w:szCs w:val="20"/>
        </w:rPr>
        <w:t xml:space="preserve"> </w:t>
      </w:r>
      <w:proofErr w:type="spellStart"/>
      <w:r w:rsidRPr="0015729A">
        <w:rPr>
          <w:rFonts w:cs="Calibri"/>
          <w:sz w:val="20"/>
          <w:szCs w:val="20"/>
        </w:rPr>
        <w:t>mevzuat</w:t>
      </w:r>
      <w:proofErr w:type="spellEnd"/>
      <w:r w:rsidRPr="0015729A">
        <w:rPr>
          <w:rFonts w:cs="Calibri"/>
          <w:sz w:val="20"/>
          <w:szCs w:val="20"/>
        </w:rPr>
        <w:t xml:space="preserve"> </w:t>
      </w:r>
      <w:proofErr w:type="spellStart"/>
      <w:r w:rsidRPr="0015729A">
        <w:rPr>
          <w:rFonts w:cs="Calibri"/>
          <w:sz w:val="20"/>
          <w:szCs w:val="20"/>
        </w:rPr>
        <w:t>geçerlidir</w:t>
      </w:r>
      <w:proofErr w:type="spellEnd"/>
      <w:r w:rsidRPr="0015729A">
        <w:rPr>
          <w:rFonts w:cs="Calibri"/>
          <w:sz w:val="20"/>
          <w:szCs w:val="20"/>
        </w:rPr>
        <w:t>.</w:t>
      </w:r>
    </w:p>
    <w:p w14:paraId="0928649F" w14:textId="77777777" w:rsidR="00FE02AA" w:rsidRPr="008918E1" w:rsidRDefault="00FE02AA" w:rsidP="00FE02AA">
      <w:pPr>
        <w:spacing w:after="0" w:line="240" w:lineRule="auto"/>
        <w:rPr>
          <w:b/>
          <w:color w:val="365F91" w:themeColor="accent1" w:themeShade="BF"/>
        </w:rPr>
      </w:pPr>
      <w:bookmarkStart w:id="0" w:name="_Hlk531079820"/>
      <w:r>
        <w:rPr>
          <w:b/>
        </w:rPr>
        <w:br w:type="page"/>
      </w:r>
      <w:r w:rsidRPr="008918E1">
        <w:rPr>
          <w:b/>
          <w:color w:val="365F91" w:themeColor="accent1" w:themeShade="BF"/>
        </w:rPr>
        <w:lastRenderedPageBreak/>
        <w:t xml:space="preserve"> FORM-2’nin </w:t>
      </w:r>
      <w:proofErr w:type="spellStart"/>
      <w:r w:rsidRPr="008918E1">
        <w:rPr>
          <w:b/>
          <w:color w:val="365F91" w:themeColor="accent1" w:themeShade="BF"/>
        </w:rPr>
        <w:t>eki</w:t>
      </w:r>
      <w:proofErr w:type="spellEnd"/>
      <w:r>
        <w:rPr>
          <w:b/>
          <w:color w:val="365F91" w:themeColor="accent1" w:themeShade="BF"/>
        </w:rPr>
        <w:t xml:space="preserve"> </w:t>
      </w:r>
      <w:r w:rsidRPr="00DF28F2">
        <w:t>(</w:t>
      </w:r>
      <w:proofErr w:type="spellStart"/>
      <w:r w:rsidRPr="00DF28F2">
        <w:t>taraflara</w:t>
      </w:r>
      <w:proofErr w:type="spellEnd"/>
      <w:r w:rsidRPr="00DF28F2">
        <w:t xml:space="preserve"> </w:t>
      </w:r>
      <w:proofErr w:type="spellStart"/>
      <w:r>
        <w:t>ileti</w:t>
      </w:r>
      <w:r w:rsidRPr="00DF28F2">
        <w:t>lecek</w:t>
      </w:r>
      <w:proofErr w:type="spellEnd"/>
      <w:r w:rsidRPr="00DF28F2">
        <w:t>)</w:t>
      </w:r>
    </w:p>
    <w:p w14:paraId="6DA8E3B4" w14:textId="77777777" w:rsidR="00FE02AA" w:rsidRDefault="00FE02AA" w:rsidP="00FE02AA">
      <w:pPr>
        <w:jc w:val="center"/>
        <w:rPr>
          <w:b/>
        </w:rPr>
      </w:pPr>
    </w:p>
    <w:bookmarkEnd w:id="0"/>
    <w:p w14:paraId="0B3D7691" w14:textId="77777777" w:rsidR="0090782C" w:rsidRPr="0090782C" w:rsidRDefault="0090782C" w:rsidP="0090782C">
      <w:pPr>
        <w:tabs>
          <w:tab w:val="left" w:pos="426"/>
        </w:tabs>
        <w:spacing w:line="240" w:lineRule="auto"/>
        <w:jc w:val="both"/>
        <w:rPr>
          <w:b/>
          <w:bCs/>
          <w:lang w:val="tr-TR"/>
        </w:rPr>
      </w:pPr>
      <w:r w:rsidRPr="0090782C">
        <w:rPr>
          <w:b/>
          <w:bCs/>
          <w:lang w:val="tr-TR"/>
        </w:rPr>
        <w:t>İŞLETMEDE MESLEKİ EĞİTİM (İME) ESASLARI VE TARAFLARIN YÜKÜMLÜLÜKLERİ</w:t>
      </w:r>
    </w:p>
    <w:p w14:paraId="4FFA5571" w14:textId="77777777" w:rsidR="0090782C" w:rsidRPr="0090782C" w:rsidRDefault="0090782C" w:rsidP="0090782C">
      <w:pPr>
        <w:tabs>
          <w:tab w:val="left" w:pos="426"/>
        </w:tabs>
        <w:spacing w:line="240" w:lineRule="auto"/>
        <w:jc w:val="both"/>
        <w:rPr>
          <w:b/>
          <w:bCs/>
          <w:lang w:val="tr-TR"/>
        </w:rPr>
      </w:pPr>
      <w:r w:rsidRPr="0090782C">
        <w:rPr>
          <w:b/>
          <w:bCs/>
          <w:lang w:val="tr-TR"/>
        </w:rPr>
        <w:t>A. Öğrencilerin Yükümlülükleri</w:t>
      </w:r>
    </w:p>
    <w:p w14:paraId="51ACB5CD" w14:textId="77777777" w:rsidR="0090782C" w:rsidRPr="0090782C" w:rsidRDefault="0090782C" w:rsidP="0090782C">
      <w:pPr>
        <w:numPr>
          <w:ilvl w:val="0"/>
          <w:numId w:val="15"/>
        </w:numPr>
        <w:tabs>
          <w:tab w:val="left" w:pos="426"/>
        </w:tabs>
        <w:spacing w:line="240" w:lineRule="auto"/>
        <w:jc w:val="both"/>
        <w:rPr>
          <w:bCs/>
          <w:lang w:val="tr-TR"/>
        </w:rPr>
      </w:pPr>
      <w:r w:rsidRPr="0090782C">
        <w:rPr>
          <w:bCs/>
          <w:lang w:val="tr-TR"/>
        </w:rPr>
        <w:t>Çanakkale Onsekiz Mart Üniversitesi’ne bağlı ilgili bölüm/programın eğitim planında yer alan İşletmede Mesleki Eğitim dersine kayıtlı öğrenciler, Senato tarafından onaylanan program esaslarına göre işletmelerde mesleki eğitim yaparlar.</w:t>
      </w:r>
    </w:p>
    <w:p w14:paraId="69C76CEF" w14:textId="77777777" w:rsidR="0090782C" w:rsidRPr="0090782C" w:rsidRDefault="0090782C" w:rsidP="0090782C">
      <w:pPr>
        <w:numPr>
          <w:ilvl w:val="0"/>
          <w:numId w:val="15"/>
        </w:numPr>
        <w:tabs>
          <w:tab w:val="left" w:pos="426"/>
        </w:tabs>
        <w:spacing w:line="240" w:lineRule="auto"/>
        <w:jc w:val="both"/>
        <w:rPr>
          <w:bCs/>
          <w:lang w:val="tr-TR"/>
        </w:rPr>
      </w:pPr>
      <w:r w:rsidRPr="0090782C">
        <w:rPr>
          <w:bCs/>
          <w:lang w:val="tr-TR"/>
        </w:rPr>
        <w:t>Öğrenciler, Çanakkale Onsekiz Mart Üniversitesi İşletmede Mesleki Eğitim Yönergesi, ilgili birim/bölüm Uygulamalı Eğitim Uygulama Esasları, protokol ve sözleşme hükümlerine uygun olarak kabul edildikleri işletmede kendilerine verilen görevleri yerine getirirler.</w:t>
      </w:r>
    </w:p>
    <w:p w14:paraId="22AB0982" w14:textId="77777777" w:rsidR="0090782C" w:rsidRPr="0090782C" w:rsidRDefault="0090782C" w:rsidP="0090782C">
      <w:pPr>
        <w:numPr>
          <w:ilvl w:val="0"/>
          <w:numId w:val="15"/>
        </w:numPr>
        <w:tabs>
          <w:tab w:val="left" w:pos="426"/>
        </w:tabs>
        <w:spacing w:line="240" w:lineRule="auto"/>
        <w:jc w:val="both"/>
        <w:rPr>
          <w:bCs/>
          <w:lang w:val="tr-TR"/>
        </w:rPr>
      </w:pPr>
      <w:r w:rsidRPr="0090782C">
        <w:rPr>
          <w:bCs/>
          <w:lang w:val="tr-TR"/>
        </w:rPr>
        <w:t>İşletmede mesleki eğitim süresince; işletmenin çalışma planına, mesai saatlerine ve çalışma kurallarına uymak, iş sağlığı ve güvenliği ile ilgili düzenlemelere riayet etmek ve mesleki faaliyetlere aktif olarak katılmak zorundadırlar.</w:t>
      </w:r>
    </w:p>
    <w:p w14:paraId="16987D4C" w14:textId="77777777" w:rsidR="0090782C" w:rsidRPr="0090782C" w:rsidRDefault="0090782C" w:rsidP="0090782C">
      <w:pPr>
        <w:numPr>
          <w:ilvl w:val="0"/>
          <w:numId w:val="15"/>
        </w:numPr>
        <w:tabs>
          <w:tab w:val="left" w:pos="426"/>
        </w:tabs>
        <w:spacing w:line="240" w:lineRule="auto"/>
        <w:jc w:val="both"/>
        <w:rPr>
          <w:bCs/>
          <w:lang w:val="tr-TR"/>
        </w:rPr>
      </w:pPr>
      <w:r w:rsidRPr="0090782C">
        <w:rPr>
          <w:bCs/>
          <w:lang w:val="tr-TR"/>
        </w:rPr>
        <w:t>Öğrenciler, işletmede yaptıkları günlük/haftalık çalışmaları düzenli olarak İşletmede Mesleki Eğitim Dosyasına işler ve dönem sonunda üniversite tarafından belirlenen formata uygun bir Faaliyet Raporu hazırlayarak ilan edilen süreler içinde bölümüne teslim ederler.</w:t>
      </w:r>
    </w:p>
    <w:p w14:paraId="730B8182" w14:textId="77777777" w:rsidR="0090782C" w:rsidRPr="0090782C" w:rsidRDefault="0090782C" w:rsidP="0090782C">
      <w:pPr>
        <w:numPr>
          <w:ilvl w:val="0"/>
          <w:numId w:val="15"/>
        </w:numPr>
        <w:tabs>
          <w:tab w:val="left" w:pos="426"/>
        </w:tabs>
        <w:spacing w:line="240" w:lineRule="auto"/>
        <w:jc w:val="both"/>
        <w:rPr>
          <w:bCs/>
          <w:lang w:val="tr-TR"/>
        </w:rPr>
      </w:pPr>
      <w:r w:rsidRPr="0090782C">
        <w:rPr>
          <w:bCs/>
          <w:lang w:val="tr-TR"/>
        </w:rPr>
        <w:t>Öğrenciler, işletmede mesleki eğitim süresince edindikleri bilgi ve belgeleri, işyerine ait gizli veya ticari nitelikteki bilgileri üçüncü kişilere açıklamamak; işletmenin izni olmaksızın işyeri dışına herhangi bir belge veya ekipman çıkarmamakla yükümlüdür. Bu hususlara aykırı davranılması hâlinde, ilgili mevzuat ve üniversite öğrenci disiplin hükümleri uygulanır.</w:t>
      </w:r>
    </w:p>
    <w:p w14:paraId="55103825" w14:textId="77777777" w:rsidR="0090782C" w:rsidRPr="0090782C" w:rsidRDefault="0090782C" w:rsidP="0090782C">
      <w:pPr>
        <w:tabs>
          <w:tab w:val="left" w:pos="426"/>
        </w:tabs>
        <w:spacing w:line="240" w:lineRule="auto"/>
        <w:jc w:val="both"/>
        <w:rPr>
          <w:b/>
          <w:bCs/>
          <w:lang w:val="tr-TR"/>
        </w:rPr>
      </w:pPr>
      <w:r w:rsidRPr="0090782C">
        <w:rPr>
          <w:b/>
          <w:bCs/>
          <w:lang w:val="tr-TR"/>
        </w:rPr>
        <w:t>B. Eğitici Personelin Yükümlülükleri</w:t>
      </w:r>
    </w:p>
    <w:p w14:paraId="6A46BFC0" w14:textId="77777777" w:rsidR="0090782C" w:rsidRPr="0090782C" w:rsidRDefault="0090782C" w:rsidP="0090782C">
      <w:pPr>
        <w:numPr>
          <w:ilvl w:val="0"/>
          <w:numId w:val="16"/>
        </w:numPr>
        <w:tabs>
          <w:tab w:val="left" w:pos="426"/>
        </w:tabs>
        <w:spacing w:line="240" w:lineRule="auto"/>
        <w:jc w:val="both"/>
        <w:rPr>
          <w:bCs/>
          <w:lang w:val="tr-TR"/>
        </w:rPr>
      </w:pPr>
      <w:r w:rsidRPr="0090782C">
        <w:rPr>
          <w:bCs/>
          <w:lang w:val="tr-TR"/>
        </w:rPr>
        <w:t>İşletmede mesleki eğitim uygulaması yapan öğrencilerin, üniversite tarafından hazırlanan eğitim planına uygun şekilde işletmede mesleki eğitime başlamalarını, sürdürmelerini ve tamamlamalarını sağlar.</w:t>
      </w:r>
    </w:p>
    <w:p w14:paraId="37372090" w14:textId="77777777" w:rsidR="0090782C" w:rsidRPr="0090782C" w:rsidRDefault="0090782C" w:rsidP="0090782C">
      <w:pPr>
        <w:numPr>
          <w:ilvl w:val="0"/>
          <w:numId w:val="16"/>
        </w:numPr>
        <w:tabs>
          <w:tab w:val="left" w:pos="426"/>
        </w:tabs>
        <w:spacing w:line="240" w:lineRule="auto"/>
        <w:jc w:val="both"/>
        <w:rPr>
          <w:bCs/>
          <w:lang w:val="tr-TR"/>
        </w:rPr>
      </w:pPr>
      <w:r w:rsidRPr="0090782C">
        <w:rPr>
          <w:bCs/>
          <w:lang w:val="tr-TR"/>
        </w:rPr>
        <w:t>Öğrencilerin iş ortamında iş disiplini ve meslek etiğine uygun şekilde çalışmalarına rehberlik eder; günlük/haftalık faaliyetlerini izler, gerektiğinde yönlendirir.</w:t>
      </w:r>
    </w:p>
    <w:p w14:paraId="58E8F8CC" w14:textId="77777777" w:rsidR="0090782C" w:rsidRPr="0090782C" w:rsidRDefault="0090782C" w:rsidP="0090782C">
      <w:pPr>
        <w:numPr>
          <w:ilvl w:val="0"/>
          <w:numId w:val="16"/>
        </w:numPr>
        <w:tabs>
          <w:tab w:val="left" w:pos="426"/>
        </w:tabs>
        <w:spacing w:line="240" w:lineRule="auto"/>
        <w:jc w:val="both"/>
        <w:rPr>
          <w:bCs/>
          <w:lang w:val="tr-TR"/>
        </w:rPr>
      </w:pPr>
      <w:r w:rsidRPr="0090782C">
        <w:rPr>
          <w:bCs/>
          <w:lang w:val="tr-TR"/>
        </w:rPr>
        <w:t>Öğrencilerin hazırladığı İşletmede Mesleki Eğitim Dosyası, Faaliyet Raporu ve benzeri belgeleri düzenli olarak kontrol eder, uygun bulduklarını onaylar.</w:t>
      </w:r>
    </w:p>
    <w:p w14:paraId="7C9D84B2" w14:textId="77777777" w:rsidR="0090782C" w:rsidRPr="0090782C" w:rsidRDefault="0090782C" w:rsidP="0090782C">
      <w:pPr>
        <w:numPr>
          <w:ilvl w:val="0"/>
          <w:numId w:val="16"/>
        </w:numPr>
        <w:tabs>
          <w:tab w:val="left" w:pos="426"/>
        </w:tabs>
        <w:spacing w:line="240" w:lineRule="auto"/>
        <w:jc w:val="both"/>
        <w:rPr>
          <w:bCs/>
          <w:lang w:val="tr-TR"/>
        </w:rPr>
      </w:pPr>
      <w:r w:rsidRPr="0090782C">
        <w:rPr>
          <w:bCs/>
          <w:lang w:val="tr-TR"/>
        </w:rPr>
        <w:t>Her öğrenci için İşletme Değerlendirme Formunu zamanında ve eksiksiz şekilde doldurur, imzalar ve kapalı zarf içinde ilgili Sorumlu Öğretim Elemanına / Bölüm Başkanlığına iletilmek üzere teslim eder.</w:t>
      </w:r>
    </w:p>
    <w:p w14:paraId="77F8B092" w14:textId="77777777" w:rsidR="0090782C" w:rsidRPr="0090782C" w:rsidRDefault="0090782C" w:rsidP="0090782C">
      <w:pPr>
        <w:tabs>
          <w:tab w:val="left" w:pos="426"/>
        </w:tabs>
        <w:spacing w:line="240" w:lineRule="auto"/>
        <w:jc w:val="both"/>
        <w:rPr>
          <w:b/>
          <w:bCs/>
          <w:lang w:val="tr-TR"/>
        </w:rPr>
      </w:pPr>
      <w:r w:rsidRPr="0090782C">
        <w:rPr>
          <w:b/>
          <w:bCs/>
          <w:lang w:val="tr-TR"/>
        </w:rPr>
        <w:t>C. İME Sorumlu Öğretim Elemanının Sorumlulukları</w:t>
      </w:r>
    </w:p>
    <w:p w14:paraId="1A9AC960" w14:textId="77777777" w:rsidR="0090782C" w:rsidRPr="0090782C" w:rsidRDefault="0090782C" w:rsidP="0090782C">
      <w:pPr>
        <w:numPr>
          <w:ilvl w:val="0"/>
          <w:numId w:val="17"/>
        </w:numPr>
        <w:tabs>
          <w:tab w:val="left" w:pos="426"/>
        </w:tabs>
        <w:spacing w:line="240" w:lineRule="auto"/>
        <w:jc w:val="both"/>
        <w:rPr>
          <w:bCs/>
          <w:lang w:val="tr-TR"/>
        </w:rPr>
      </w:pPr>
      <w:r w:rsidRPr="0090782C">
        <w:rPr>
          <w:bCs/>
          <w:lang w:val="tr-TR"/>
        </w:rPr>
        <w:t>İME Sorumlu Öğretim Elemanı, işletmede mesleki eğitim yapacak öğrencilere ilişkin gruplar için bölüm başkanınca görevlendirilen ve öğrencilerin işletmedeki eğitim sürecini izleyen, denetleyen ve işletme ile akademik birim arasındaki koordinasyonu sağlayan öğretim elemanıdır.</w:t>
      </w:r>
    </w:p>
    <w:p w14:paraId="3F2C36ED" w14:textId="77777777" w:rsidR="0090782C" w:rsidRPr="0090782C" w:rsidRDefault="0090782C" w:rsidP="0090782C">
      <w:pPr>
        <w:numPr>
          <w:ilvl w:val="0"/>
          <w:numId w:val="17"/>
        </w:numPr>
        <w:tabs>
          <w:tab w:val="left" w:pos="426"/>
        </w:tabs>
        <w:spacing w:line="240" w:lineRule="auto"/>
        <w:jc w:val="both"/>
        <w:rPr>
          <w:bCs/>
          <w:lang w:val="tr-TR"/>
        </w:rPr>
      </w:pPr>
      <w:r w:rsidRPr="0090782C">
        <w:rPr>
          <w:bCs/>
          <w:lang w:val="tr-TR"/>
        </w:rPr>
        <w:t>Öğrencilerin işletmedeki eğitim faaliyetlerini düzenli olarak izler; ortaya çıkan sorunların çözümü için Eğitici Personel ve işletme yetkilileriyle iş birliği yapar, gerekli durumlarda Bölüm/Program Uygulamalı Eğitim Komisyonunu bilgilendirir.</w:t>
      </w:r>
    </w:p>
    <w:p w14:paraId="1E43EDC7" w14:textId="77777777" w:rsidR="0090782C" w:rsidRPr="0090782C" w:rsidRDefault="0090782C" w:rsidP="0090782C">
      <w:pPr>
        <w:numPr>
          <w:ilvl w:val="0"/>
          <w:numId w:val="17"/>
        </w:numPr>
        <w:tabs>
          <w:tab w:val="left" w:pos="426"/>
        </w:tabs>
        <w:spacing w:line="240" w:lineRule="auto"/>
        <w:jc w:val="both"/>
        <w:rPr>
          <w:bCs/>
          <w:lang w:val="tr-TR"/>
        </w:rPr>
      </w:pPr>
      <w:r w:rsidRPr="0090782C">
        <w:rPr>
          <w:bCs/>
          <w:lang w:val="tr-TR"/>
        </w:rPr>
        <w:t>Öğrencinin devam, disiplin ve raporlama durumunu takip eder; işletme tarafından doldurulan formlar ile öğrencinin hazırladığı dosya ve raporların zamanında ve eksiksiz olarak teslim edilmesini sağlar.</w:t>
      </w:r>
    </w:p>
    <w:p w14:paraId="2F05B04E" w14:textId="77777777" w:rsidR="0090782C" w:rsidRPr="0090782C" w:rsidRDefault="0090782C" w:rsidP="0090782C">
      <w:pPr>
        <w:numPr>
          <w:ilvl w:val="0"/>
          <w:numId w:val="17"/>
        </w:numPr>
        <w:tabs>
          <w:tab w:val="left" w:pos="426"/>
        </w:tabs>
        <w:spacing w:line="240" w:lineRule="auto"/>
        <w:jc w:val="both"/>
        <w:rPr>
          <w:bCs/>
          <w:lang w:val="tr-TR"/>
        </w:rPr>
      </w:pPr>
      <w:r w:rsidRPr="0090782C">
        <w:rPr>
          <w:bCs/>
          <w:lang w:val="tr-TR"/>
        </w:rPr>
        <w:t xml:space="preserve">Öğrencilerin Faaliyet Raporu ve İşletme Değerlendirme Formlarını teslim alarak ilgili komisyona iletir; değerlendirme sürecinde, üniversite tarafından belirlenen esaslara göre </w:t>
      </w:r>
      <w:proofErr w:type="spellStart"/>
      <w:r w:rsidRPr="0090782C">
        <w:rPr>
          <w:bCs/>
          <w:lang w:val="tr-TR"/>
        </w:rPr>
        <w:t>İME’ye</w:t>
      </w:r>
      <w:proofErr w:type="spellEnd"/>
      <w:r w:rsidRPr="0090782C">
        <w:rPr>
          <w:bCs/>
          <w:lang w:val="tr-TR"/>
        </w:rPr>
        <w:t xml:space="preserve"> ilişkin ölçme-değerlendirme formlarını doldurur ve Bölüm Başkanlığına teslim eder.</w:t>
      </w:r>
    </w:p>
    <w:sectPr w:rsidR="0090782C" w:rsidRPr="0090782C" w:rsidSect="00FE02A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abstractNum w:abstractNumId="9" w15:restartNumberingAfterBreak="0">
    <w:nsid w:val="0DF64C53"/>
    <w:multiLevelType w:val="hybridMultilevel"/>
    <w:tmpl w:val="75B4D6C2"/>
    <w:lvl w:ilvl="0" w:tplc="934A026C">
      <w:start w:val="1"/>
      <w:numFmt w:val="decimal"/>
      <w:lvlText w:val="%1."/>
      <w:lvlJc w:val="left"/>
      <w:pPr>
        <w:tabs>
          <w:tab w:val="num" w:pos="720"/>
        </w:tabs>
        <w:ind w:left="720" w:hanging="360"/>
      </w:pPr>
      <w:rPr>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0" w15:restartNumberingAfterBreak="0">
    <w:nsid w:val="24837BDC"/>
    <w:multiLevelType w:val="multilevel"/>
    <w:tmpl w:val="FF9809E6"/>
    <w:lvl w:ilvl="0">
      <w:start w:val="1"/>
      <w:numFmt w:val="decimal"/>
      <w:lvlText w:val="%1."/>
      <w:lvlJc w:val="left"/>
      <w:pPr>
        <w:tabs>
          <w:tab w:val="num" w:pos="720"/>
        </w:tabs>
        <w:ind w:left="720" w:hanging="360"/>
      </w:pPr>
      <w:rPr>
        <w:b/>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05C492C"/>
    <w:multiLevelType w:val="hybridMultilevel"/>
    <w:tmpl w:val="D9FAE93C"/>
    <w:lvl w:ilvl="0" w:tplc="AC54A626">
      <w:start w:val="1"/>
      <w:numFmt w:val="decimal"/>
      <w:lvlText w:val="%1."/>
      <w:lvlJc w:val="left"/>
      <w:pPr>
        <w:tabs>
          <w:tab w:val="num" w:pos="720"/>
        </w:tabs>
        <w:ind w:left="720" w:hanging="360"/>
      </w:pPr>
      <w:rPr>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2" w15:restartNumberingAfterBreak="0">
    <w:nsid w:val="538C733B"/>
    <w:multiLevelType w:val="multilevel"/>
    <w:tmpl w:val="015433EC"/>
    <w:lvl w:ilvl="0">
      <w:start w:val="1"/>
      <w:numFmt w:val="decimal"/>
      <w:lvlText w:val="%1."/>
      <w:lvlJc w:val="left"/>
      <w:pPr>
        <w:tabs>
          <w:tab w:val="num" w:pos="720"/>
        </w:tabs>
        <w:ind w:left="720" w:hanging="360"/>
      </w:pPr>
      <w:rPr>
        <w:b/>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6D3120A"/>
    <w:multiLevelType w:val="hybridMultilevel"/>
    <w:tmpl w:val="7AF0D14A"/>
    <w:lvl w:ilvl="0" w:tplc="B6880CE8">
      <w:start w:val="1"/>
      <w:numFmt w:val="lowerLetter"/>
      <w:lvlText w:val="%1)"/>
      <w:lvlJc w:val="left"/>
      <w:pPr>
        <w:tabs>
          <w:tab w:val="num" w:pos="720"/>
        </w:tabs>
        <w:ind w:left="720" w:hanging="360"/>
      </w:pPr>
      <w:rPr>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4" w15:restartNumberingAfterBreak="0">
    <w:nsid w:val="615D694E"/>
    <w:multiLevelType w:val="hybridMultilevel"/>
    <w:tmpl w:val="645CAF90"/>
    <w:lvl w:ilvl="0" w:tplc="AC54A626">
      <w:start w:val="1"/>
      <w:numFmt w:val="decimal"/>
      <w:lvlText w:val="%1."/>
      <w:lvlJc w:val="left"/>
      <w:pPr>
        <w:ind w:left="720" w:hanging="360"/>
      </w:pPr>
      <w:rPr>
        <w:b/>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683749F9"/>
    <w:multiLevelType w:val="multilevel"/>
    <w:tmpl w:val="CBE6D296"/>
    <w:lvl w:ilvl="0">
      <w:start w:val="1"/>
      <w:numFmt w:val="decimal"/>
      <w:lvlText w:val="%1."/>
      <w:lvlJc w:val="left"/>
      <w:pPr>
        <w:tabs>
          <w:tab w:val="num" w:pos="720"/>
        </w:tabs>
        <w:ind w:left="720" w:hanging="360"/>
      </w:pPr>
      <w:rPr>
        <w:b/>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7C16B9C"/>
    <w:multiLevelType w:val="hybridMultilevel"/>
    <w:tmpl w:val="99BA1AAE"/>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660502068">
    <w:abstractNumId w:val="8"/>
  </w:num>
  <w:num w:numId="2" w16cid:durableId="649361305">
    <w:abstractNumId w:val="6"/>
  </w:num>
  <w:num w:numId="3" w16cid:durableId="1933585601">
    <w:abstractNumId w:val="5"/>
  </w:num>
  <w:num w:numId="4" w16cid:durableId="125320456">
    <w:abstractNumId w:val="4"/>
  </w:num>
  <w:num w:numId="5" w16cid:durableId="538858583">
    <w:abstractNumId w:val="7"/>
  </w:num>
  <w:num w:numId="6" w16cid:durableId="1056852844">
    <w:abstractNumId w:val="3"/>
  </w:num>
  <w:num w:numId="7" w16cid:durableId="357318852">
    <w:abstractNumId w:val="2"/>
  </w:num>
  <w:num w:numId="8" w16cid:durableId="1500268697">
    <w:abstractNumId w:val="1"/>
  </w:num>
  <w:num w:numId="9" w16cid:durableId="1640184630">
    <w:abstractNumId w:val="0"/>
  </w:num>
  <w:num w:numId="10" w16cid:durableId="465776117">
    <w:abstractNumId w:val="13"/>
  </w:num>
  <w:num w:numId="11" w16cid:durableId="1716081570">
    <w:abstractNumId w:val="11"/>
  </w:num>
  <w:num w:numId="12" w16cid:durableId="818091">
    <w:abstractNumId w:val="9"/>
  </w:num>
  <w:num w:numId="13" w16cid:durableId="464810478">
    <w:abstractNumId w:val="16"/>
  </w:num>
  <w:num w:numId="14" w16cid:durableId="1173257284">
    <w:abstractNumId w:val="14"/>
  </w:num>
  <w:num w:numId="15" w16cid:durableId="658314026">
    <w:abstractNumId w:val="10"/>
  </w:num>
  <w:num w:numId="16" w16cid:durableId="1423258192">
    <w:abstractNumId w:val="15"/>
  </w:num>
  <w:num w:numId="17" w16cid:durableId="92846745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003E"/>
    <w:rsid w:val="00034616"/>
    <w:rsid w:val="0006063C"/>
    <w:rsid w:val="0015074B"/>
    <w:rsid w:val="0029639D"/>
    <w:rsid w:val="00326F90"/>
    <w:rsid w:val="00356444"/>
    <w:rsid w:val="00362A9D"/>
    <w:rsid w:val="0090782C"/>
    <w:rsid w:val="00931B30"/>
    <w:rsid w:val="00A00ECE"/>
    <w:rsid w:val="00AA1D8D"/>
    <w:rsid w:val="00B47730"/>
    <w:rsid w:val="00BC34FE"/>
    <w:rsid w:val="00C3504E"/>
    <w:rsid w:val="00CB0664"/>
    <w:rsid w:val="00F60709"/>
    <w:rsid w:val="00FC693F"/>
    <w:rsid w:val="00FE02A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9D5652B"/>
  <w14:defaultImageDpi w14:val="300"/>
  <w15:docId w15:val="{34E0A39A-9991-418A-9DD0-B1781AEF2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sz w:val="24"/>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efault">
    <w:name w:val="Default"/>
    <w:rsid w:val="00FE02AA"/>
    <w:pPr>
      <w:autoSpaceDE w:val="0"/>
      <w:autoSpaceDN w:val="0"/>
      <w:adjustRightInd w:val="0"/>
      <w:spacing w:after="0" w:line="240" w:lineRule="auto"/>
    </w:pPr>
    <w:rPr>
      <w:rFonts w:ascii="Times New Roman" w:eastAsia="Calibri" w:hAnsi="Times New Roman" w:cs="Times New Roman"/>
      <w:color w:val="000000"/>
      <w:sz w:val="24"/>
      <w:szCs w:val="24"/>
      <w:lang w:val="tr-TR"/>
    </w:rPr>
  </w:style>
  <w:style w:type="character" w:customStyle="1" w:styleId="spelle">
    <w:name w:val="spelle"/>
    <w:rsid w:val="00FE02AA"/>
  </w:style>
  <w:style w:type="character" w:customStyle="1" w:styleId="grame">
    <w:name w:val="grame"/>
    <w:rsid w:val="00FE02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915</Words>
  <Characters>5216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6119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Fuat Firat Cevik</cp:lastModifiedBy>
  <cp:revision>2</cp:revision>
  <dcterms:created xsi:type="dcterms:W3CDTF">2026-09-16T12:28:00Z</dcterms:created>
  <dcterms:modified xsi:type="dcterms:W3CDTF">2026-09-16T12:28:00Z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4af05db0-06d6-4bf6-a79f-0c38e1818d58</vt:lpwstr>
  </property>
</Properties>
</file>