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1D4525" w14:textId="77777777" w:rsidR="00921641" w:rsidRDefault="00000000">
      <w:pPr>
        <w:jc w:val="center"/>
      </w:pPr>
      <w:r>
        <w:rPr>
          <w:b/>
          <w:sz w:val="22"/>
        </w:rPr>
        <w:t>ÇANAKKALE ONSEKİZ MART ÜNİVERSİTESİ</w:t>
      </w:r>
    </w:p>
    <w:p w14:paraId="5CF28736" w14:textId="77777777" w:rsidR="00921641" w:rsidRDefault="00000000">
      <w:pPr>
        <w:jc w:val="center"/>
      </w:pPr>
      <w:r>
        <w:rPr>
          <w:b/>
          <w:sz w:val="22"/>
        </w:rPr>
        <w:t>LİSANSÜSTÜ EĞİTİM ENSTİTÜSÜ</w:t>
      </w:r>
    </w:p>
    <w:p w14:paraId="5F3A1CAC" w14:textId="77777777" w:rsidR="00CC218A" w:rsidRDefault="00000000">
      <w:pPr>
        <w:jc w:val="center"/>
        <w:rPr>
          <w:b/>
          <w:sz w:val="20"/>
        </w:rPr>
      </w:pPr>
      <w:r>
        <w:rPr>
          <w:b/>
          <w:sz w:val="22"/>
        </w:rPr>
        <w:t>GAZETECİLİK ANABİLİM DALI YÜKSEK LİSANS PROGRAMI</w:t>
      </w:r>
    </w:p>
    <w:p w14:paraId="536AEE91" w14:textId="77777777" w:rsidR="00921641" w:rsidRDefault="00000000">
      <w:pPr>
        <w:jc w:val="center"/>
      </w:pPr>
      <w:r>
        <w:rPr>
          <w:b/>
          <w:sz w:val="22"/>
        </w:rPr>
        <w:t>2026-2027 AKADEMİK YILI GÜZ YARIYILI DERS PROGRAMI</w:t>
      </w:r>
    </w:p>
    <w:p w14:paraId="484F02B9" w14:textId="77777777" w:rsidR="00921641" w:rsidRDefault="00921641">
      <w:pPr>
        <w:spacing w:line="120" w:lineRule="auto"/>
      </w:pPr>
    </w:p>
    <w:p w14:paraId="1A284914" w14:textId="77777777" w:rsidR="00FD5C39" w:rsidRDefault="00FD5C39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91"/>
        <w:gridCol w:w="2750"/>
        <w:gridCol w:w="2750"/>
        <w:gridCol w:w="2750"/>
        <w:gridCol w:w="2750"/>
        <w:gridCol w:w="2750"/>
      </w:tblGrid>
      <w:tr w:rsidR="009176E8" w:rsidRPr="008C3261" w14:paraId="56C66677" w14:textId="77777777" w:rsidTr="00A873B7">
        <w:trPr>
          <w:cantSplit/>
          <w:trHeight w:hRule="exact" w:val="312"/>
          <w:jc w:val="center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83DE3" w14:textId="77777777" w:rsidR="009176E8" w:rsidRPr="008C3261" w:rsidRDefault="00000000">
            <w:pPr>
              <w:jc w:val="center"/>
              <w:rPr>
                <w:szCs w:val="18"/>
              </w:rPr>
            </w:pPr>
            <w:r w:rsidRPr="008C3261">
              <w:rPr>
                <w:b/>
                <w:szCs w:val="18"/>
              </w:rPr>
              <w:t>SAAT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AFB18" w14:textId="77777777" w:rsidR="009176E8" w:rsidRPr="008C3261" w:rsidRDefault="00000000">
            <w:pPr>
              <w:jc w:val="center"/>
              <w:rPr>
                <w:szCs w:val="18"/>
              </w:rPr>
            </w:pPr>
            <w:r w:rsidRPr="008C3261">
              <w:rPr>
                <w:b/>
                <w:szCs w:val="18"/>
              </w:rPr>
              <w:t>PAZARTESİ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F8217" w14:textId="77777777" w:rsidR="009176E8" w:rsidRPr="008C3261" w:rsidRDefault="00000000">
            <w:pPr>
              <w:jc w:val="center"/>
              <w:rPr>
                <w:szCs w:val="18"/>
              </w:rPr>
            </w:pPr>
            <w:r w:rsidRPr="008C3261">
              <w:rPr>
                <w:b/>
                <w:szCs w:val="18"/>
              </w:rPr>
              <w:t>SALI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6E72F1" w14:textId="77777777" w:rsidR="009176E8" w:rsidRPr="008C3261" w:rsidRDefault="00000000">
            <w:pPr>
              <w:jc w:val="center"/>
              <w:rPr>
                <w:szCs w:val="18"/>
              </w:rPr>
            </w:pPr>
            <w:r w:rsidRPr="008C3261">
              <w:rPr>
                <w:b/>
                <w:szCs w:val="18"/>
              </w:rPr>
              <w:t>ÇARŞAMBA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C3F13" w14:textId="77777777" w:rsidR="009176E8" w:rsidRPr="008C3261" w:rsidRDefault="00000000">
            <w:pPr>
              <w:jc w:val="center"/>
              <w:rPr>
                <w:szCs w:val="18"/>
              </w:rPr>
            </w:pPr>
            <w:r w:rsidRPr="008C3261">
              <w:rPr>
                <w:b/>
                <w:szCs w:val="18"/>
              </w:rPr>
              <w:t>PERŞEMBE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C863C" w14:textId="77777777" w:rsidR="009176E8" w:rsidRPr="008C3261" w:rsidRDefault="00000000">
            <w:pPr>
              <w:jc w:val="center"/>
              <w:rPr>
                <w:szCs w:val="18"/>
              </w:rPr>
            </w:pPr>
            <w:r w:rsidRPr="008C3261">
              <w:rPr>
                <w:b/>
                <w:szCs w:val="18"/>
              </w:rPr>
              <w:t>CUMA</w:t>
            </w:r>
          </w:p>
        </w:tc>
      </w:tr>
      <w:tr w:rsidR="009176E8" w:rsidRPr="008C3261" w14:paraId="2E7D70C4" w14:textId="77777777" w:rsidTr="00C60380">
        <w:trPr>
          <w:cantSplit/>
          <w:trHeight w:hRule="exact" w:val="663"/>
          <w:jc w:val="center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5C5B0" w14:textId="77777777" w:rsidR="009176E8" w:rsidRPr="008C3261" w:rsidRDefault="00000000">
            <w:pPr>
              <w:jc w:val="center"/>
              <w:rPr>
                <w:szCs w:val="18"/>
              </w:rPr>
            </w:pPr>
            <w:r w:rsidRPr="008C3261">
              <w:rPr>
                <w:szCs w:val="18"/>
              </w:rPr>
              <w:t>08.10-08.55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DBE57" w14:textId="77777777" w:rsidR="009176E8" w:rsidRPr="008C3261" w:rsidRDefault="009176E8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BDB70" w14:textId="77777777" w:rsidR="009176E8" w:rsidRPr="008C3261" w:rsidRDefault="009176E8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E0445" w14:textId="77777777" w:rsidR="009176E8" w:rsidRPr="008C3261" w:rsidRDefault="009176E8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6A7D5" w14:textId="77777777" w:rsidR="009176E8" w:rsidRPr="008C3261" w:rsidRDefault="009176E8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1C144E9" w14:textId="77777777" w:rsidR="009176E8" w:rsidRPr="008C3261" w:rsidRDefault="009176E8">
            <w:pPr>
              <w:rPr>
                <w:szCs w:val="18"/>
              </w:rPr>
            </w:pPr>
          </w:p>
        </w:tc>
      </w:tr>
      <w:tr w:rsidR="00C60380" w:rsidRPr="008C3261" w14:paraId="491AC07F" w14:textId="77777777" w:rsidTr="00C60380">
        <w:trPr>
          <w:cantSplit/>
          <w:trHeight w:hRule="exact" w:val="663"/>
          <w:jc w:val="center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BEC0B" w14:textId="77777777" w:rsidR="00C60380" w:rsidRPr="008C3261" w:rsidRDefault="00C60380">
            <w:pPr>
              <w:jc w:val="center"/>
              <w:rPr>
                <w:szCs w:val="18"/>
              </w:rPr>
            </w:pPr>
            <w:r w:rsidRPr="008C3261">
              <w:rPr>
                <w:szCs w:val="18"/>
              </w:rPr>
              <w:t>09.00-09.45</w:t>
            </w:r>
          </w:p>
        </w:tc>
        <w:tc>
          <w:tcPr>
            <w:tcW w:w="2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50DCD8" w14:textId="77777777" w:rsidR="00C60380" w:rsidRPr="008C3261" w:rsidRDefault="00C60380" w:rsidP="006D75D2">
            <w:pPr>
              <w:jc w:val="center"/>
              <w:rPr>
                <w:b/>
                <w:szCs w:val="18"/>
              </w:rPr>
            </w:pPr>
            <w:r w:rsidRPr="008C3261">
              <w:rPr>
                <w:b/>
                <w:szCs w:val="18"/>
              </w:rPr>
              <w:t>Gazetecilikte Dijital Görsel Okuryazarlık</w:t>
            </w:r>
            <w:r w:rsidRPr="008C3261">
              <w:rPr>
                <w:b/>
                <w:szCs w:val="18"/>
              </w:rPr>
              <w:br/>
              <w:t>Doç. Dr. Mustafa MAYDA</w:t>
            </w:r>
            <w:r w:rsidRPr="008C3261">
              <w:rPr>
                <w:b/>
                <w:szCs w:val="18"/>
              </w:rPr>
              <w:br/>
              <w:t>E2-130</w:t>
            </w:r>
          </w:p>
          <w:p w14:paraId="6A7B177E" w14:textId="7BDF2005" w:rsidR="00C60380" w:rsidRPr="008C3261" w:rsidRDefault="00C60380">
            <w:pPr>
              <w:jc w:val="center"/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13124" w14:textId="300637A8" w:rsidR="00C60380" w:rsidRPr="008C3261" w:rsidRDefault="00C60380">
            <w:pPr>
              <w:rPr>
                <w:szCs w:val="18"/>
              </w:rPr>
            </w:pPr>
          </w:p>
        </w:tc>
        <w:tc>
          <w:tcPr>
            <w:tcW w:w="2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6E8ED" w14:textId="77777777" w:rsidR="00C60380" w:rsidRPr="008C3261" w:rsidRDefault="00C60380">
            <w:pPr>
              <w:jc w:val="center"/>
              <w:rPr>
                <w:szCs w:val="18"/>
              </w:rPr>
            </w:pPr>
            <w:r w:rsidRPr="008C3261">
              <w:rPr>
                <w:b/>
                <w:szCs w:val="18"/>
              </w:rPr>
              <w:t>Medyanın Ekonomi Politiği</w:t>
            </w:r>
            <w:r w:rsidRPr="008C3261">
              <w:rPr>
                <w:b/>
                <w:szCs w:val="18"/>
              </w:rPr>
              <w:br/>
              <w:t>Prof. Dr. Gökhan GÖKGÖZ</w:t>
            </w:r>
            <w:r w:rsidRPr="008C3261">
              <w:rPr>
                <w:b/>
                <w:szCs w:val="18"/>
              </w:rPr>
              <w:br/>
              <w:t>E2-130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B22A470" w14:textId="77777777" w:rsidR="00C60380" w:rsidRPr="008C3261" w:rsidRDefault="00C60380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3C73" w14:textId="48D5FC71" w:rsidR="00C60380" w:rsidRPr="008C3261" w:rsidRDefault="00C60380">
            <w:pPr>
              <w:jc w:val="center"/>
              <w:rPr>
                <w:szCs w:val="18"/>
              </w:rPr>
            </w:pPr>
          </w:p>
        </w:tc>
      </w:tr>
      <w:tr w:rsidR="00C60380" w:rsidRPr="008C3261" w14:paraId="16FA56B6" w14:textId="77777777" w:rsidTr="00C60380">
        <w:trPr>
          <w:cantSplit/>
          <w:trHeight w:hRule="exact" w:val="663"/>
          <w:jc w:val="center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7B53C" w14:textId="77777777" w:rsidR="00C60380" w:rsidRPr="008C3261" w:rsidRDefault="00C60380" w:rsidP="00C60380">
            <w:pPr>
              <w:jc w:val="center"/>
              <w:rPr>
                <w:szCs w:val="18"/>
              </w:rPr>
            </w:pPr>
            <w:r w:rsidRPr="008C3261">
              <w:rPr>
                <w:szCs w:val="18"/>
              </w:rPr>
              <w:t>09.50-10.35</w:t>
            </w:r>
          </w:p>
        </w:tc>
        <w:tc>
          <w:tcPr>
            <w:tcW w:w="2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08442" w14:textId="77777777" w:rsidR="00C60380" w:rsidRPr="008C3261" w:rsidRDefault="00C60380" w:rsidP="00C60380">
            <w:pPr>
              <w:rPr>
                <w:szCs w:val="18"/>
              </w:rPr>
            </w:pPr>
          </w:p>
        </w:tc>
        <w:tc>
          <w:tcPr>
            <w:tcW w:w="2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1390F" w14:textId="77777777" w:rsidR="00C60380" w:rsidRPr="008C3261" w:rsidRDefault="00C60380" w:rsidP="00C60380">
            <w:pPr>
              <w:jc w:val="center"/>
              <w:rPr>
                <w:b/>
                <w:szCs w:val="18"/>
              </w:rPr>
            </w:pPr>
          </w:p>
          <w:p w14:paraId="4D358BCD" w14:textId="77777777" w:rsidR="00C60380" w:rsidRPr="008C3261" w:rsidRDefault="00C60380" w:rsidP="00C60380">
            <w:pPr>
              <w:jc w:val="center"/>
              <w:rPr>
                <w:b/>
                <w:szCs w:val="18"/>
              </w:rPr>
            </w:pPr>
          </w:p>
          <w:p w14:paraId="4FA08072" w14:textId="77777777" w:rsidR="00C60380" w:rsidRPr="008C3261" w:rsidRDefault="00C60380" w:rsidP="00C60380">
            <w:pPr>
              <w:jc w:val="center"/>
              <w:rPr>
                <w:b/>
                <w:szCs w:val="18"/>
              </w:rPr>
            </w:pPr>
          </w:p>
          <w:p w14:paraId="5C77A117" w14:textId="1A412120" w:rsidR="00C60380" w:rsidRPr="008C3261" w:rsidRDefault="00C60380" w:rsidP="00C60380">
            <w:pPr>
              <w:jc w:val="center"/>
              <w:rPr>
                <w:szCs w:val="18"/>
              </w:rPr>
            </w:pPr>
            <w:r w:rsidRPr="008C3261">
              <w:rPr>
                <w:b/>
                <w:szCs w:val="18"/>
              </w:rPr>
              <w:t>Sosyal Bilimlerde Araştırma Yöntemleri</w:t>
            </w:r>
            <w:r w:rsidRPr="008C3261">
              <w:rPr>
                <w:b/>
                <w:szCs w:val="18"/>
              </w:rPr>
              <w:br/>
              <w:t>Prof. Dr. Şakir EŞİTTİ</w:t>
            </w:r>
            <w:r w:rsidRPr="008C3261">
              <w:rPr>
                <w:b/>
                <w:szCs w:val="18"/>
              </w:rPr>
              <w:br/>
              <w:t>E2-130</w:t>
            </w:r>
          </w:p>
          <w:p w14:paraId="6F6E9A10" w14:textId="60ACB3B9" w:rsidR="00C60380" w:rsidRPr="008C3261" w:rsidRDefault="00C60380" w:rsidP="00C60380">
            <w:pPr>
              <w:jc w:val="center"/>
              <w:rPr>
                <w:szCs w:val="18"/>
              </w:rPr>
            </w:pPr>
          </w:p>
        </w:tc>
        <w:tc>
          <w:tcPr>
            <w:tcW w:w="2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93999" w14:textId="77777777" w:rsidR="00C60380" w:rsidRPr="008C3261" w:rsidRDefault="00C60380" w:rsidP="00C60380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FC357B5" w14:textId="77777777" w:rsidR="00C60380" w:rsidRPr="008C3261" w:rsidRDefault="00C60380" w:rsidP="00C60380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8C47" w14:textId="77777777" w:rsidR="00C60380" w:rsidRPr="008C3261" w:rsidRDefault="00C60380" w:rsidP="00C60380">
            <w:pPr>
              <w:rPr>
                <w:szCs w:val="18"/>
              </w:rPr>
            </w:pPr>
          </w:p>
        </w:tc>
      </w:tr>
      <w:tr w:rsidR="00C60380" w:rsidRPr="008C3261" w14:paraId="550B7DE5" w14:textId="77777777" w:rsidTr="00C60380">
        <w:trPr>
          <w:cantSplit/>
          <w:trHeight w:hRule="exact" w:val="663"/>
          <w:jc w:val="center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D5292" w14:textId="77777777" w:rsidR="00C60380" w:rsidRPr="008C3261" w:rsidRDefault="00C60380" w:rsidP="00C60380">
            <w:pPr>
              <w:jc w:val="center"/>
              <w:rPr>
                <w:szCs w:val="18"/>
              </w:rPr>
            </w:pPr>
            <w:r w:rsidRPr="008C3261">
              <w:rPr>
                <w:szCs w:val="18"/>
              </w:rPr>
              <w:t>10.40-11.25</w:t>
            </w:r>
          </w:p>
        </w:tc>
        <w:tc>
          <w:tcPr>
            <w:tcW w:w="2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56555" w14:textId="77777777" w:rsidR="00C60380" w:rsidRPr="008C3261" w:rsidRDefault="00C60380" w:rsidP="00C60380">
            <w:pPr>
              <w:rPr>
                <w:szCs w:val="18"/>
              </w:rPr>
            </w:pPr>
          </w:p>
        </w:tc>
        <w:tc>
          <w:tcPr>
            <w:tcW w:w="2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D53DB" w14:textId="77777777" w:rsidR="00C60380" w:rsidRPr="008C3261" w:rsidRDefault="00C60380" w:rsidP="00C60380">
            <w:pPr>
              <w:rPr>
                <w:szCs w:val="18"/>
              </w:rPr>
            </w:pPr>
          </w:p>
        </w:tc>
        <w:tc>
          <w:tcPr>
            <w:tcW w:w="2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6DAA4" w14:textId="77777777" w:rsidR="00C60380" w:rsidRPr="008C3261" w:rsidRDefault="00C60380" w:rsidP="00C60380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37E9681" w14:textId="77777777" w:rsidR="00C60380" w:rsidRPr="008C3261" w:rsidRDefault="00C60380" w:rsidP="00C60380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8CEF" w14:textId="77777777" w:rsidR="00C60380" w:rsidRPr="008C3261" w:rsidRDefault="00C60380" w:rsidP="00C60380">
            <w:pPr>
              <w:rPr>
                <w:szCs w:val="18"/>
              </w:rPr>
            </w:pPr>
          </w:p>
        </w:tc>
      </w:tr>
      <w:tr w:rsidR="00C60380" w:rsidRPr="008C3261" w14:paraId="737139E3" w14:textId="77777777" w:rsidTr="00C60380">
        <w:trPr>
          <w:cantSplit/>
          <w:trHeight w:hRule="exact" w:val="663"/>
          <w:jc w:val="center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E9A890" w14:textId="77777777" w:rsidR="00C60380" w:rsidRPr="008C3261" w:rsidRDefault="00C60380" w:rsidP="00C60380">
            <w:pPr>
              <w:jc w:val="center"/>
              <w:rPr>
                <w:szCs w:val="18"/>
              </w:rPr>
            </w:pPr>
            <w:r w:rsidRPr="008C3261">
              <w:rPr>
                <w:szCs w:val="18"/>
              </w:rPr>
              <w:t>11.30-12.15</w:t>
            </w:r>
          </w:p>
        </w:tc>
        <w:tc>
          <w:tcPr>
            <w:tcW w:w="2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46526" w14:textId="6E9A4A88" w:rsidR="00C60380" w:rsidRPr="008C3261" w:rsidRDefault="00C60380" w:rsidP="00C60380">
            <w:pPr>
              <w:jc w:val="center"/>
              <w:rPr>
                <w:szCs w:val="18"/>
              </w:rPr>
            </w:pPr>
            <w:r w:rsidRPr="008C3261">
              <w:rPr>
                <w:b/>
                <w:szCs w:val="18"/>
              </w:rPr>
              <w:t>Medya ve Toplumsal Gelişme</w:t>
            </w:r>
            <w:r w:rsidRPr="008C3261">
              <w:rPr>
                <w:b/>
                <w:szCs w:val="18"/>
              </w:rPr>
              <w:br/>
              <w:t>Prof. Dr. Birol AKGÜL</w:t>
            </w:r>
            <w:r w:rsidRPr="008C3261">
              <w:rPr>
                <w:b/>
                <w:szCs w:val="18"/>
              </w:rPr>
              <w:br/>
              <w:t>E2-130</w:t>
            </w:r>
          </w:p>
        </w:tc>
        <w:tc>
          <w:tcPr>
            <w:tcW w:w="2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90532" w14:textId="77777777" w:rsidR="00C60380" w:rsidRPr="008C3261" w:rsidRDefault="00C60380" w:rsidP="00C60380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93751" w14:textId="77777777" w:rsidR="00C60380" w:rsidRPr="008C3261" w:rsidRDefault="00C60380" w:rsidP="00C60380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BFB43" w14:textId="77777777" w:rsidR="00C60380" w:rsidRPr="008C3261" w:rsidRDefault="00C60380" w:rsidP="00C60380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31535" w14:textId="3E09C3B7" w:rsidR="00C60380" w:rsidRPr="008C3261" w:rsidRDefault="00C60380" w:rsidP="00C60380">
            <w:pPr>
              <w:jc w:val="center"/>
              <w:rPr>
                <w:szCs w:val="18"/>
              </w:rPr>
            </w:pPr>
          </w:p>
        </w:tc>
      </w:tr>
      <w:tr w:rsidR="00C60380" w:rsidRPr="008C3261" w14:paraId="4392E0E5" w14:textId="77777777" w:rsidTr="00A873B7">
        <w:trPr>
          <w:cantSplit/>
          <w:trHeight w:hRule="exact" w:val="663"/>
          <w:jc w:val="center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BD0A" w14:textId="77777777" w:rsidR="00C60380" w:rsidRPr="008C3261" w:rsidRDefault="00C60380" w:rsidP="00C60380">
            <w:pPr>
              <w:jc w:val="center"/>
              <w:rPr>
                <w:szCs w:val="18"/>
              </w:rPr>
            </w:pPr>
            <w:r w:rsidRPr="008C3261">
              <w:rPr>
                <w:szCs w:val="18"/>
              </w:rPr>
              <w:t>12.20-13.05</w:t>
            </w:r>
          </w:p>
        </w:tc>
        <w:tc>
          <w:tcPr>
            <w:tcW w:w="2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F00F9" w14:textId="77777777" w:rsidR="00C60380" w:rsidRPr="008C3261" w:rsidRDefault="00C60380" w:rsidP="00C60380">
            <w:pPr>
              <w:rPr>
                <w:szCs w:val="18"/>
              </w:rPr>
            </w:pPr>
          </w:p>
        </w:tc>
        <w:tc>
          <w:tcPr>
            <w:tcW w:w="27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3B1AF1" w14:textId="77777777" w:rsidR="00C60380" w:rsidRPr="008C3261" w:rsidRDefault="00C60380" w:rsidP="00C60380">
            <w:pPr>
              <w:rPr>
                <w:b/>
                <w:szCs w:val="18"/>
              </w:rPr>
            </w:pPr>
          </w:p>
          <w:p w14:paraId="03887CC7" w14:textId="77777777" w:rsidR="00C60380" w:rsidRPr="008C3261" w:rsidRDefault="00C60380" w:rsidP="00C60380">
            <w:pPr>
              <w:rPr>
                <w:b/>
                <w:szCs w:val="18"/>
              </w:rPr>
            </w:pPr>
          </w:p>
          <w:p w14:paraId="5F3431BA" w14:textId="77777777" w:rsidR="00C60380" w:rsidRPr="008C3261" w:rsidRDefault="00C60380" w:rsidP="00C60380">
            <w:pPr>
              <w:jc w:val="center"/>
              <w:rPr>
                <w:b/>
                <w:szCs w:val="18"/>
              </w:rPr>
            </w:pPr>
          </w:p>
          <w:p w14:paraId="49E53037" w14:textId="64991129" w:rsidR="00C60380" w:rsidRPr="008C3261" w:rsidRDefault="00C60380" w:rsidP="00C60380">
            <w:pPr>
              <w:jc w:val="center"/>
              <w:rPr>
                <w:szCs w:val="18"/>
              </w:rPr>
            </w:pPr>
            <w:r w:rsidRPr="008C3261">
              <w:rPr>
                <w:b/>
                <w:szCs w:val="18"/>
              </w:rPr>
              <w:t>İhtisas Gazeteciliği</w:t>
            </w:r>
            <w:r w:rsidRPr="008C3261">
              <w:rPr>
                <w:b/>
                <w:szCs w:val="18"/>
              </w:rPr>
              <w:br/>
              <w:t>Doç. Dr. Engin ÇAĞLAK</w:t>
            </w:r>
            <w:r w:rsidRPr="008C3261">
              <w:rPr>
                <w:b/>
                <w:szCs w:val="18"/>
              </w:rPr>
              <w:br/>
              <w:t>E2-130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78D10" w14:textId="77777777" w:rsidR="00C60380" w:rsidRPr="008C3261" w:rsidRDefault="00C60380" w:rsidP="00C60380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B8BE9" w14:textId="77777777" w:rsidR="00C60380" w:rsidRPr="008C3261" w:rsidRDefault="00C60380" w:rsidP="00C60380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1E32F1A" w14:textId="77777777" w:rsidR="00C60380" w:rsidRPr="008C3261" w:rsidRDefault="00C60380" w:rsidP="00C60380">
            <w:pPr>
              <w:rPr>
                <w:szCs w:val="18"/>
              </w:rPr>
            </w:pPr>
          </w:p>
        </w:tc>
      </w:tr>
      <w:tr w:rsidR="00C60380" w:rsidRPr="008C3261" w14:paraId="3650AC66" w14:textId="77777777" w:rsidTr="00790CF4">
        <w:trPr>
          <w:cantSplit/>
          <w:trHeight w:hRule="exact" w:val="663"/>
          <w:jc w:val="center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A92F8" w14:textId="77777777" w:rsidR="00C60380" w:rsidRPr="008C3261" w:rsidRDefault="00C60380" w:rsidP="00C60380">
            <w:pPr>
              <w:jc w:val="center"/>
              <w:rPr>
                <w:szCs w:val="18"/>
              </w:rPr>
            </w:pPr>
            <w:r w:rsidRPr="008C3261">
              <w:rPr>
                <w:szCs w:val="18"/>
              </w:rPr>
              <w:t>13.10-13.55</w:t>
            </w:r>
          </w:p>
        </w:tc>
        <w:tc>
          <w:tcPr>
            <w:tcW w:w="2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535DF" w14:textId="77777777" w:rsidR="00C60380" w:rsidRPr="008C3261" w:rsidRDefault="00C60380" w:rsidP="00C60380">
            <w:pPr>
              <w:rPr>
                <w:szCs w:val="18"/>
              </w:rPr>
            </w:pPr>
          </w:p>
        </w:tc>
        <w:tc>
          <w:tcPr>
            <w:tcW w:w="275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A07691" w14:textId="77777777" w:rsidR="00C60380" w:rsidRPr="008C3261" w:rsidRDefault="00C60380" w:rsidP="00C60380">
            <w:pPr>
              <w:rPr>
                <w:szCs w:val="18"/>
              </w:rPr>
            </w:pPr>
          </w:p>
        </w:tc>
        <w:tc>
          <w:tcPr>
            <w:tcW w:w="2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16840" w14:textId="77777777" w:rsidR="00C60380" w:rsidRPr="008C3261" w:rsidRDefault="00C60380" w:rsidP="00C60380">
            <w:pPr>
              <w:jc w:val="center"/>
              <w:rPr>
                <w:szCs w:val="18"/>
              </w:rPr>
            </w:pPr>
            <w:r w:rsidRPr="008C3261">
              <w:rPr>
                <w:b/>
                <w:szCs w:val="18"/>
              </w:rPr>
              <w:t>Toplumsal Cinsiyet</w:t>
            </w:r>
            <w:r w:rsidRPr="008C3261">
              <w:rPr>
                <w:b/>
                <w:szCs w:val="18"/>
              </w:rPr>
              <w:br/>
              <w:t>Doç. Dr. Aslı SOYSAL EŞİTTİ</w:t>
            </w:r>
            <w:r w:rsidRPr="008C3261">
              <w:rPr>
                <w:b/>
                <w:szCs w:val="18"/>
              </w:rPr>
              <w:br/>
              <w:t>E2-130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93557" w14:textId="77777777" w:rsidR="00C60380" w:rsidRPr="008C3261" w:rsidRDefault="00C60380" w:rsidP="00C60380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C03F7E" w14:textId="77777777" w:rsidR="00C60380" w:rsidRPr="008C3261" w:rsidRDefault="00C60380" w:rsidP="00C60380">
            <w:pPr>
              <w:rPr>
                <w:szCs w:val="18"/>
              </w:rPr>
            </w:pPr>
          </w:p>
        </w:tc>
      </w:tr>
      <w:tr w:rsidR="00790CF4" w:rsidRPr="008C3261" w14:paraId="1643ED23" w14:textId="77777777" w:rsidTr="00790CF4">
        <w:trPr>
          <w:cantSplit/>
          <w:trHeight w:hRule="exact" w:val="663"/>
          <w:jc w:val="center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F2A6E9" w14:textId="77777777" w:rsidR="00790CF4" w:rsidRPr="008C3261" w:rsidRDefault="00790CF4" w:rsidP="00C60380">
            <w:pPr>
              <w:jc w:val="center"/>
              <w:rPr>
                <w:szCs w:val="18"/>
              </w:rPr>
            </w:pPr>
            <w:r w:rsidRPr="008C3261">
              <w:rPr>
                <w:szCs w:val="18"/>
              </w:rPr>
              <w:t>14.00-14.45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FA1B07" w14:textId="528B7D9B" w:rsidR="00790CF4" w:rsidRPr="008C3261" w:rsidRDefault="00790CF4" w:rsidP="00C60380">
            <w:pPr>
              <w:jc w:val="center"/>
              <w:rPr>
                <w:szCs w:val="18"/>
              </w:rPr>
            </w:pPr>
          </w:p>
        </w:tc>
        <w:tc>
          <w:tcPr>
            <w:tcW w:w="275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7EBA1F9" w14:textId="746BC3DF" w:rsidR="00790CF4" w:rsidRPr="008C3261" w:rsidRDefault="00790CF4" w:rsidP="00C60380">
            <w:pPr>
              <w:jc w:val="center"/>
              <w:rPr>
                <w:szCs w:val="18"/>
              </w:rPr>
            </w:pPr>
          </w:p>
        </w:tc>
        <w:tc>
          <w:tcPr>
            <w:tcW w:w="2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1C3C6" w14:textId="77777777" w:rsidR="00790CF4" w:rsidRPr="008C3261" w:rsidRDefault="00790CF4" w:rsidP="00C60380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02F24" w14:textId="77777777" w:rsidR="00790CF4" w:rsidRPr="008C3261" w:rsidRDefault="00790CF4" w:rsidP="00C60380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50D31FF" w14:textId="60ADD2D3" w:rsidR="00790CF4" w:rsidRPr="008C3261" w:rsidRDefault="00790CF4" w:rsidP="00C60380">
            <w:pPr>
              <w:jc w:val="center"/>
              <w:rPr>
                <w:szCs w:val="18"/>
              </w:rPr>
            </w:pPr>
          </w:p>
        </w:tc>
      </w:tr>
      <w:tr w:rsidR="00790CF4" w:rsidRPr="008C3261" w14:paraId="2DA62B58" w14:textId="77777777" w:rsidTr="000C65F8">
        <w:trPr>
          <w:cantSplit/>
          <w:trHeight w:hRule="exact" w:val="663"/>
          <w:jc w:val="center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D27F7" w14:textId="77777777" w:rsidR="00790CF4" w:rsidRPr="008C3261" w:rsidRDefault="00790CF4" w:rsidP="00790CF4">
            <w:pPr>
              <w:jc w:val="center"/>
              <w:rPr>
                <w:szCs w:val="18"/>
              </w:rPr>
            </w:pPr>
            <w:r w:rsidRPr="008C3261">
              <w:rPr>
                <w:szCs w:val="18"/>
              </w:rPr>
              <w:t>14.50-15.35</w:t>
            </w:r>
          </w:p>
        </w:tc>
        <w:tc>
          <w:tcPr>
            <w:tcW w:w="27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2CAB635" w14:textId="77777777" w:rsidR="00790CF4" w:rsidRDefault="00790CF4" w:rsidP="00790CF4">
            <w:pPr>
              <w:jc w:val="center"/>
              <w:rPr>
                <w:b/>
                <w:szCs w:val="18"/>
              </w:rPr>
            </w:pPr>
          </w:p>
          <w:p w14:paraId="6BEAE804" w14:textId="77777777" w:rsidR="00790CF4" w:rsidRDefault="00790CF4" w:rsidP="00790CF4">
            <w:pPr>
              <w:jc w:val="center"/>
              <w:rPr>
                <w:b/>
                <w:szCs w:val="18"/>
              </w:rPr>
            </w:pPr>
          </w:p>
          <w:p w14:paraId="33C14493" w14:textId="77777777" w:rsidR="00790CF4" w:rsidRDefault="00790CF4" w:rsidP="00790CF4">
            <w:pPr>
              <w:jc w:val="center"/>
              <w:rPr>
                <w:b/>
                <w:szCs w:val="18"/>
              </w:rPr>
            </w:pPr>
          </w:p>
          <w:p w14:paraId="1322F6D1" w14:textId="2DD3DC90" w:rsidR="00790CF4" w:rsidRPr="008C3261" w:rsidRDefault="00790CF4" w:rsidP="00790CF4">
            <w:pPr>
              <w:jc w:val="center"/>
              <w:rPr>
                <w:szCs w:val="18"/>
              </w:rPr>
            </w:pPr>
            <w:r w:rsidRPr="000C76CE">
              <w:rPr>
                <w:b/>
                <w:szCs w:val="18"/>
              </w:rPr>
              <w:t>Basın ve İletişim Kuramları</w:t>
            </w:r>
            <w:r w:rsidRPr="000C76CE">
              <w:rPr>
                <w:b/>
                <w:szCs w:val="18"/>
              </w:rPr>
              <w:br/>
              <w:t>Doç. Dr. Serhat ÇOBAN</w:t>
            </w:r>
            <w:r w:rsidRPr="000C76CE">
              <w:rPr>
                <w:b/>
                <w:szCs w:val="18"/>
              </w:rPr>
              <w:br/>
              <w:t>E2-130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</w:tcPr>
          <w:p w14:paraId="0B3C7733" w14:textId="77777777" w:rsidR="00790CF4" w:rsidRPr="008C3261" w:rsidRDefault="00790CF4" w:rsidP="00790CF4">
            <w:pPr>
              <w:jc w:val="center"/>
              <w:rPr>
                <w:b/>
                <w:szCs w:val="18"/>
              </w:rPr>
            </w:pPr>
          </w:p>
          <w:p w14:paraId="3579632D" w14:textId="77777777" w:rsidR="00790CF4" w:rsidRPr="008C3261" w:rsidRDefault="00790CF4" w:rsidP="00790CF4">
            <w:pPr>
              <w:jc w:val="center"/>
              <w:rPr>
                <w:b/>
                <w:szCs w:val="18"/>
              </w:rPr>
            </w:pPr>
          </w:p>
          <w:p w14:paraId="5D59C6BC" w14:textId="77777777" w:rsidR="00790CF4" w:rsidRPr="008C3261" w:rsidRDefault="00790CF4" w:rsidP="00790CF4">
            <w:pPr>
              <w:jc w:val="center"/>
              <w:rPr>
                <w:b/>
                <w:szCs w:val="18"/>
              </w:rPr>
            </w:pPr>
          </w:p>
          <w:p w14:paraId="3F63595D" w14:textId="7064929F" w:rsidR="00790CF4" w:rsidRPr="008C3261" w:rsidRDefault="00790CF4" w:rsidP="00790CF4">
            <w:pPr>
              <w:jc w:val="center"/>
              <w:rPr>
                <w:szCs w:val="18"/>
              </w:rPr>
            </w:pPr>
            <w:r w:rsidRPr="008C3261">
              <w:rPr>
                <w:b/>
                <w:szCs w:val="18"/>
              </w:rPr>
              <w:t>Göstergebilimsel Çözümleme Yöntemleri</w:t>
            </w:r>
            <w:r w:rsidRPr="008C3261">
              <w:rPr>
                <w:b/>
                <w:szCs w:val="18"/>
              </w:rPr>
              <w:br/>
              <w:t>Prof. Dr. Onur TATAR</w:t>
            </w:r>
            <w:r w:rsidRPr="008C3261">
              <w:rPr>
                <w:b/>
                <w:szCs w:val="18"/>
              </w:rPr>
              <w:br/>
              <w:t>E2-130</w:t>
            </w:r>
          </w:p>
        </w:tc>
        <w:tc>
          <w:tcPr>
            <w:tcW w:w="275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168096B" w14:textId="77777777" w:rsidR="00790CF4" w:rsidRPr="008C3261" w:rsidRDefault="00790CF4" w:rsidP="00790CF4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E3665" w14:textId="77777777" w:rsidR="00790CF4" w:rsidRPr="008C3261" w:rsidRDefault="00790CF4" w:rsidP="00790CF4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0B9A971" w14:textId="77777777" w:rsidR="00790CF4" w:rsidRPr="008C3261" w:rsidRDefault="00790CF4" w:rsidP="00790CF4">
            <w:pPr>
              <w:rPr>
                <w:szCs w:val="18"/>
              </w:rPr>
            </w:pPr>
          </w:p>
        </w:tc>
      </w:tr>
      <w:tr w:rsidR="00790CF4" w:rsidRPr="008C3261" w14:paraId="5EA655B9" w14:textId="77777777" w:rsidTr="000C65F8">
        <w:trPr>
          <w:cantSplit/>
          <w:trHeight w:hRule="exact" w:val="663"/>
          <w:jc w:val="center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999E5" w14:textId="77777777" w:rsidR="00790CF4" w:rsidRPr="008C3261" w:rsidRDefault="00790CF4" w:rsidP="00790CF4">
            <w:pPr>
              <w:jc w:val="center"/>
              <w:rPr>
                <w:szCs w:val="18"/>
              </w:rPr>
            </w:pPr>
            <w:r w:rsidRPr="008C3261">
              <w:rPr>
                <w:szCs w:val="18"/>
              </w:rPr>
              <w:t>15.40-16.25</w:t>
            </w:r>
          </w:p>
        </w:tc>
        <w:tc>
          <w:tcPr>
            <w:tcW w:w="275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F1D89B" w14:textId="596A8342" w:rsidR="00790CF4" w:rsidRPr="008C3261" w:rsidRDefault="00790CF4" w:rsidP="00790CF4">
            <w:pPr>
              <w:jc w:val="center"/>
              <w:rPr>
                <w:szCs w:val="18"/>
              </w:rPr>
            </w:pPr>
          </w:p>
        </w:tc>
        <w:tc>
          <w:tcPr>
            <w:tcW w:w="2750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210F9A29" w14:textId="48DA26FF" w:rsidR="00790CF4" w:rsidRPr="008C3261" w:rsidRDefault="00790CF4" w:rsidP="00790CF4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E99E74A" w14:textId="77777777" w:rsidR="00790CF4" w:rsidRPr="008C3261" w:rsidRDefault="00790CF4" w:rsidP="00790CF4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AFE44" w14:textId="77777777" w:rsidR="00790CF4" w:rsidRPr="008C3261" w:rsidRDefault="00790CF4" w:rsidP="00790CF4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93E42" w14:textId="77777777" w:rsidR="00790CF4" w:rsidRPr="008C3261" w:rsidRDefault="00790CF4" w:rsidP="00790CF4">
            <w:pPr>
              <w:rPr>
                <w:szCs w:val="18"/>
              </w:rPr>
            </w:pPr>
          </w:p>
        </w:tc>
      </w:tr>
      <w:tr w:rsidR="00790CF4" w:rsidRPr="008C3261" w14:paraId="61A68D0A" w14:textId="77777777" w:rsidTr="000C65F8">
        <w:trPr>
          <w:cantSplit/>
          <w:trHeight w:hRule="exact" w:val="663"/>
          <w:jc w:val="center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7BB1" w14:textId="77777777" w:rsidR="00790CF4" w:rsidRPr="008C3261" w:rsidRDefault="00790CF4" w:rsidP="00790CF4">
            <w:pPr>
              <w:jc w:val="center"/>
              <w:rPr>
                <w:szCs w:val="18"/>
              </w:rPr>
            </w:pPr>
            <w:r w:rsidRPr="008C3261">
              <w:rPr>
                <w:szCs w:val="18"/>
              </w:rPr>
              <w:t>16.30-17.15</w:t>
            </w:r>
          </w:p>
        </w:tc>
        <w:tc>
          <w:tcPr>
            <w:tcW w:w="27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CF4D8" w14:textId="74B4637D" w:rsidR="00790CF4" w:rsidRPr="008C3261" w:rsidRDefault="00790CF4" w:rsidP="00790CF4">
            <w:pPr>
              <w:jc w:val="center"/>
              <w:rPr>
                <w:szCs w:val="18"/>
              </w:rPr>
            </w:pPr>
          </w:p>
        </w:tc>
        <w:tc>
          <w:tcPr>
            <w:tcW w:w="275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9E9B724" w14:textId="3F5AC837" w:rsidR="00790CF4" w:rsidRPr="008C3261" w:rsidRDefault="00790CF4" w:rsidP="00790CF4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623D484" w14:textId="77777777" w:rsidR="00790CF4" w:rsidRPr="008C3261" w:rsidRDefault="00790CF4" w:rsidP="00790CF4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CB022" w14:textId="77777777" w:rsidR="00790CF4" w:rsidRPr="008C3261" w:rsidRDefault="00790CF4" w:rsidP="00790CF4">
            <w:pPr>
              <w:rPr>
                <w:szCs w:val="18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DDCA6" w14:textId="77777777" w:rsidR="00790CF4" w:rsidRPr="008C3261" w:rsidRDefault="00790CF4" w:rsidP="00790CF4">
            <w:pPr>
              <w:rPr>
                <w:szCs w:val="18"/>
              </w:rPr>
            </w:pPr>
          </w:p>
        </w:tc>
      </w:tr>
    </w:tbl>
    <w:p w14:paraId="4D7DB670" w14:textId="77777777" w:rsidR="007C5E5F" w:rsidRDefault="007C5E5F"/>
    <w:sectPr w:rsidR="007C5E5F" w:rsidSect="00034616">
      <w:pgSz w:w="16834" w:h="11909" w:orient="landscape"/>
      <w:pgMar w:top="142" w:right="454" w:bottom="227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5090806">
    <w:abstractNumId w:val="8"/>
  </w:num>
  <w:num w:numId="2" w16cid:durableId="423577575">
    <w:abstractNumId w:val="6"/>
  </w:num>
  <w:num w:numId="3" w16cid:durableId="1667395330">
    <w:abstractNumId w:val="5"/>
  </w:num>
  <w:num w:numId="4" w16cid:durableId="1574730083">
    <w:abstractNumId w:val="4"/>
  </w:num>
  <w:num w:numId="5" w16cid:durableId="1393892254">
    <w:abstractNumId w:val="7"/>
  </w:num>
  <w:num w:numId="6" w16cid:durableId="1642923726">
    <w:abstractNumId w:val="3"/>
  </w:num>
  <w:num w:numId="7" w16cid:durableId="1319841449">
    <w:abstractNumId w:val="2"/>
  </w:num>
  <w:num w:numId="8" w16cid:durableId="1292783931">
    <w:abstractNumId w:val="1"/>
  </w:num>
  <w:num w:numId="9" w16cid:durableId="30705266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5566"/>
    <w:rsid w:val="001256D1"/>
    <w:rsid w:val="0015074B"/>
    <w:rsid w:val="002049D1"/>
    <w:rsid w:val="0029639D"/>
    <w:rsid w:val="00324EE7"/>
    <w:rsid w:val="00326F90"/>
    <w:rsid w:val="00372EA8"/>
    <w:rsid w:val="00560FB2"/>
    <w:rsid w:val="005F1051"/>
    <w:rsid w:val="006D75D2"/>
    <w:rsid w:val="00790CF4"/>
    <w:rsid w:val="007C5E5F"/>
    <w:rsid w:val="008C3261"/>
    <w:rsid w:val="009176E8"/>
    <w:rsid w:val="00921641"/>
    <w:rsid w:val="009F3A76"/>
    <w:rsid w:val="00A023FD"/>
    <w:rsid w:val="00A55B70"/>
    <w:rsid w:val="00A873B7"/>
    <w:rsid w:val="00AA1D8D"/>
    <w:rsid w:val="00AE7BB8"/>
    <w:rsid w:val="00B47730"/>
    <w:rsid w:val="00B904BB"/>
    <w:rsid w:val="00C60380"/>
    <w:rsid w:val="00CB0664"/>
    <w:rsid w:val="00CC218A"/>
    <w:rsid w:val="00DA5F9D"/>
    <w:rsid w:val="00F768BD"/>
    <w:rsid w:val="00FC693F"/>
    <w:rsid w:val="00FD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2A4068"/>
  <w14:defaultImageDpi w14:val="300"/>
  <w15:docId w15:val="{1816E98E-90EB-FF4E-B2C1-C0FAC85F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Zeynep Ayer</cp:lastModifiedBy>
  <cp:revision>2</cp:revision>
  <dcterms:created xsi:type="dcterms:W3CDTF">2026-09-04T12:09:00Z</dcterms:created>
  <dcterms:modified xsi:type="dcterms:W3CDTF">2026-09-04T12:09:00Z</dcterms:modified>
  <cp:category/>
</cp:coreProperties>
</file>