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2BD63" w14:textId="77777777" w:rsidR="00BB583F" w:rsidRPr="00223A11" w:rsidRDefault="00000000">
      <w:pPr>
        <w:pStyle w:val="ExamTitle"/>
        <w:keepNext/>
        <w:jc w:val="center"/>
        <w:rPr>
          <w:rFonts w:cs="Times New Roman"/>
          <w:color w:val="000000" w:themeColor="text1"/>
        </w:rPr>
      </w:pPr>
      <w:r w:rsidRPr="00223A11">
        <w:rPr>
          <w:rFonts w:cs="Times New Roman"/>
          <w:color w:val="000000" w:themeColor="text1"/>
        </w:rPr>
        <w:t>ÇANAKKALE ONSEKİZ MART ÜNİVERSİTESİ</w:t>
      </w:r>
    </w:p>
    <w:p w14:paraId="493872CE" w14:textId="77777777" w:rsidR="00BB583F" w:rsidRPr="00223A11" w:rsidRDefault="00000000">
      <w:pPr>
        <w:pStyle w:val="ExamTitle"/>
        <w:keepNext/>
        <w:jc w:val="center"/>
        <w:rPr>
          <w:rFonts w:cs="Times New Roman"/>
          <w:color w:val="000000" w:themeColor="text1"/>
        </w:rPr>
      </w:pPr>
      <w:r w:rsidRPr="00223A11">
        <w:rPr>
          <w:rFonts w:cs="Times New Roman"/>
          <w:color w:val="000000" w:themeColor="text1"/>
        </w:rPr>
        <w:t>İLETİŞİM FAKÜLTESİ GAZETECİLİK BÖLÜMÜ</w:t>
      </w:r>
    </w:p>
    <w:p w14:paraId="15991BA2" w14:textId="77777777" w:rsidR="00BB583F" w:rsidRPr="00223A11" w:rsidRDefault="00000000">
      <w:pPr>
        <w:pStyle w:val="ExamTitle"/>
        <w:keepNext/>
        <w:jc w:val="center"/>
        <w:rPr>
          <w:rFonts w:cs="Times New Roman"/>
          <w:color w:val="000000" w:themeColor="text1"/>
        </w:rPr>
      </w:pPr>
      <w:r w:rsidRPr="00223A11">
        <w:rPr>
          <w:rFonts w:cs="Times New Roman"/>
          <w:color w:val="000000" w:themeColor="text1"/>
        </w:rPr>
        <w:t>2026</w:t>
      </w:r>
      <w:r w:rsidR="00AA3C0B" w:rsidRPr="00223A11">
        <w:rPr>
          <w:rFonts w:cs="Times New Roman"/>
          <w:color w:val="000000" w:themeColor="text1"/>
        </w:rPr>
        <w:t xml:space="preserve"> - </w:t>
      </w:r>
      <w:r w:rsidRPr="00223A11">
        <w:rPr>
          <w:rFonts w:cs="Times New Roman"/>
          <w:color w:val="000000" w:themeColor="text1"/>
        </w:rPr>
        <w:t>2027 AKADEMİK YILI GÜZ YARIYILI</w:t>
      </w:r>
    </w:p>
    <w:p w14:paraId="2DC5E4AD" w14:textId="77777777" w:rsidR="00BB583F" w:rsidRPr="00223A11" w:rsidRDefault="00000000">
      <w:pPr>
        <w:pStyle w:val="ExamTitle"/>
        <w:keepNext/>
        <w:jc w:val="center"/>
        <w:rPr>
          <w:rFonts w:cs="Times New Roman"/>
          <w:color w:val="000000" w:themeColor="text1"/>
        </w:rPr>
      </w:pPr>
      <w:r w:rsidRPr="00223A11">
        <w:rPr>
          <w:rFonts w:cs="Times New Roman"/>
          <w:color w:val="000000" w:themeColor="text1"/>
        </w:rPr>
        <w:t>VİZE PROGRAMI</w:t>
      </w:r>
    </w:p>
    <w:p w14:paraId="1BE29DFC" w14:textId="77777777" w:rsidR="00BB583F" w:rsidRPr="00223A11" w:rsidRDefault="00000000">
      <w:pPr>
        <w:pStyle w:val="ExamClass"/>
        <w:keepNext/>
        <w:spacing w:before="220" w:after="140"/>
        <w:jc w:val="center"/>
        <w:rPr>
          <w:rFonts w:cs="Times New Roman"/>
          <w:color w:val="000000" w:themeColor="text1"/>
          <w:sz w:val="22"/>
        </w:rPr>
      </w:pPr>
      <w:r w:rsidRPr="00223A11">
        <w:rPr>
          <w:rFonts w:cs="Times New Roman"/>
          <w:color w:val="000000" w:themeColor="text1"/>
          <w:sz w:val="22"/>
        </w:rPr>
        <w:t>1. SINIF</w:t>
      </w:r>
    </w:p>
    <w:p w14:paraId="5FD39DEB" w14:textId="77777777" w:rsidR="00BB583F" w:rsidRPr="00223A11" w:rsidRDefault="00BB583F">
      <w:pPr>
        <w:pStyle w:val="ExamNotes"/>
        <w:keepNext/>
        <w:spacing w:after="160"/>
        <w:jc w:val="center"/>
        <w:rPr>
          <w:rFonts w:cs="Times New Roman"/>
          <w:color w:val="000000" w:themeColor="text1"/>
        </w:rPr>
      </w:pPr>
    </w:p>
    <w:tbl>
      <w:tblPr>
        <w:tblStyle w:val="TabloKlavuzu"/>
        <w:tblW w:w="0" w:type="auto"/>
        <w:jc w:val="center"/>
        <w:tblBorders>
          <w:top w:val="single" w:sz="5" w:space="0" w:color="555555"/>
          <w:left w:val="single" w:sz="5" w:space="0" w:color="555555"/>
          <w:bottom w:val="single" w:sz="5" w:space="0" w:color="555555"/>
          <w:right w:val="single" w:sz="5" w:space="0" w:color="555555"/>
          <w:insideH w:val="single" w:sz="5" w:space="0" w:color="555555"/>
          <w:insideV w:val="single" w:sz="5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1219"/>
        <w:gridCol w:w="2603"/>
        <w:gridCol w:w="1620"/>
        <w:gridCol w:w="1389"/>
        <w:gridCol w:w="1134"/>
        <w:gridCol w:w="2409"/>
      </w:tblGrid>
      <w:tr w:rsidR="00C11C66" w:rsidRPr="00223A11" w14:paraId="5AF3819B" w14:textId="77777777" w:rsidTr="00223A11">
        <w:trPr>
          <w:cantSplit/>
          <w:tblHeader/>
          <w:jc w:val="center"/>
        </w:trPr>
        <w:tc>
          <w:tcPr>
            <w:tcW w:w="1219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545E2440" w14:textId="77777777" w:rsidR="00C11C66" w:rsidRPr="00223A11" w:rsidRDefault="00C11C66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Sınav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2603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3AA189F6" w14:textId="77777777" w:rsidR="00C11C66" w:rsidRPr="00223A11" w:rsidRDefault="00C11C66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Dersin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Adı</w:t>
            </w:r>
            <w:proofErr w:type="spellEnd"/>
          </w:p>
        </w:tc>
        <w:tc>
          <w:tcPr>
            <w:tcW w:w="1620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62366C9F" w14:textId="77777777" w:rsidR="00C11C66" w:rsidRPr="00223A11" w:rsidRDefault="00C11C66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Sınav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Saati</w:t>
            </w:r>
          </w:p>
        </w:tc>
        <w:tc>
          <w:tcPr>
            <w:tcW w:w="1389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5CF1E9D3" w14:textId="77777777" w:rsidR="00C11C66" w:rsidRPr="00223A11" w:rsidRDefault="00C11C66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Sınav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Yeri</w:t>
            </w:r>
          </w:p>
        </w:tc>
        <w:tc>
          <w:tcPr>
            <w:tcW w:w="1134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47A42A3B" w14:textId="77777777" w:rsidR="00C11C66" w:rsidRPr="00223A11" w:rsidRDefault="00C11C66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Sınav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Türü</w:t>
            </w:r>
            <w:proofErr w:type="spellEnd"/>
          </w:p>
        </w:tc>
        <w:tc>
          <w:tcPr>
            <w:tcW w:w="2409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7FF4E675" w14:textId="77777777" w:rsidR="00C11C66" w:rsidRPr="00223A11" w:rsidRDefault="00C11C66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Ders </w:t>
            </w: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Sorumlusu</w:t>
            </w:r>
            <w:proofErr w:type="spellEnd"/>
          </w:p>
        </w:tc>
      </w:tr>
      <w:tr w:rsidR="00C11C66" w:rsidRPr="00223A11" w14:paraId="0AB6A339" w14:textId="77777777" w:rsidTr="00223A1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4ABFF93D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02.11.2026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2603" w:type="dxa"/>
            <w:tcMar>
              <w:top w:w="0" w:type="dxa"/>
              <w:bottom w:w="0" w:type="dxa"/>
            </w:tcMar>
            <w:vAlign w:val="center"/>
          </w:tcPr>
          <w:p w14:paraId="41C98282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Tasarım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Atölyesi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I</w:t>
            </w:r>
          </w:p>
        </w:tc>
        <w:tc>
          <w:tcPr>
            <w:tcW w:w="1620" w:type="dxa"/>
            <w:tcMar>
              <w:top w:w="0" w:type="dxa"/>
              <w:bottom w:w="0" w:type="dxa"/>
            </w:tcMar>
            <w:vAlign w:val="center"/>
          </w:tcPr>
          <w:p w14:paraId="6AA09DE6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14.00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2ED6773E" w14:textId="77777777" w:rsidR="00C11C66" w:rsidRPr="00223A11" w:rsidRDefault="00C11C66">
            <w:pPr>
              <w:rPr>
                <w:rFonts w:cs="Times New Roman"/>
                <w:bCs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bCs/>
                <w:color w:val="000000" w:themeColor="text1"/>
                <w:sz w:val="16"/>
                <w:szCs w:val="16"/>
              </w:rPr>
              <w:t>ED-K3-16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74A95492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1F1E5715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Mustafa MAYDA</w:t>
            </w:r>
          </w:p>
        </w:tc>
      </w:tr>
      <w:tr w:rsidR="00C11C66" w:rsidRPr="00223A11" w14:paraId="7EBFAC57" w14:textId="77777777" w:rsidTr="00223A1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1BA06F7E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02.11.2026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2603" w:type="dxa"/>
            <w:tcMar>
              <w:top w:w="0" w:type="dxa"/>
              <w:bottom w:w="0" w:type="dxa"/>
            </w:tcMar>
            <w:vAlign w:val="center"/>
          </w:tcPr>
          <w:p w14:paraId="74E1E792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Temel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Gazetecilik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(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Alttan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Alanlar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Dahil)</w:t>
            </w:r>
          </w:p>
        </w:tc>
        <w:tc>
          <w:tcPr>
            <w:tcW w:w="1620" w:type="dxa"/>
            <w:tcMar>
              <w:top w:w="0" w:type="dxa"/>
              <w:bottom w:w="0" w:type="dxa"/>
            </w:tcMar>
            <w:vAlign w:val="center"/>
          </w:tcPr>
          <w:p w14:paraId="197DD217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15.00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0AF16E30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ED-K1-11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6B1CD2E5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4BD38284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Engin ÇAĞLAK</w:t>
            </w:r>
          </w:p>
        </w:tc>
      </w:tr>
      <w:tr w:rsidR="00C11C66" w:rsidRPr="00223A11" w14:paraId="124004DB" w14:textId="77777777" w:rsidTr="00223A1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1A439326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03.11.2026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2603" w:type="dxa"/>
            <w:tcMar>
              <w:top w:w="0" w:type="dxa"/>
              <w:bottom w:w="0" w:type="dxa"/>
            </w:tcMar>
            <w:vAlign w:val="center"/>
          </w:tcPr>
          <w:p w14:paraId="2D70D0ED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Atatürk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İlkeleri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ve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İnkılap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Tarihi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 xml:space="preserve">Atatürk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İlkeleri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ve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İnkılap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Tarihi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I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(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Alttan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Alanlar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Dahil)</w:t>
            </w:r>
          </w:p>
        </w:tc>
        <w:tc>
          <w:tcPr>
            <w:tcW w:w="1620" w:type="dxa"/>
            <w:tcMar>
              <w:top w:w="0" w:type="dxa"/>
              <w:bottom w:w="0" w:type="dxa"/>
            </w:tcMar>
            <w:vAlign w:val="center"/>
          </w:tcPr>
          <w:p w14:paraId="5C0BEFCF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13.00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50FBBEA0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64CCE593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2390365C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Gör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Yeliz AKSAKAL</w:t>
            </w:r>
          </w:p>
        </w:tc>
      </w:tr>
      <w:tr w:rsidR="00C11C66" w:rsidRPr="00223A11" w14:paraId="7498E226" w14:textId="77777777" w:rsidTr="00223A1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3D07089F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03.11.2026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2603" w:type="dxa"/>
            <w:tcMar>
              <w:top w:w="0" w:type="dxa"/>
              <w:bottom w:w="0" w:type="dxa"/>
            </w:tcMar>
            <w:vAlign w:val="center"/>
          </w:tcPr>
          <w:p w14:paraId="51E2850A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Türk Dili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Türk Dili I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(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Alttan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Alanlar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Dahil)</w:t>
            </w:r>
          </w:p>
        </w:tc>
        <w:tc>
          <w:tcPr>
            <w:tcW w:w="1620" w:type="dxa"/>
            <w:tcMar>
              <w:top w:w="0" w:type="dxa"/>
              <w:bottom w:w="0" w:type="dxa"/>
            </w:tcMar>
            <w:vAlign w:val="center"/>
          </w:tcPr>
          <w:p w14:paraId="7A16C332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14.00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564B4AF3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21873ACC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5BE77AE0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Gör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Tuğba TOSUN</w:t>
            </w:r>
          </w:p>
        </w:tc>
      </w:tr>
      <w:tr w:rsidR="00C11C66" w:rsidRPr="00223A11" w14:paraId="7C471B67" w14:textId="77777777" w:rsidTr="00223A1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2828B109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04.11.2026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2603" w:type="dxa"/>
            <w:tcMar>
              <w:top w:w="0" w:type="dxa"/>
              <w:bottom w:w="0" w:type="dxa"/>
            </w:tcMar>
            <w:vAlign w:val="center"/>
          </w:tcPr>
          <w:p w14:paraId="3C1C6908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İletişim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Bilimine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Giriş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(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Alttan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Alanlar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Dahil)</w:t>
            </w:r>
          </w:p>
        </w:tc>
        <w:tc>
          <w:tcPr>
            <w:tcW w:w="1620" w:type="dxa"/>
            <w:tcMar>
              <w:top w:w="0" w:type="dxa"/>
              <w:bottom w:w="0" w:type="dxa"/>
            </w:tcMar>
            <w:vAlign w:val="center"/>
          </w:tcPr>
          <w:p w14:paraId="28F62BAE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13.00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06F6688A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36151DB2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63210BE8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Aslı SOYSAL EŞİTTİ</w:t>
            </w:r>
          </w:p>
        </w:tc>
      </w:tr>
      <w:tr w:rsidR="00C11C66" w:rsidRPr="00223A11" w14:paraId="45F8A0FC" w14:textId="77777777" w:rsidTr="00223A1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7A9754C4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05.11.2026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2603" w:type="dxa"/>
            <w:tcMar>
              <w:top w:w="0" w:type="dxa"/>
              <w:bottom w:w="0" w:type="dxa"/>
            </w:tcMar>
            <w:vAlign w:val="center"/>
          </w:tcPr>
          <w:p w14:paraId="1A9BCF7A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Bilişim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Teknolojileri</w:t>
            </w:r>
            <w:proofErr w:type="spellEnd"/>
          </w:p>
        </w:tc>
        <w:tc>
          <w:tcPr>
            <w:tcW w:w="1620" w:type="dxa"/>
            <w:tcMar>
              <w:top w:w="0" w:type="dxa"/>
              <w:bottom w:w="0" w:type="dxa"/>
            </w:tcMar>
            <w:vAlign w:val="center"/>
          </w:tcPr>
          <w:p w14:paraId="667340ED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10.00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6E8EBA7B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74950095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134456BB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Arif YILDIRIM</w:t>
            </w:r>
          </w:p>
        </w:tc>
      </w:tr>
      <w:tr w:rsidR="00C11C66" w:rsidRPr="00223A11" w14:paraId="595785CB" w14:textId="77777777" w:rsidTr="00223A1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6E44B9A3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05.11.2026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2603" w:type="dxa"/>
            <w:tcMar>
              <w:top w:w="0" w:type="dxa"/>
              <w:bottom w:w="0" w:type="dxa"/>
            </w:tcMar>
            <w:vAlign w:val="center"/>
          </w:tcPr>
          <w:p w14:paraId="5D92971A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Siyaset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Bilimi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(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Alttan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Alanlar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Dahil)</w:t>
            </w:r>
          </w:p>
        </w:tc>
        <w:tc>
          <w:tcPr>
            <w:tcW w:w="1620" w:type="dxa"/>
            <w:tcMar>
              <w:top w:w="0" w:type="dxa"/>
              <w:bottom w:w="0" w:type="dxa"/>
            </w:tcMar>
            <w:vAlign w:val="center"/>
          </w:tcPr>
          <w:p w14:paraId="5BBBA812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12.00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492B9C65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291BB113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2664EC56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Prof. Dr. Gökhan GÖKGÖZ</w:t>
            </w:r>
          </w:p>
        </w:tc>
      </w:tr>
      <w:tr w:rsidR="00C11C66" w:rsidRPr="00223A11" w14:paraId="1814ABA4" w14:textId="77777777" w:rsidTr="00223A1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0DB4A653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06.11.2026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Cuma</w:t>
            </w:r>
          </w:p>
        </w:tc>
        <w:tc>
          <w:tcPr>
            <w:tcW w:w="2603" w:type="dxa"/>
            <w:tcMar>
              <w:top w:w="0" w:type="dxa"/>
              <w:bottom w:w="0" w:type="dxa"/>
            </w:tcMar>
            <w:vAlign w:val="center"/>
          </w:tcPr>
          <w:p w14:paraId="665D6F01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İletişim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Teknolojileri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ve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Kültür</w:t>
            </w:r>
            <w:proofErr w:type="spellEnd"/>
          </w:p>
        </w:tc>
        <w:tc>
          <w:tcPr>
            <w:tcW w:w="1620" w:type="dxa"/>
            <w:tcMar>
              <w:top w:w="0" w:type="dxa"/>
              <w:bottom w:w="0" w:type="dxa"/>
            </w:tcMar>
            <w:vAlign w:val="center"/>
          </w:tcPr>
          <w:p w14:paraId="297863B0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11.00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0A95271D" w14:textId="47EA29E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Yüksek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Lisans</w:t>
            </w:r>
            <w:proofErr w:type="spellEnd"/>
            <w:r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16"/>
                <w:szCs w:val="16"/>
              </w:rPr>
              <w:t>Dersliği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E2-234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170A44A7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Ödev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Teslim</w:t>
            </w:r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7FF86839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Arif YILDIRIM</w:t>
            </w:r>
          </w:p>
        </w:tc>
      </w:tr>
      <w:tr w:rsidR="00C11C66" w:rsidRPr="00223A11" w14:paraId="4DA1B23F" w14:textId="77777777" w:rsidTr="00223A1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6C096A3F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06.11.2026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Cuma</w:t>
            </w:r>
          </w:p>
        </w:tc>
        <w:tc>
          <w:tcPr>
            <w:tcW w:w="2603" w:type="dxa"/>
            <w:tcMar>
              <w:top w:w="0" w:type="dxa"/>
              <w:bottom w:w="0" w:type="dxa"/>
            </w:tcMar>
            <w:vAlign w:val="center"/>
          </w:tcPr>
          <w:p w14:paraId="403DF184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Sosyolojiye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Giriş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/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Sosyoloji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(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Alttan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Alanlar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Dahil)</w:t>
            </w:r>
          </w:p>
        </w:tc>
        <w:tc>
          <w:tcPr>
            <w:tcW w:w="1620" w:type="dxa"/>
            <w:tcMar>
              <w:top w:w="0" w:type="dxa"/>
              <w:bottom w:w="0" w:type="dxa"/>
            </w:tcMar>
            <w:vAlign w:val="center"/>
          </w:tcPr>
          <w:p w14:paraId="23672DBF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16.00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4852B53A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ED-K1-11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27FF5ECB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0AE45ABB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Prof. Dr.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Şakir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EŞİTTİ</w:t>
            </w:r>
          </w:p>
        </w:tc>
      </w:tr>
    </w:tbl>
    <w:p w14:paraId="133C8725" w14:textId="77777777" w:rsidR="00555050" w:rsidRPr="00223A11" w:rsidRDefault="00000000" w:rsidP="00555050">
      <w:pPr>
        <w:rPr>
          <w:rFonts w:cs="Times New Roman"/>
          <w:color w:val="000000" w:themeColor="text1"/>
        </w:rPr>
      </w:pPr>
      <w:r w:rsidRPr="00223A11">
        <w:rPr>
          <w:rFonts w:cs="Times New Roman"/>
          <w:color w:val="000000" w:themeColor="text1"/>
        </w:rPr>
        <w:br w:type="page"/>
      </w:r>
    </w:p>
    <w:p w14:paraId="14194F04" w14:textId="77777777" w:rsidR="00BB583F" w:rsidRPr="00223A11" w:rsidRDefault="00000000">
      <w:pPr>
        <w:pStyle w:val="ExamClass"/>
        <w:keepNext/>
        <w:spacing w:before="220" w:after="140"/>
        <w:jc w:val="center"/>
        <w:rPr>
          <w:rFonts w:cs="Times New Roman"/>
          <w:color w:val="000000" w:themeColor="text1"/>
        </w:rPr>
      </w:pPr>
      <w:r w:rsidRPr="00223A11">
        <w:rPr>
          <w:rFonts w:cs="Times New Roman"/>
          <w:color w:val="000000" w:themeColor="text1"/>
        </w:rPr>
        <w:lastRenderedPageBreak/>
        <w:t>2. SINIF</w:t>
      </w:r>
    </w:p>
    <w:p w14:paraId="29F90540" w14:textId="77777777" w:rsidR="00BB583F" w:rsidRPr="00223A11" w:rsidRDefault="00BB583F">
      <w:pPr>
        <w:pStyle w:val="ExamNotes"/>
        <w:keepNext/>
        <w:spacing w:after="160"/>
        <w:jc w:val="center"/>
        <w:rPr>
          <w:rFonts w:cs="Times New Roman"/>
          <w:color w:val="000000" w:themeColor="text1"/>
        </w:rPr>
      </w:pPr>
    </w:p>
    <w:tbl>
      <w:tblPr>
        <w:tblStyle w:val="TabloKlavuzu"/>
        <w:tblW w:w="0" w:type="auto"/>
        <w:jc w:val="center"/>
        <w:tblBorders>
          <w:top w:val="single" w:sz="5" w:space="0" w:color="555555"/>
          <w:left w:val="single" w:sz="5" w:space="0" w:color="555555"/>
          <w:bottom w:val="single" w:sz="5" w:space="0" w:color="555555"/>
          <w:right w:val="single" w:sz="5" w:space="0" w:color="555555"/>
          <w:insideH w:val="single" w:sz="5" w:space="0" w:color="555555"/>
          <w:insideV w:val="single" w:sz="5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1219"/>
        <w:gridCol w:w="3061"/>
        <w:gridCol w:w="1162"/>
        <w:gridCol w:w="1389"/>
        <w:gridCol w:w="1134"/>
        <w:gridCol w:w="2409"/>
      </w:tblGrid>
      <w:tr w:rsidR="00C11C66" w:rsidRPr="00223A11" w14:paraId="791644BF" w14:textId="77777777" w:rsidTr="00F9347A">
        <w:trPr>
          <w:cantSplit/>
          <w:tblHeader/>
          <w:jc w:val="center"/>
        </w:trPr>
        <w:tc>
          <w:tcPr>
            <w:tcW w:w="1219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514B35F3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Sınav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3061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4D6192FA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Dersin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Adı</w:t>
            </w:r>
            <w:proofErr w:type="spellEnd"/>
          </w:p>
        </w:tc>
        <w:tc>
          <w:tcPr>
            <w:tcW w:w="1162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335069A5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Sınav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Saati</w:t>
            </w:r>
          </w:p>
        </w:tc>
        <w:tc>
          <w:tcPr>
            <w:tcW w:w="1389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2EF1BD34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Sınav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Yeri</w:t>
            </w:r>
          </w:p>
        </w:tc>
        <w:tc>
          <w:tcPr>
            <w:tcW w:w="1134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0AF43AB4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Sınav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Türü</w:t>
            </w:r>
            <w:proofErr w:type="spellEnd"/>
          </w:p>
        </w:tc>
        <w:tc>
          <w:tcPr>
            <w:tcW w:w="2409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567CB174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Ders </w:t>
            </w: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Sorumlusu</w:t>
            </w:r>
            <w:proofErr w:type="spellEnd"/>
          </w:p>
        </w:tc>
      </w:tr>
      <w:tr w:rsidR="00C11C66" w:rsidRPr="00223A11" w14:paraId="56FAB1D1" w14:textId="77777777" w:rsidTr="00F9347A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665851A4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02.11.2026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6540DCF6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İletişim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Sosyolojisi</w:t>
            </w:r>
            <w:proofErr w:type="spellEnd"/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0469C826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11.00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69301A2A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7568BE95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4E644799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Serhat ÇOBAN</w:t>
            </w:r>
          </w:p>
        </w:tc>
      </w:tr>
      <w:tr w:rsidR="00C11C66" w:rsidRPr="00223A11" w14:paraId="10A70F37" w14:textId="77777777" w:rsidTr="00F9347A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6A847E75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02.11.2026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77F43F0B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Basın</w:t>
            </w:r>
            <w:proofErr w:type="spellEnd"/>
            <w:proofErr w:type="gram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70238274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13.00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1D5086EA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355492B4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088CD91D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Prof. Dr.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Şakir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EŞİTTİ</w:t>
            </w:r>
          </w:p>
        </w:tc>
      </w:tr>
      <w:tr w:rsidR="00C11C66" w:rsidRPr="00223A11" w14:paraId="1EB23389" w14:textId="77777777" w:rsidTr="00F9347A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73FF6A99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02.11.2026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28A96393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Temel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Fotoğrafçılık</w:t>
            </w:r>
            <w:proofErr w:type="spellEnd"/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055DB8C7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14.00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77864A82" w14:textId="6A676B1F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Yüksek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Lisans</w:t>
            </w:r>
            <w:proofErr w:type="spellEnd"/>
            <w:r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16"/>
                <w:szCs w:val="16"/>
              </w:rPr>
              <w:t>Dersliği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E2-234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75E56179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Ödev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Teslim</w:t>
            </w:r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7BD94FB9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Onur TATAR</w:t>
            </w:r>
          </w:p>
        </w:tc>
      </w:tr>
      <w:tr w:rsidR="00C11C66" w:rsidRPr="00223A11" w14:paraId="03494568" w14:textId="77777777" w:rsidTr="00F9347A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356FDF65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03.11.2026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1FD9EA41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Sosyal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Medya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(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Alttan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Alanlar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Dahil)</w:t>
            </w:r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05FC7ACF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10.00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42001DB5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19807FAC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71AEB7EE" w14:textId="77777777" w:rsidR="00C11C66" w:rsidRPr="00223A11" w:rsidRDefault="00C11C66">
            <w:pPr>
              <w:keepLines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Arş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Gör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Zeynep AYER ÖZTOK</w:t>
            </w:r>
          </w:p>
        </w:tc>
      </w:tr>
      <w:tr w:rsidR="00C11C66" w:rsidRPr="00223A11" w14:paraId="0E4373C6" w14:textId="77777777" w:rsidTr="00F9347A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2CF84A60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03.11.2026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4C4A0311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Veri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Yapıları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ve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Algoritmalar</w:t>
            </w:r>
            <w:proofErr w:type="spellEnd"/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4E648AE0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16.00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02309C34" w14:textId="77777777" w:rsidR="00C11C66" w:rsidRPr="00223A11" w:rsidRDefault="00C11C66">
            <w:pPr>
              <w:rPr>
                <w:rFonts w:cs="Times New Roman"/>
                <w:bCs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bCs/>
                <w:color w:val="000000" w:themeColor="text1"/>
                <w:sz w:val="16"/>
                <w:szCs w:val="16"/>
              </w:rPr>
              <w:t>ED-K3-16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1DE52ECA" w14:textId="485F4122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cs="Times New Roman"/>
                <w:color w:val="000000" w:themeColor="text1"/>
                <w:sz w:val="16"/>
                <w:szCs w:val="16"/>
              </w:rPr>
              <w:t>Ödev</w:t>
            </w:r>
            <w:proofErr w:type="spellEnd"/>
            <w:r>
              <w:rPr>
                <w:rFonts w:cs="Times New Roman"/>
                <w:color w:val="000000" w:themeColor="text1"/>
                <w:sz w:val="16"/>
                <w:szCs w:val="16"/>
              </w:rPr>
              <w:t xml:space="preserve"> Teslim</w:t>
            </w:r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7C40C230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Arif YILDIRIM</w:t>
            </w:r>
          </w:p>
        </w:tc>
      </w:tr>
      <w:tr w:rsidR="00C11C66" w:rsidRPr="00223A11" w14:paraId="6A78A667" w14:textId="77777777" w:rsidTr="00F9347A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4CBD3684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04.11.2026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11E139A7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Genel Ekonomi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(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Alttan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Alanlar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Dahil)</w:t>
            </w:r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086D6B07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10.00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68AF9739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334961F0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213F142C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Prof. Dr. Birol AKGÜL</w:t>
            </w:r>
          </w:p>
        </w:tc>
      </w:tr>
      <w:tr w:rsidR="00C11C66" w:rsidRPr="00223A11" w14:paraId="2EFDED4E" w14:textId="77777777" w:rsidTr="00F9347A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3194AA5D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04.11.2026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2F588FAC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Haber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Toplama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ve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Yazma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Teknikleri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(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Alttan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Alanlar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Dahil)</w:t>
            </w:r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738C83CF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11.00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70A9A398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36F5E0C0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11BBFA33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Engin ÇAĞLAK</w:t>
            </w:r>
          </w:p>
        </w:tc>
      </w:tr>
      <w:tr w:rsidR="00C11C66" w:rsidRPr="00223A11" w14:paraId="0DA21941" w14:textId="77777777" w:rsidTr="00F9347A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5E85A306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05.11.2026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47CC0747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Tasarım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Atölyesi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III</w:t>
            </w:r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7940106C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11.00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29C2F313" w14:textId="27F89943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Yüksek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Lisans</w:t>
            </w:r>
            <w:proofErr w:type="spellEnd"/>
            <w:r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16"/>
                <w:szCs w:val="16"/>
              </w:rPr>
              <w:t>Dersliği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E2-234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36F3F2B3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Ödev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Teslim</w:t>
            </w:r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47B28BDA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Mustafa MAYDA</w:t>
            </w:r>
          </w:p>
        </w:tc>
      </w:tr>
      <w:tr w:rsidR="00C11C66" w:rsidRPr="00223A11" w14:paraId="0D6BC9FE" w14:textId="77777777" w:rsidTr="00F9347A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1EAF9022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05.11.2026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503920B2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Sanat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3AA83D48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13.00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6343CD38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3B24C3EC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0C7D01C4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Mustafa MAYDA</w:t>
            </w:r>
          </w:p>
        </w:tc>
      </w:tr>
      <w:tr w:rsidR="00C11C66" w:rsidRPr="00223A11" w14:paraId="2C05C3F9" w14:textId="77777777" w:rsidTr="00F9347A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7B30C9CB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06.11.2026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Cuma</w:t>
            </w:r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19BA7D9D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Etkili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İletişim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Teknikleri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(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Alttan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Alanlar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Dahil)</w:t>
            </w:r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2271B618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12.00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7F638A2F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28B93A9E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650A7785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Aslı SOYSAL EŞİTTİ</w:t>
            </w:r>
          </w:p>
        </w:tc>
      </w:tr>
      <w:tr w:rsidR="00C11C66" w:rsidRPr="00223A11" w14:paraId="54CCD9FF" w14:textId="77777777" w:rsidTr="00F9347A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743BE68B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06.11.2026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Cuma</w:t>
            </w:r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39086074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Sosyal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Bilimlerde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Araştırma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Yöntemleri</w:t>
            </w:r>
            <w:proofErr w:type="spellEnd"/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116902A8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15.00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0497A992" w14:textId="77777777" w:rsidR="00C11C66" w:rsidRPr="00223A11" w:rsidRDefault="00C11C66">
            <w:pPr>
              <w:rPr>
                <w:rFonts w:cs="Times New Roman"/>
                <w:bCs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bCs/>
                <w:color w:val="000000" w:themeColor="text1"/>
                <w:sz w:val="16"/>
                <w:szCs w:val="16"/>
              </w:rPr>
              <w:t>ED-K3-16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495104E7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4435FAF8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Prof. Dr.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Şakir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EŞİTTİ</w:t>
            </w:r>
          </w:p>
        </w:tc>
      </w:tr>
    </w:tbl>
    <w:p w14:paraId="51D3FF8D" w14:textId="77777777" w:rsidR="00BB583F" w:rsidRPr="00223A11" w:rsidRDefault="00BB583F">
      <w:pPr>
        <w:pStyle w:val="ExamNotes"/>
        <w:spacing w:before="140"/>
        <w:rPr>
          <w:rFonts w:cs="Times New Roman"/>
          <w:color w:val="000000" w:themeColor="text1"/>
        </w:rPr>
      </w:pPr>
    </w:p>
    <w:p w14:paraId="4CFF9DFC" w14:textId="77777777" w:rsidR="00BB583F" w:rsidRPr="00223A11" w:rsidRDefault="00000000">
      <w:pPr>
        <w:rPr>
          <w:rFonts w:cs="Times New Roman"/>
          <w:color w:val="000000" w:themeColor="text1"/>
        </w:rPr>
      </w:pPr>
      <w:r w:rsidRPr="00223A11">
        <w:rPr>
          <w:rFonts w:cs="Times New Roman"/>
          <w:color w:val="000000" w:themeColor="text1"/>
        </w:rPr>
        <w:br w:type="page"/>
      </w:r>
    </w:p>
    <w:p w14:paraId="055CBD9E" w14:textId="77777777" w:rsidR="00BB583F" w:rsidRPr="00223A11" w:rsidRDefault="00000000">
      <w:pPr>
        <w:pStyle w:val="ExamClass"/>
        <w:keepNext/>
        <w:spacing w:before="220" w:after="140"/>
        <w:jc w:val="center"/>
        <w:rPr>
          <w:rFonts w:cs="Times New Roman"/>
          <w:color w:val="000000" w:themeColor="text1"/>
        </w:rPr>
      </w:pPr>
      <w:r w:rsidRPr="00223A11">
        <w:rPr>
          <w:rFonts w:cs="Times New Roman"/>
          <w:color w:val="000000" w:themeColor="text1"/>
        </w:rPr>
        <w:lastRenderedPageBreak/>
        <w:t>3. SINIF</w:t>
      </w:r>
    </w:p>
    <w:tbl>
      <w:tblPr>
        <w:tblStyle w:val="TabloKlavuzu"/>
        <w:tblW w:w="0" w:type="auto"/>
        <w:jc w:val="center"/>
        <w:tblBorders>
          <w:top w:val="single" w:sz="5" w:space="0" w:color="555555"/>
          <w:left w:val="single" w:sz="5" w:space="0" w:color="555555"/>
          <w:bottom w:val="single" w:sz="5" w:space="0" w:color="555555"/>
          <w:right w:val="single" w:sz="5" w:space="0" w:color="555555"/>
          <w:insideH w:val="single" w:sz="5" w:space="0" w:color="555555"/>
          <w:insideV w:val="single" w:sz="5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1219"/>
        <w:gridCol w:w="3061"/>
        <w:gridCol w:w="1162"/>
        <w:gridCol w:w="1389"/>
        <w:gridCol w:w="1134"/>
        <w:gridCol w:w="2409"/>
      </w:tblGrid>
      <w:tr w:rsidR="00C11C66" w:rsidRPr="00223A11" w14:paraId="4F9C3603" w14:textId="77777777" w:rsidTr="006C3D91">
        <w:trPr>
          <w:cantSplit/>
          <w:tblHeader/>
          <w:jc w:val="center"/>
        </w:trPr>
        <w:tc>
          <w:tcPr>
            <w:tcW w:w="1219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51E30D8B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Sınav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3061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0E8B81B7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Dersin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Adı</w:t>
            </w:r>
            <w:proofErr w:type="spellEnd"/>
          </w:p>
        </w:tc>
        <w:tc>
          <w:tcPr>
            <w:tcW w:w="1162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18FBF265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Sınav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Saati</w:t>
            </w:r>
          </w:p>
        </w:tc>
        <w:tc>
          <w:tcPr>
            <w:tcW w:w="1389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148EC6EA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Sınav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Yeri</w:t>
            </w:r>
          </w:p>
        </w:tc>
        <w:tc>
          <w:tcPr>
            <w:tcW w:w="1134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4471B7A7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Sınav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Türü</w:t>
            </w:r>
            <w:proofErr w:type="spellEnd"/>
          </w:p>
        </w:tc>
        <w:tc>
          <w:tcPr>
            <w:tcW w:w="2409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599F67CB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Ders </w:t>
            </w: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Sorumlusu</w:t>
            </w:r>
            <w:proofErr w:type="spellEnd"/>
          </w:p>
        </w:tc>
      </w:tr>
      <w:tr w:rsidR="00C11C66" w:rsidRPr="00223A11" w14:paraId="463D8E5E" w14:textId="77777777" w:rsidTr="006C3D9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36D0F665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02.11.2026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09894A59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Medya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Hukuku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/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İletişim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Hukuku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(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Alttan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Alanlar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Dahil)</w:t>
            </w:r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72F60102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10.00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6291B145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0A4A948A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6A3117E5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Kemal Cem BAYKAL</w:t>
            </w:r>
          </w:p>
        </w:tc>
      </w:tr>
      <w:tr w:rsidR="00C11C66" w:rsidRPr="00223A11" w14:paraId="6B0B0310" w14:textId="77777777" w:rsidTr="006C3D9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428B828A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02.11.2026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7D1BD287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Multimedya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ve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Fotoğraf</w:t>
            </w:r>
            <w:proofErr w:type="spellEnd"/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2F68828D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11.00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5765184A" w14:textId="3A90E04E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Yüksek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Lisans</w:t>
            </w:r>
            <w:proofErr w:type="spellEnd"/>
            <w:r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16"/>
                <w:szCs w:val="16"/>
              </w:rPr>
              <w:t>Dersliği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E2-234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5C61AA25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Ödev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Teslim</w:t>
            </w:r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29C9306C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Onur TATAR</w:t>
            </w:r>
          </w:p>
        </w:tc>
      </w:tr>
      <w:tr w:rsidR="00C11C66" w:rsidRPr="00223A11" w14:paraId="69A62A1D" w14:textId="77777777" w:rsidTr="006C3D9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208178BF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02.11.2026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2201FB80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Grafik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Uygulamaları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I</w:t>
            </w:r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411A153F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15.00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20ADF11F" w14:textId="23988BB8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Yüksek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Lisans</w:t>
            </w:r>
            <w:proofErr w:type="spellEnd"/>
            <w:r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16"/>
                <w:szCs w:val="16"/>
              </w:rPr>
              <w:t>Dersliği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E2-234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4C0806EE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Ödev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Teslim</w:t>
            </w:r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6AFEBC0A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Mustafa MAYDA</w:t>
            </w:r>
          </w:p>
        </w:tc>
      </w:tr>
      <w:tr w:rsidR="00C11C66" w:rsidRPr="00223A11" w14:paraId="5671066B" w14:textId="77777777" w:rsidTr="006C3D9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26AA9977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02.11.2026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79CE3887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Psikoloji</w:t>
            </w:r>
            <w:proofErr w:type="spellEnd"/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775B8C20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17.00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0E1B95D9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ED-K1-04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535060CD" w14:textId="77777777" w:rsidR="00C11C66" w:rsidRPr="00223A11" w:rsidRDefault="00C11C66">
            <w:pPr>
              <w:keepLines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Ödev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Teslim</w:t>
            </w:r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4D9E7070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Arş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Gör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Gülşah YILDIRIM</w:t>
            </w:r>
          </w:p>
        </w:tc>
      </w:tr>
      <w:tr w:rsidR="00C11C66" w:rsidRPr="00223A11" w14:paraId="549E6C92" w14:textId="77777777" w:rsidTr="006C3D9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49102218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03.11.2026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0AF8C9CA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Araştırmacı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Gazetecilik</w:t>
            </w:r>
            <w:proofErr w:type="spellEnd"/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05620069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11.00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1BB66E33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40AE5AE4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7BE1B7CA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Serhat ÇOBAN</w:t>
            </w:r>
          </w:p>
        </w:tc>
      </w:tr>
      <w:tr w:rsidR="00C11C66" w:rsidRPr="00223A11" w14:paraId="0382A4DE" w14:textId="77777777" w:rsidTr="006C3D9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5CB7F7DA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03.11.2026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18AC45BB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İş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Sağlığı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ve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Güvenliği</w:t>
            </w:r>
            <w:proofErr w:type="spellEnd"/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23FBE11D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12.00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10F7E8A2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11A45330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68182516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Sevil DÜNDAR</w:t>
            </w:r>
          </w:p>
        </w:tc>
      </w:tr>
      <w:tr w:rsidR="00C11C66" w:rsidRPr="00223A11" w14:paraId="2294C73E" w14:textId="77777777" w:rsidTr="006C3D9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45FB8B4D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03.11.2026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5E1BE638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İnternet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Gazeteciliği</w:t>
            </w:r>
            <w:proofErr w:type="spellEnd"/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6F5BE163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14.00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32E27426" w14:textId="2C3C3FA0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Yüksek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Lisans</w:t>
            </w:r>
            <w:proofErr w:type="spellEnd"/>
            <w:r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16"/>
                <w:szCs w:val="16"/>
              </w:rPr>
              <w:t>Dersliği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E2-234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348E9FE9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Ödev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Teslim</w:t>
            </w:r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5E9979C5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Arif YILDIRIM</w:t>
            </w:r>
          </w:p>
        </w:tc>
      </w:tr>
      <w:tr w:rsidR="00C11C66" w:rsidRPr="00223A11" w14:paraId="3395CCE1" w14:textId="77777777" w:rsidTr="006C3D9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40AC6BEB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04.11.2026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31B4DA68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Sosyal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Medya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ve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Dijital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Pazarlama</w:t>
            </w:r>
            <w:proofErr w:type="spellEnd"/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022B9EED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12.00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5E7CA716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6F22F1A6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2A9D6B69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Arif YILDIRIM</w:t>
            </w:r>
          </w:p>
        </w:tc>
      </w:tr>
      <w:tr w:rsidR="00C11C66" w:rsidRPr="00223A11" w14:paraId="1395AB77" w14:textId="77777777" w:rsidTr="006C3D9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14E1935B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04.11.2026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2CDEC5B4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Proje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Hazırlama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Teknikleri</w:t>
            </w:r>
            <w:proofErr w:type="spellEnd"/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79535457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14.00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0CD79887" w14:textId="32774082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Yüksek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Lisans</w:t>
            </w:r>
            <w:proofErr w:type="spellEnd"/>
            <w:r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16"/>
                <w:szCs w:val="16"/>
              </w:rPr>
              <w:t>Dersliği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E2-234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46031D61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Ödev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Teslim</w:t>
            </w:r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008ADDC5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Prof. Dr. Birol AKGÜL</w:t>
            </w:r>
          </w:p>
        </w:tc>
      </w:tr>
      <w:tr w:rsidR="00C11C66" w:rsidRPr="00223A11" w14:paraId="57AB2660" w14:textId="77777777" w:rsidTr="006C3D9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6FDFACB9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04.11.2026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72F233C2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Gazetecilikte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Yapım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Süreçleri</w:t>
            </w:r>
            <w:proofErr w:type="spellEnd"/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50B891BC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15.00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53BBC7AA" w14:textId="0C8207EE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Yüksek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Lisans</w:t>
            </w:r>
            <w:proofErr w:type="spellEnd"/>
            <w:r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16"/>
                <w:szCs w:val="16"/>
              </w:rPr>
              <w:t>Dersliği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E2-234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65E7B3F3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Ödev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Teslim</w:t>
            </w:r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04EF6066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Serhat ÇOBAN</w:t>
            </w:r>
          </w:p>
        </w:tc>
      </w:tr>
      <w:tr w:rsidR="00C11C66" w:rsidRPr="00223A11" w14:paraId="5AECFEE2" w14:textId="77777777" w:rsidTr="006C3D9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5BEC1CD8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05.11.2026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0C1B80DC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Kamera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Kullanım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Teknikleri</w:t>
            </w:r>
            <w:proofErr w:type="spellEnd"/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162B2B1A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14.00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11213A3F" w14:textId="1CF9EED9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Yüksek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Lisans</w:t>
            </w:r>
            <w:proofErr w:type="spellEnd"/>
            <w:r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16"/>
                <w:szCs w:val="16"/>
              </w:rPr>
              <w:t>Dersliği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E2-234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42C44666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Ödev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Teslim</w:t>
            </w:r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7ECD83C7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Onur TATAR</w:t>
            </w:r>
          </w:p>
        </w:tc>
      </w:tr>
      <w:tr w:rsidR="00C11C66" w:rsidRPr="00223A11" w14:paraId="06B8257D" w14:textId="77777777" w:rsidTr="006C3D9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50FB0475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05.11.2026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48E6ECF9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Parlamento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Gazeteciliği</w:t>
            </w:r>
            <w:proofErr w:type="spellEnd"/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5E1DD895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15.00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3A0ABAF3" w14:textId="77777777" w:rsidR="00C11C66" w:rsidRPr="00223A11" w:rsidRDefault="00C11C66">
            <w:pPr>
              <w:rPr>
                <w:rFonts w:cs="Times New Roman"/>
                <w:bCs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bCs/>
                <w:color w:val="000000" w:themeColor="text1"/>
                <w:sz w:val="16"/>
                <w:szCs w:val="16"/>
              </w:rPr>
              <w:t>ED-K3-16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48B2C88E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0DC4C5FB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Engin ÇAĞLAK</w:t>
            </w:r>
          </w:p>
        </w:tc>
      </w:tr>
      <w:tr w:rsidR="00C11C66" w:rsidRPr="00223A11" w14:paraId="460A6143" w14:textId="77777777" w:rsidTr="006C3D9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6182E966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05.11.2026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7640E8B6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Tasarım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Atölyesi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V</w:t>
            </w:r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332C7538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16.00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4B99BCC9" w14:textId="322A3840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Yüksek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Lisans</w:t>
            </w:r>
            <w:proofErr w:type="spellEnd"/>
            <w:r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16"/>
                <w:szCs w:val="16"/>
              </w:rPr>
              <w:t>Dersliği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E2-234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63EC43E2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Ödev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Teslim</w:t>
            </w:r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79F51F46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Mustafa MAYDA</w:t>
            </w:r>
          </w:p>
        </w:tc>
      </w:tr>
      <w:tr w:rsidR="00C11C66" w:rsidRPr="00223A11" w14:paraId="0729D9E6" w14:textId="77777777" w:rsidTr="006C3D9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17421A83" w14:textId="77777777" w:rsidR="00C11C66" w:rsidRPr="00223A11" w:rsidRDefault="00C11C66" w:rsidP="0064323C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06.11.2026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Cuma</w:t>
            </w:r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5DFFDEE4" w14:textId="77777777" w:rsidR="00C11C66" w:rsidRPr="00223A11" w:rsidRDefault="00C11C66" w:rsidP="0064323C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Fonetik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ve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Diksiyon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/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Diksiyon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(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Alttan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Alanlar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Dahil)</w:t>
            </w:r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3C16BFB9" w14:textId="77777777" w:rsidR="00C11C66" w:rsidRPr="00223A11" w:rsidRDefault="00C11C66" w:rsidP="0064323C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11.00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4FC5EF74" w14:textId="77777777" w:rsidR="00C11C66" w:rsidRPr="00223A11" w:rsidRDefault="00C11C66" w:rsidP="0064323C">
            <w:pPr>
              <w:keepLines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77800769" w14:textId="77777777" w:rsidR="00C11C66" w:rsidRPr="00223A11" w:rsidRDefault="00C11C66" w:rsidP="0064323C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05A931EC" w14:textId="77777777" w:rsidR="00C11C66" w:rsidRPr="00223A11" w:rsidRDefault="00C11C66" w:rsidP="0064323C">
            <w:pPr>
              <w:keepLines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Aslı SOYSAL EŞİTTİ</w:t>
            </w:r>
          </w:p>
        </w:tc>
      </w:tr>
      <w:tr w:rsidR="00C11C66" w:rsidRPr="00223A11" w14:paraId="32216623" w14:textId="77777777" w:rsidTr="006C3D9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6B98F83C" w14:textId="77777777" w:rsidR="00C11C66" w:rsidRPr="00223A11" w:rsidRDefault="00C11C66" w:rsidP="0064323C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06.11.2026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Cuma</w:t>
            </w:r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66781207" w14:textId="77777777" w:rsidR="00C11C66" w:rsidRPr="00223A11" w:rsidRDefault="00C11C66" w:rsidP="0064323C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Kent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ve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Çevre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Haberciliği</w:t>
            </w:r>
            <w:proofErr w:type="spellEnd"/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27587687" w14:textId="77777777" w:rsidR="00C11C66" w:rsidRPr="00223A11" w:rsidRDefault="00C11C66" w:rsidP="0064323C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13.00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07C7E6AC" w14:textId="77777777" w:rsidR="00C11C66" w:rsidRPr="00223A11" w:rsidRDefault="00C11C66" w:rsidP="0064323C">
            <w:pPr>
              <w:keepLines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1AE90EDB" w14:textId="77777777" w:rsidR="00C11C66" w:rsidRPr="00223A11" w:rsidRDefault="00C11C66" w:rsidP="0064323C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79EBAE23" w14:textId="77777777" w:rsidR="00C11C66" w:rsidRPr="00223A11" w:rsidRDefault="00C11C66" w:rsidP="0064323C">
            <w:pPr>
              <w:keepLines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Arş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Gör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Zeynep AYER ÖZTOK</w:t>
            </w:r>
          </w:p>
        </w:tc>
      </w:tr>
      <w:tr w:rsidR="00C11C66" w:rsidRPr="00223A11" w14:paraId="2349FAE5" w14:textId="77777777" w:rsidTr="006C3D9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46580E5A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06.11.2026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Cuma</w:t>
            </w:r>
          </w:p>
        </w:tc>
        <w:tc>
          <w:tcPr>
            <w:tcW w:w="3061" w:type="dxa"/>
            <w:tcMar>
              <w:top w:w="0" w:type="dxa"/>
              <w:bottom w:w="0" w:type="dxa"/>
            </w:tcMar>
            <w:vAlign w:val="center"/>
          </w:tcPr>
          <w:p w14:paraId="3B2B7108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Marka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ve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Reklam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Tasarımı</w:t>
            </w:r>
            <w:proofErr w:type="spellEnd"/>
          </w:p>
        </w:tc>
        <w:tc>
          <w:tcPr>
            <w:tcW w:w="1162" w:type="dxa"/>
            <w:tcMar>
              <w:top w:w="0" w:type="dxa"/>
              <w:bottom w:w="0" w:type="dxa"/>
            </w:tcMar>
            <w:vAlign w:val="center"/>
          </w:tcPr>
          <w:p w14:paraId="0C9C0DAF" w14:textId="77777777" w:rsidR="00C11C66" w:rsidRPr="00223A11" w:rsidRDefault="00C11C6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14.00</w:t>
            </w:r>
          </w:p>
        </w:tc>
        <w:tc>
          <w:tcPr>
            <w:tcW w:w="1389" w:type="dxa"/>
            <w:tcMar>
              <w:top w:w="0" w:type="dxa"/>
              <w:bottom w:w="0" w:type="dxa"/>
            </w:tcMar>
            <w:vAlign w:val="center"/>
          </w:tcPr>
          <w:p w14:paraId="59C5BAE1" w14:textId="77777777" w:rsidR="00C11C66" w:rsidRPr="00223A11" w:rsidRDefault="00C11C66">
            <w:pPr>
              <w:rPr>
                <w:rFonts w:cs="Times New Roman"/>
                <w:bCs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bCs/>
                <w:color w:val="000000" w:themeColor="text1"/>
                <w:sz w:val="16"/>
                <w:szCs w:val="16"/>
              </w:rPr>
              <w:t>ED-K3-16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119F2E72" w14:textId="77777777" w:rsidR="00C11C66" w:rsidRPr="00223A11" w:rsidRDefault="00C11C66" w:rsidP="003B0739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409" w:type="dxa"/>
            <w:tcMar>
              <w:top w:w="0" w:type="dxa"/>
              <w:bottom w:w="0" w:type="dxa"/>
            </w:tcMar>
            <w:vAlign w:val="center"/>
          </w:tcPr>
          <w:p w14:paraId="22C583B0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Mustafa MAYDA</w:t>
            </w:r>
          </w:p>
        </w:tc>
      </w:tr>
    </w:tbl>
    <w:p w14:paraId="682AE307" w14:textId="77777777" w:rsidR="00BB583F" w:rsidRPr="00223A11" w:rsidRDefault="00000000">
      <w:pPr>
        <w:rPr>
          <w:rFonts w:cs="Times New Roman"/>
          <w:color w:val="000000" w:themeColor="text1"/>
        </w:rPr>
      </w:pPr>
      <w:r w:rsidRPr="00223A11">
        <w:rPr>
          <w:rFonts w:cs="Times New Roman"/>
          <w:color w:val="000000" w:themeColor="text1"/>
        </w:rPr>
        <w:br w:type="page"/>
      </w:r>
    </w:p>
    <w:p w14:paraId="50547A74" w14:textId="77777777" w:rsidR="00BB583F" w:rsidRPr="00223A11" w:rsidRDefault="00000000">
      <w:pPr>
        <w:pStyle w:val="ExamClass"/>
        <w:keepNext/>
        <w:spacing w:before="220" w:after="140"/>
        <w:jc w:val="center"/>
        <w:rPr>
          <w:rFonts w:cs="Times New Roman"/>
          <w:color w:val="000000" w:themeColor="text1"/>
        </w:rPr>
      </w:pPr>
      <w:r w:rsidRPr="00223A11">
        <w:rPr>
          <w:rFonts w:cs="Times New Roman"/>
          <w:color w:val="000000" w:themeColor="text1"/>
        </w:rPr>
        <w:lastRenderedPageBreak/>
        <w:t>4. SINIF</w:t>
      </w:r>
    </w:p>
    <w:p w14:paraId="53EA9818" w14:textId="77777777" w:rsidR="00BB583F" w:rsidRPr="00223A11" w:rsidRDefault="00BB583F">
      <w:pPr>
        <w:pStyle w:val="ExamNotes"/>
        <w:keepNext/>
        <w:spacing w:after="160"/>
        <w:jc w:val="center"/>
        <w:rPr>
          <w:rFonts w:cs="Times New Roman"/>
          <w:color w:val="000000" w:themeColor="text1"/>
        </w:rPr>
      </w:pPr>
    </w:p>
    <w:tbl>
      <w:tblPr>
        <w:tblStyle w:val="TabloKlavuzu"/>
        <w:tblW w:w="10374" w:type="dxa"/>
        <w:jc w:val="center"/>
        <w:tblBorders>
          <w:top w:val="single" w:sz="5" w:space="0" w:color="555555"/>
          <w:left w:val="single" w:sz="5" w:space="0" w:color="555555"/>
          <w:bottom w:val="single" w:sz="5" w:space="0" w:color="555555"/>
          <w:right w:val="single" w:sz="5" w:space="0" w:color="555555"/>
          <w:insideH w:val="single" w:sz="5" w:space="0" w:color="555555"/>
          <w:insideV w:val="single" w:sz="5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1219"/>
        <w:gridCol w:w="2461"/>
        <w:gridCol w:w="850"/>
        <w:gridCol w:w="1418"/>
        <w:gridCol w:w="1701"/>
        <w:gridCol w:w="2725"/>
      </w:tblGrid>
      <w:tr w:rsidR="00C11C66" w:rsidRPr="00223A11" w14:paraId="369A05FD" w14:textId="77777777" w:rsidTr="00D70911">
        <w:trPr>
          <w:cantSplit/>
          <w:tblHeader/>
          <w:jc w:val="center"/>
        </w:trPr>
        <w:tc>
          <w:tcPr>
            <w:tcW w:w="1219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69D9B665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Sınav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2461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60372D30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Dersin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Adı</w:t>
            </w:r>
            <w:proofErr w:type="spellEnd"/>
          </w:p>
        </w:tc>
        <w:tc>
          <w:tcPr>
            <w:tcW w:w="850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3FCD64E0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Sınav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Saati</w:t>
            </w:r>
          </w:p>
        </w:tc>
        <w:tc>
          <w:tcPr>
            <w:tcW w:w="1418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45A3C86E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Sınav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Yeri</w:t>
            </w:r>
          </w:p>
        </w:tc>
        <w:tc>
          <w:tcPr>
            <w:tcW w:w="1701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374D02BF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Sınav</w:t>
            </w:r>
            <w:proofErr w:type="spellEnd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Türü</w:t>
            </w:r>
            <w:proofErr w:type="spellEnd"/>
          </w:p>
        </w:tc>
        <w:tc>
          <w:tcPr>
            <w:tcW w:w="2725" w:type="dxa"/>
            <w:shd w:val="clear" w:color="auto" w:fill="DEE8EF"/>
            <w:tcMar>
              <w:top w:w="0" w:type="dxa"/>
              <w:bottom w:w="0" w:type="dxa"/>
            </w:tcMar>
            <w:vAlign w:val="center"/>
          </w:tcPr>
          <w:p w14:paraId="206F2A9C" w14:textId="77777777" w:rsidR="00C11C66" w:rsidRPr="00223A11" w:rsidRDefault="00C11C66" w:rsidP="003B0739">
            <w:pPr>
              <w:keepLines/>
              <w:spacing w:line="250" w:lineRule="auto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 xml:space="preserve">Ders </w:t>
            </w:r>
            <w:proofErr w:type="spellStart"/>
            <w:r w:rsidRPr="00223A11">
              <w:rPr>
                <w:rFonts w:cs="Times New Roman"/>
                <w:b/>
                <w:color w:val="000000" w:themeColor="text1"/>
                <w:sz w:val="16"/>
                <w:szCs w:val="16"/>
              </w:rPr>
              <w:t>Sorumlusu</w:t>
            </w:r>
            <w:proofErr w:type="spellEnd"/>
          </w:p>
        </w:tc>
      </w:tr>
      <w:tr w:rsidR="00C11C66" w:rsidRPr="00223A11" w14:paraId="23FE7F69" w14:textId="77777777" w:rsidTr="00D70911">
        <w:trPr>
          <w:cantSplit/>
          <w:tblHeader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658D0BAF" w14:textId="6843657A" w:rsidR="00C11C66" w:rsidRPr="00223A11" w:rsidRDefault="00C11C66" w:rsidP="00D603CD">
            <w:pPr>
              <w:keepLines/>
              <w:spacing w:line="250" w:lineRule="auto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02.11.2026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2461" w:type="dxa"/>
            <w:tcMar>
              <w:top w:w="0" w:type="dxa"/>
              <w:bottom w:w="0" w:type="dxa"/>
            </w:tcMar>
            <w:vAlign w:val="center"/>
          </w:tcPr>
          <w:p w14:paraId="6F06273E" w14:textId="7C98EA16" w:rsidR="00C11C66" w:rsidRPr="00223A11" w:rsidRDefault="00C11C66" w:rsidP="00D603CD">
            <w:pPr>
              <w:keepLines/>
              <w:spacing w:line="250" w:lineRule="auto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Söylem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Analizi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  <w:vAlign w:val="center"/>
          </w:tcPr>
          <w:p w14:paraId="5A1C5A3A" w14:textId="12ED77B3" w:rsidR="00C11C66" w:rsidRPr="00223A11" w:rsidRDefault="00C11C66" w:rsidP="00D603CD">
            <w:pPr>
              <w:keepLines/>
              <w:spacing w:line="250" w:lineRule="auto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12.00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14:paraId="0CBE41B5" w14:textId="3B15B85D" w:rsidR="00C11C66" w:rsidRPr="00223A11" w:rsidRDefault="00C11C66" w:rsidP="00D603CD">
            <w:pPr>
              <w:keepLines/>
              <w:spacing w:line="250" w:lineRule="auto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14:paraId="79EB8009" w14:textId="4B4E9350" w:rsidR="00C11C66" w:rsidRPr="00223A11" w:rsidRDefault="00C11C66" w:rsidP="00D603CD">
            <w:pPr>
              <w:keepLines/>
              <w:spacing w:line="250" w:lineRule="auto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725" w:type="dxa"/>
            <w:tcMar>
              <w:top w:w="0" w:type="dxa"/>
              <w:bottom w:w="0" w:type="dxa"/>
            </w:tcMar>
            <w:vAlign w:val="center"/>
          </w:tcPr>
          <w:p w14:paraId="5A9BDDD1" w14:textId="1B7EFD8E" w:rsidR="00C11C66" w:rsidRPr="00223A11" w:rsidRDefault="00C11C66" w:rsidP="00D603CD">
            <w:pPr>
              <w:keepLines/>
              <w:spacing w:line="250" w:lineRule="auto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Serhat ÇOBAN</w:t>
            </w:r>
          </w:p>
        </w:tc>
      </w:tr>
      <w:tr w:rsidR="00C11C66" w:rsidRPr="00223A11" w14:paraId="273C9E0A" w14:textId="77777777" w:rsidTr="00D7091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4ACAD1FA" w14:textId="59A01B07" w:rsidR="00C11C66" w:rsidRPr="00223A11" w:rsidRDefault="00C11C66" w:rsidP="00D603CD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02.11.2026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2461" w:type="dxa"/>
            <w:tcMar>
              <w:top w:w="0" w:type="dxa"/>
              <w:bottom w:w="0" w:type="dxa"/>
            </w:tcMar>
            <w:vAlign w:val="center"/>
          </w:tcPr>
          <w:p w14:paraId="61E64886" w14:textId="6E39AEC9" w:rsidR="00C11C66" w:rsidRPr="00223A11" w:rsidRDefault="00C11C66" w:rsidP="00D603CD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Kadın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Odaklı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Gazetecilik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  <w:vAlign w:val="center"/>
          </w:tcPr>
          <w:p w14:paraId="5A791B50" w14:textId="77777777" w:rsidR="00C11C66" w:rsidRPr="00223A11" w:rsidRDefault="00C11C66" w:rsidP="00D603CD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16.00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14:paraId="7319B5B5" w14:textId="77777777" w:rsidR="00C11C66" w:rsidRPr="00223A11" w:rsidRDefault="00C11C66" w:rsidP="00D603CD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ED-K1-11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14:paraId="3C5CE54D" w14:textId="77777777" w:rsidR="00C11C66" w:rsidRPr="00223A11" w:rsidRDefault="00C11C66" w:rsidP="00D603CD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725" w:type="dxa"/>
            <w:tcMar>
              <w:top w:w="0" w:type="dxa"/>
              <w:bottom w:w="0" w:type="dxa"/>
            </w:tcMar>
            <w:vAlign w:val="center"/>
          </w:tcPr>
          <w:p w14:paraId="52D5A140" w14:textId="400B0CAB" w:rsidR="00C11C66" w:rsidRPr="00223A11" w:rsidRDefault="00C11C66" w:rsidP="00D603CD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Arş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Gör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Zeynep AYER ÖZTOK</w:t>
            </w:r>
          </w:p>
        </w:tc>
      </w:tr>
      <w:tr w:rsidR="00C11C66" w:rsidRPr="00223A11" w14:paraId="094D5B1E" w14:textId="77777777" w:rsidTr="00D7091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5B87A552" w14:textId="77777777" w:rsidR="00C11C66" w:rsidRPr="00223A11" w:rsidRDefault="00C11C66" w:rsidP="00D603CD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03.11.2026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2461" w:type="dxa"/>
            <w:tcMar>
              <w:top w:w="0" w:type="dxa"/>
              <w:bottom w:w="0" w:type="dxa"/>
            </w:tcMar>
            <w:vAlign w:val="center"/>
          </w:tcPr>
          <w:p w14:paraId="7DDE23C3" w14:textId="77777777" w:rsidR="00C11C66" w:rsidRPr="00223A11" w:rsidRDefault="00C11C66" w:rsidP="00D603CD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Proje-Atölye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I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  <w:vAlign w:val="center"/>
          </w:tcPr>
          <w:p w14:paraId="4E0EDC09" w14:textId="47C08633" w:rsidR="00C11C66" w:rsidRPr="00223A11" w:rsidRDefault="00C11C66" w:rsidP="00D603CD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11.00</w:t>
            </w:r>
            <w:r w:rsidR="00D70911">
              <w:rPr>
                <w:rFonts w:cs="Times New Roman"/>
                <w:color w:val="000000" w:themeColor="text1"/>
                <w:sz w:val="16"/>
                <w:szCs w:val="16"/>
              </w:rPr>
              <w:t>-14.00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14:paraId="2B1C2A33" w14:textId="5CE791F4" w:rsidR="00C11C66" w:rsidRPr="00223A11" w:rsidRDefault="00C11C66" w:rsidP="00D603CD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Yüksek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Lisans</w:t>
            </w:r>
            <w:proofErr w:type="spellEnd"/>
            <w:r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16"/>
                <w:szCs w:val="16"/>
              </w:rPr>
              <w:t>Dersliği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E2-234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14:paraId="728BB3B3" w14:textId="3FE92F4A" w:rsidR="00C11C66" w:rsidRPr="00223A11" w:rsidRDefault="00C11C66" w:rsidP="00D603CD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Ödev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Teslim </w:t>
            </w:r>
          </w:p>
        </w:tc>
        <w:tc>
          <w:tcPr>
            <w:tcW w:w="2725" w:type="dxa"/>
            <w:tcMar>
              <w:top w:w="0" w:type="dxa"/>
              <w:bottom w:w="0" w:type="dxa"/>
            </w:tcMar>
            <w:vAlign w:val="center"/>
          </w:tcPr>
          <w:p w14:paraId="7479DDAC" w14:textId="77777777" w:rsidR="00C11C66" w:rsidRPr="00223A11" w:rsidRDefault="00C11C66" w:rsidP="00D603CD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Mustafa MAYDA</w:t>
            </w:r>
          </w:p>
        </w:tc>
      </w:tr>
      <w:tr w:rsidR="00D70911" w:rsidRPr="00223A11" w14:paraId="7AAF5A72" w14:textId="77777777" w:rsidTr="00D7091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47C67FE1" w14:textId="521D8779" w:rsidR="00D70911" w:rsidRPr="00223A11" w:rsidRDefault="00D70911" w:rsidP="00D7091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04.11.2026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2461" w:type="dxa"/>
            <w:tcMar>
              <w:top w:w="0" w:type="dxa"/>
              <w:bottom w:w="0" w:type="dxa"/>
            </w:tcMar>
            <w:vAlign w:val="center"/>
          </w:tcPr>
          <w:p w14:paraId="2524BD0C" w14:textId="6EE1695B" w:rsidR="00D70911" w:rsidRPr="00223A11" w:rsidRDefault="00D70911" w:rsidP="00D70911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Proje-Atölye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I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  <w:vAlign w:val="center"/>
          </w:tcPr>
          <w:p w14:paraId="0D7534D4" w14:textId="4E393630" w:rsidR="00D70911" w:rsidRPr="00223A11" w:rsidRDefault="00D70911" w:rsidP="00D7091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11.30-14.00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14:paraId="647856B8" w14:textId="60C02DB8" w:rsidR="00D70911" w:rsidRPr="00223A11" w:rsidRDefault="00D70911" w:rsidP="00D7091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Yüksek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Lisans</w:t>
            </w:r>
            <w:proofErr w:type="spellEnd"/>
            <w:r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16"/>
                <w:szCs w:val="16"/>
              </w:rPr>
              <w:t>Dersliği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E2-234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14:paraId="77A3C966" w14:textId="2D0B73C2" w:rsidR="00D70911" w:rsidRPr="00223A11" w:rsidRDefault="00D70911" w:rsidP="00D70911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Ödev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Teslim </w:t>
            </w:r>
          </w:p>
        </w:tc>
        <w:tc>
          <w:tcPr>
            <w:tcW w:w="2725" w:type="dxa"/>
            <w:tcMar>
              <w:top w:w="0" w:type="dxa"/>
              <w:bottom w:w="0" w:type="dxa"/>
            </w:tcMar>
            <w:vAlign w:val="center"/>
          </w:tcPr>
          <w:p w14:paraId="61725839" w14:textId="2B64A53B" w:rsidR="00D70911" w:rsidRPr="00223A11" w:rsidRDefault="00D70911" w:rsidP="00D70911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Mustafa MAYDA</w:t>
            </w:r>
          </w:p>
        </w:tc>
      </w:tr>
      <w:tr w:rsidR="00D70911" w:rsidRPr="00223A11" w14:paraId="2397FCE7" w14:textId="77777777" w:rsidTr="00D7091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77AD49D7" w14:textId="77777777" w:rsidR="00D70911" w:rsidRPr="00223A11" w:rsidRDefault="00D70911" w:rsidP="00D7091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03.11.2026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2461" w:type="dxa"/>
            <w:tcMar>
              <w:top w:w="0" w:type="dxa"/>
              <w:bottom w:w="0" w:type="dxa"/>
            </w:tcMar>
            <w:vAlign w:val="center"/>
          </w:tcPr>
          <w:p w14:paraId="4DF6B9ED" w14:textId="77777777" w:rsidR="00D70911" w:rsidRPr="00223A11" w:rsidRDefault="00D70911" w:rsidP="00D70911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Girişimcilik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  <w:vAlign w:val="center"/>
          </w:tcPr>
          <w:p w14:paraId="0D479B2F" w14:textId="77777777" w:rsidR="00D70911" w:rsidRPr="00223A11" w:rsidRDefault="00D70911" w:rsidP="00D7091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15.00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14:paraId="0F1904A3" w14:textId="77777777" w:rsidR="00D70911" w:rsidRPr="00223A11" w:rsidRDefault="00D70911" w:rsidP="00D7091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ED-K1-11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14:paraId="4DD39B49" w14:textId="77777777" w:rsidR="00D70911" w:rsidRPr="00223A11" w:rsidRDefault="00D70911" w:rsidP="00D70911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725" w:type="dxa"/>
            <w:tcMar>
              <w:top w:w="0" w:type="dxa"/>
              <w:bottom w:w="0" w:type="dxa"/>
            </w:tcMar>
            <w:vAlign w:val="center"/>
          </w:tcPr>
          <w:p w14:paraId="49F91097" w14:textId="77777777" w:rsidR="00D70911" w:rsidRPr="00223A11" w:rsidRDefault="00D70911" w:rsidP="00D70911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Prof. Dr. Birol AKGÜL</w:t>
            </w:r>
          </w:p>
        </w:tc>
      </w:tr>
      <w:tr w:rsidR="00D70911" w:rsidRPr="00223A11" w14:paraId="0F0957EE" w14:textId="77777777" w:rsidTr="00D7091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18CDF2AD" w14:textId="77777777" w:rsidR="00D70911" w:rsidRPr="00223A11" w:rsidRDefault="00D70911" w:rsidP="00D7091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04.11.2026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2461" w:type="dxa"/>
            <w:tcMar>
              <w:top w:w="0" w:type="dxa"/>
              <w:bottom w:w="0" w:type="dxa"/>
            </w:tcMar>
            <w:vAlign w:val="center"/>
          </w:tcPr>
          <w:p w14:paraId="2FE398A3" w14:textId="77777777" w:rsidR="00D70911" w:rsidRPr="00223A11" w:rsidRDefault="00D70911" w:rsidP="00D70911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İleri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Fotoğraf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Teknikleri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  <w:vAlign w:val="center"/>
          </w:tcPr>
          <w:p w14:paraId="49636B1F" w14:textId="77777777" w:rsidR="00D70911" w:rsidRPr="00223A11" w:rsidRDefault="00D70911" w:rsidP="00D7091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11.00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14:paraId="0611702A" w14:textId="7DD7583E" w:rsidR="00D70911" w:rsidRPr="00223A11" w:rsidRDefault="00D70911" w:rsidP="00D7091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Yüksek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Lisans</w:t>
            </w:r>
            <w:proofErr w:type="spellEnd"/>
            <w:r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16"/>
                <w:szCs w:val="16"/>
              </w:rPr>
              <w:t>Dersliği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E2-234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14:paraId="66089DF3" w14:textId="77777777" w:rsidR="00D70911" w:rsidRPr="00223A11" w:rsidRDefault="00D70911" w:rsidP="00D70911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Ödev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Teslim</w:t>
            </w:r>
          </w:p>
        </w:tc>
        <w:tc>
          <w:tcPr>
            <w:tcW w:w="2725" w:type="dxa"/>
            <w:tcMar>
              <w:top w:w="0" w:type="dxa"/>
              <w:bottom w:w="0" w:type="dxa"/>
            </w:tcMar>
            <w:vAlign w:val="center"/>
          </w:tcPr>
          <w:p w14:paraId="73A050EF" w14:textId="77777777" w:rsidR="00D70911" w:rsidRPr="00223A11" w:rsidRDefault="00D70911" w:rsidP="00D70911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Onur TATAR</w:t>
            </w:r>
          </w:p>
        </w:tc>
      </w:tr>
      <w:tr w:rsidR="00D70911" w:rsidRPr="00223A11" w14:paraId="5E644A28" w14:textId="77777777" w:rsidTr="00D7091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747F0765" w14:textId="77777777" w:rsidR="00D70911" w:rsidRPr="00223A11" w:rsidRDefault="00D70911" w:rsidP="00D7091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04.11.2026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2461" w:type="dxa"/>
            <w:tcMar>
              <w:top w:w="0" w:type="dxa"/>
              <w:bottom w:w="0" w:type="dxa"/>
            </w:tcMar>
            <w:vAlign w:val="center"/>
          </w:tcPr>
          <w:p w14:paraId="484BA7E6" w14:textId="77777777" w:rsidR="00D70911" w:rsidRPr="00223A11" w:rsidRDefault="00D70911" w:rsidP="00D70911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Profesyonel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Gazetecilik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  <w:vAlign w:val="center"/>
          </w:tcPr>
          <w:p w14:paraId="19750649" w14:textId="77777777" w:rsidR="00D70911" w:rsidRPr="00223A11" w:rsidRDefault="00D70911" w:rsidP="00D7091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14.00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14:paraId="397EEF4B" w14:textId="77777777" w:rsidR="00D70911" w:rsidRPr="00223A11" w:rsidRDefault="00D70911" w:rsidP="00D7091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ED-K1-11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14:paraId="55AEE2BE" w14:textId="77777777" w:rsidR="00D70911" w:rsidRPr="00223A11" w:rsidRDefault="00D70911" w:rsidP="00D70911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725" w:type="dxa"/>
            <w:tcMar>
              <w:top w:w="0" w:type="dxa"/>
              <w:bottom w:w="0" w:type="dxa"/>
            </w:tcMar>
            <w:vAlign w:val="center"/>
          </w:tcPr>
          <w:p w14:paraId="313D6C57" w14:textId="77777777" w:rsidR="00D70911" w:rsidRPr="00223A11" w:rsidRDefault="00D70911" w:rsidP="00D70911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Engin ÇAĞLAK</w:t>
            </w:r>
          </w:p>
        </w:tc>
      </w:tr>
      <w:tr w:rsidR="00D70911" w:rsidRPr="00223A11" w14:paraId="0B3D2D13" w14:textId="77777777" w:rsidTr="00D7091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487DD27F" w14:textId="77777777" w:rsidR="00D70911" w:rsidRPr="00223A11" w:rsidRDefault="00D70911" w:rsidP="00D7091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05.11.2026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2461" w:type="dxa"/>
            <w:tcMar>
              <w:top w:w="0" w:type="dxa"/>
              <w:bottom w:w="0" w:type="dxa"/>
            </w:tcMar>
            <w:vAlign w:val="center"/>
          </w:tcPr>
          <w:p w14:paraId="1E01368B" w14:textId="77777777" w:rsidR="00D70911" w:rsidRPr="00223A11" w:rsidRDefault="00D70911" w:rsidP="00D70911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Kültür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-Sanat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Haberciliği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  <w:vAlign w:val="center"/>
          </w:tcPr>
          <w:p w14:paraId="2F963542" w14:textId="77777777" w:rsidR="00D70911" w:rsidRPr="00223A11" w:rsidRDefault="00D70911" w:rsidP="00D7091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11.00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14:paraId="3085F8BF" w14:textId="77777777" w:rsidR="00D70911" w:rsidRPr="00223A11" w:rsidRDefault="00D70911" w:rsidP="00D7091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14:paraId="1EA49413" w14:textId="77777777" w:rsidR="00D70911" w:rsidRPr="00223A11" w:rsidRDefault="00D70911" w:rsidP="00D70911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725" w:type="dxa"/>
            <w:tcMar>
              <w:top w:w="0" w:type="dxa"/>
              <w:bottom w:w="0" w:type="dxa"/>
            </w:tcMar>
            <w:vAlign w:val="center"/>
          </w:tcPr>
          <w:p w14:paraId="2AD16AD4" w14:textId="77777777" w:rsidR="00D70911" w:rsidRPr="00223A11" w:rsidRDefault="00D70911" w:rsidP="00D70911">
            <w:pPr>
              <w:keepLines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Arş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Gör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Zeynep AYER ÖZTOK</w:t>
            </w:r>
          </w:p>
        </w:tc>
      </w:tr>
      <w:tr w:rsidR="00D70911" w:rsidRPr="00223A11" w14:paraId="3AA3F55E" w14:textId="77777777" w:rsidTr="00D70911">
        <w:trPr>
          <w:cantSplit/>
          <w:jc w:val="center"/>
        </w:trPr>
        <w:tc>
          <w:tcPr>
            <w:tcW w:w="1219" w:type="dxa"/>
            <w:tcMar>
              <w:top w:w="0" w:type="dxa"/>
              <w:bottom w:w="0" w:type="dxa"/>
            </w:tcMar>
            <w:vAlign w:val="center"/>
          </w:tcPr>
          <w:p w14:paraId="44F6EE25" w14:textId="77777777" w:rsidR="00D70911" w:rsidRPr="00223A11" w:rsidRDefault="00D70911" w:rsidP="00D7091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06.11.2026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Cuma</w:t>
            </w:r>
          </w:p>
        </w:tc>
        <w:tc>
          <w:tcPr>
            <w:tcW w:w="2461" w:type="dxa"/>
            <w:tcMar>
              <w:top w:w="0" w:type="dxa"/>
              <w:bottom w:w="0" w:type="dxa"/>
            </w:tcMar>
            <w:vAlign w:val="center"/>
          </w:tcPr>
          <w:p w14:paraId="501ADCC7" w14:textId="77777777" w:rsidR="00D70911" w:rsidRPr="00223A11" w:rsidRDefault="00D70911" w:rsidP="00D70911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Sanal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Popüler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Kültür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  <w:vAlign w:val="center"/>
          </w:tcPr>
          <w:p w14:paraId="3194A83E" w14:textId="77777777" w:rsidR="00D70911" w:rsidRPr="00223A11" w:rsidRDefault="00D70911" w:rsidP="00D7091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10.00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14:paraId="2F072638" w14:textId="77777777" w:rsidR="00D70911" w:rsidRPr="00223A11" w:rsidRDefault="00D70911" w:rsidP="00D7091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ED-K3-16</w:t>
            </w:r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br/>
              <w:t>ED-K3-21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14:paraId="40520810" w14:textId="77777777" w:rsidR="00D70911" w:rsidRPr="00223A11" w:rsidRDefault="00D70911" w:rsidP="00D70911">
            <w:pPr>
              <w:keepLines/>
              <w:spacing w:line="250" w:lineRule="auto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Yazılı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Sınav</w:t>
            </w:r>
            <w:proofErr w:type="spellEnd"/>
          </w:p>
        </w:tc>
        <w:tc>
          <w:tcPr>
            <w:tcW w:w="2725" w:type="dxa"/>
            <w:tcMar>
              <w:top w:w="0" w:type="dxa"/>
              <w:bottom w:w="0" w:type="dxa"/>
            </w:tcMar>
            <w:vAlign w:val="center"/>
          </w:tcPr>
          <w:p w14:paraId="260C1FDC" w14:textId="77777777" w:rsidR="00D70911" w:rsidRPr="00223A11" w:rsidRDefault="00D70911" w:rsidP="00D70911">
            <w:pPr>
              <w:keepLines/>
              <w:spacing w:line="25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223A11">
              <w:rPr>
                <w:rFonts w:cs="Times New Roman"/>
                <w:color w:val="000000" w:themeColor="text1"/>
                <w:sz w:val="16"/>
                <w:szCs w:val="16"/>
              </w:rPr>
              <w:t>. Dr. Arif YILDIRIM</w:t>
            </w:r>
          </w:p>
        </w:tc>
      </w:tr>
    </w:tbl>
    <w:p w14:paraId="3F08E4C6" w14:textId="77777777" w:rsidR="00BB583F" w:rsidRPr="00223A11" w:rsidRDefault="00BB583F" w:rsidP="00555050">
      <w:pPr>
        <w:pStyle w:val="ExamNotes"/>
        <w:spacing w:before="140"/>
        <w:rPr>
          <w:rFonts w:cs="Times New Roman"/>
          <w:color w:val="000000" w:themeColor="text1"/>
        </w:rPr>
      </w:pPr>
    </w:p>
    <w:p w14:paraId="533D60A9" w14:textId="130263FA" w:rsidR="003D0834" w:rsidRPr="00223A11" w:rsidRDefault="003D0834">
      <w:pPr>
        <w:rPr>
          <w:color w:val="000000" w:themeColor="text1"/>
        </w:rPr>
      </w:pPr>
    </w:p>
    <w:sectPr w:rsidR="003D0834" w:rsidRPr="00223A11" w:rsidSect="00C11C66">
      <w:footerReference w:type="default" r:id="rId8"/>
      <w:pgSz w:w="11906" w:h="16838"/>
      <w:pgMar w:top="935" w:right="765" w:bottom="850" w:left="765" w:header="397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A92AB" w14:textId="77777777" w:rsidR="0019281C" w:rsidRDefault="0019281C">
      <w:r>
        <w:separator/>
      </w:r>
    </w:p>
  </w:endnote>
  <w:endnote w:type="continuationSeparator" w:id="0">
    <w:p w14:paraId="380B111B" w14:textId="77777777" w:rsidR="0019281C" w:rsidRDefault="00192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63F60" w14:textId="7632282B" w:rsidR="00BB583F" w:rsidRDefault="00BB583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79410" w14:textId="77777777" w:rsidR="0019281C" w:rsidRDefault="0019281C">
      <w:r>
        <w:separator/>
      </w:r>
    </w:p>
  </w:footnote>
  <w:footnote w:type="continuationSeparator" w:id="0">
    <w:p w14:paraId="53D584BC" w14:textId="77777777" w:rsidR="0019281C" w:rsidRDefault="00192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6523251">
    <w:abstractNumId w:val="8"/>
  </w:num>
  <w:num w:numId="2" w16cid:durableId="211114084">
    <w:abstractNumId w:val="6"/>
  </w:num>
  <w:num w:numId="3" w16cid:durableId="741370079">
    <w:abstractNumId w:val="5"/>
  </w:num>
  <w:num w:numId="4" w16cid:durableId="879711525">
    <w:abstractNumId w:val="4"/>
  </w:num>
  <w:num w:numId="5" w16cid:durableId="1279994595">
    <w:abstractNumId w:val="7"/>
  </w:num>
  <w:num w:numId="6" w16cid:durableId="1809784418">
    <w:abstractNumId w:val="3"/>
  </w:num>
  <w:num w:numId="7" w16cid:durableId="5908272">
    <w:abstractNumId w:val="2"/>
  </w:num>
  <w:num w:numId="8" w16cid:durableId="1160660209">
    <w:abstractNumId w:val="1"/>
  </w:num>
  <w:num w:numId="9" w16cid:durableId="949514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FC9"/>
    <w:rsid w:val="000228E9"/>
    <w:rsid w:val="000273F1"/>
    <w:rsid w:val="00034616"/>
    <w:rsid w:val="0006063C"/>
    <w:rsid w:val="000871E1"/>
    <w:rsid w:val="001220DF"/>
    <w:rsid w:val="00133CA4"/>
    <w:rsid w:val="0015074B"/>
    <w:rsid w:val="00172A71"/>
    <w:rsid w:val="0019281C"/>
    <w:rsid w:val="001B0150"/>
    <w:rsid w:val="00201090"/>
    <w:rsid w:val="002103D8"/>
    <w:rsid w:val="00223A11"/>
    <w:rsid w:val="0022489F"/>
    <w:rsid w:val="002425F0"/>
    <w:rsid w:val="0029639D"/>
    <w:rsid w:val="002A0194"/>
    <w:rsid w:val="002E5179"/>
    <w:rsid w:val="00326F90"/>
    <w:rsid w:val="0033346E"/>
    <w:rsid w:val="003616BD"/>
    <w:rsid w:val="00370D2B"/>
    <w:rsid w:val="003B0739"/>
    <w:rsid w:val="003D0834"/>
    <w:rsid w:val="003D1A52"/>
    <w:rsid w:val="003D1E0C"/>
    <w:rsid w:val="003D6BB9"/>
    <w:rsid w:val="003E35FA"/>
    <w:rsid w:val="00402D84"/>
    <w:rsid w:val="0041586F"/>
    <w:rsid w:val="00444A92"/>
    <w:rsid w:val="0045217A"/>
    <w:rsid w:val="00486524"/>
    <w:rsid w:val="004D5670"/>
    <w:rsid w:val="004F238B"/>
    <w:rsid w:val="004F605B"/>
    <w:rsid w:val="00555050"/>
    <w:rsid w:val="005616CE"/>
    <w:rsid w:val="005B6AF0"/>
    <w:rsid w:val="005C3A1E"/>
    <w:rsid w:val="006007DE"/>
    <w:rsid w:val="00623F8C"/>
    <w:rsid w:val="0064323C"/>
    <w:rsid w:val="00695E09"/>
    <w:rsid w:val="006C4D97"/>
    <w:rsid w:val="006C5C9D"/>
    <w:rsid w:val="006C66EF"/>
    <w:rsid w:val="00700432"/>
    <w:rsid w:val="007D680E"/>
    <w:rsid w:val="00833474"/>
    <w:rsid w:val="008C0826"/>
    <w:rsid w:val="008D20C3"/>
    <w:rsid w:val="00914DB5"/>
    <w:rsid w:val="0094364D"/>
    <w:rsid w:val="00951492"/>
    <w:rsid w:val="00971766"/>
    <w:rsid w:val="0099737A"/>
    <w:rsid w:val="00A10DBD"/>
    <w:rsid w:val="00A6284B"/>
    <w:rsid w:val="00A63ABF"/>
    <w:rsid w:val="00AA1D8D"/>
    <w:rsid w:val="00AA2E98"/>
    <w:rsid w:val="00AA3C0B"/>
    <w:rsid w:val="00AD09FB"/>
    <w:rsid w:val="00B47730"/>
    <w:rsid w:val="00BB583F"/>
    <w:rsid w:val="00BC75FD"/>
    <w:rsid w:val="00BD5FA8"/>
    <w:rsid w:val="00C11C66"/>
    <w:rsid w:val="00C57387"/>
    <w:rsid w:val="00C576A3"/>
    <w:rsid w:val="00C95AB6"/>
    <w:rsid w:val="00CA2173"/>
    <w:rsid w:val="00CB0664"/>
    <w:rsid w:val="00CB663F"/>
    <w:rsid w:val="00CC5060"/>
    <w:rsid w:val="00CC7FA2"/>
    <w:rsid w:val="00D50FAF"/>
    <w:rsid w:val="00D52D97"/>
    <w:rsid w:val="00D603CD"/>
    <w:rsid w:val="00D67B80"/>
    <w:rsid w:val="00D70911"/>
    <w:rsid w:val="00E47929"/>
    <w:rsid w:val="00F5636C"/>
    <w:rsid w:val="00F653A7"/>
    <w:rsid w:val="00FB6B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48C931"/>
  <w14:defaultImageDpi w14:val="300"/>
  <w15:docId w15:val="{3BECA4D9-4084-9342-9227-EF5A7C6C9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color w:val="2F3E46"/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xamTitle">
    <w:name w:val="ExamTitle"/>
    <w:pPr>
      <w:spacing w:after="0"/>
    </w:pPr>
    <w:rPr>
      <w:rFonts w:ascii="Times New Roman" w:hAnsi="Times New Roman"/>
      <w:b/>
      <w:color w:val="141B23"/>
    </w:rPr>
  </w:style>
  <w:style w:type="paragraph" w:customStyle="1" w:styleId="ExamClass">
    <w:name w:val="ExamClass"/>
    <w:pPr>
      <w:spacing w:after="0"/>
    </w:pPr>
    <w:rPr>
      <w:rFonts w:ascii="Times New Roman" w:hAnsi="Times New Roman"/>
      <w:b/>
      <w:color w:val="000000"/>
      <w:sz w:val="24"/>
    </w:rPr>
  </w:style>
  <w:style w:type="paragraph" w:customStyle="1" w:styleId="ExamNotes">
    <w:name w:val="ExamNotes"/>
    <w:pPr>
      <w:spacing w:after="0"/>
    </w:pPr>
    <w:rPr>
      <w:rFonts w:ascii="Times New Roman" w:hAnsi="Times New Roman"/>
      <w:color w:val="283443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4709</Characters>
  <Application>Microsoft Office Word</Application>
  <DocSecurity>0</DocSecurity>
  <Lines>39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2026–2027 Güz Yarıyılı Gazetecilik Bölümü Vize Programı</vt:lpstr>
      <vt:lpstr/>
    </vt:vector>
  </TitlesOfParts>
  <Manager/>
  <Company/>
  <LinksUpToDate>false</LinksUpToDate>
  <CharactersWithSpaces>5523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2026–2027 Güz Yarıyılı Gazetecilik Bölümü Vize Programı</dc:title>
  <dc:subject>2–6 Kasım 2026 Ara Sınav Programı</dc:subject>
  <dc:creator>python-docx</dc:creator>
  <cp:keywords/>
  <dc:description>Ders çizelgesine ve yüklenen bütünleme sınav programı Word şablonuna dayalıdır.</dc:description>
  <cp:lastModifiedBy>tolga Ak</cp:lastModifiedBy>
  <cp:revision>2</cp:revision>
  <dcterms:created xsi:type="dcterms:W3CDTF">2026-10-23T18:03:00Z</dcterms:created>
  <dcterms:modified xsi:type="dcterms:W3CDTF">2026-10-23T18:03:00Z</dcterms:modified>
  <cp:category/>
</cp:coreProperties>
</file>