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BFCB96" w14:textId="7E31CD87" w:rsidR="00895F62" w:rsidRDefault="00D157F6">
      <w:pPr>
        <w:jc w:val="center"/>
      </w:pPr>
      <w:r>
        <w:rPr>
          <w:rFonts w:ascii="Arial" w:hAnsi="Arial"/>
          <w:b/>
          <w:color w:val="1B365D"/>
          <w:sz w:val="28"/>
        </w:rPr>
        <w:t>ÇANAKKALE ONSEKİZ MART ÜNİVERSİTESİ</w:t>
      </w:r>
      <w:r>
        <w:rPr>
          <w:rFonts w:ascii="Arial" w:hAnsi="Arial"/>
          <w:b/>
          <w:color w:val="1B365D"/>
          <w:sz w:val="28"/>
        </w:rPr>
        <w:br/>
      </w:r>
      <w:r>
        <w:rPr>
          <w:rFonts w:ascii="Arial" w:hAnsi="Arial"/>
          <w:b/>
          <w:color w:val="006699"/>
          <w:sz w:val="24"/>
        </w:rPr>
        <w:t xml:space="preserve">BOLOGNA DERS / MİKRO-YETERLİLİK BİLGİ PAKETİ </w:t>
      </w:r>
    </w:p>
    <w:p w14:paraId="06F1FFA1" w14:textId="77777777" w:rsidR="00895F62" w:rsidRDefault="00895F62"/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6624"/>
      </w:tblGrid>
      <w:tr w:rsidR="00895F62" w14:paraId="1FAA9EEF" w14:textId="77777777" w:rsidTr="00D67748">
        <w:trPr>
          <w:jc w:val="center"/>
        </w:trPr>
        <w:tc>
          <w:tcPr>
            <w:tcW w:w="3168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E87791" w14:textId="77777777" w:rsidR="00895F62" w:rsidRDefault="00D157F6">
            <w:r>
              <w:rPr>
                <w:rFonts w:ascii="Arial" w:hAnsi="Arial"/>
                <w:b/>
                <w:color w:val="1B365D"/>
                <w:sz w:val="19"/>
              </w:rPr>
              <w:t>Birim / Program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3FB25E" w14:textId="531A82DA" w:rsidR="00895F62" w:rsidRDefault="00D157F6">
            <w:r>
              <w:rPr>
                <w:rFonts w:ascii="Arial" w:hAnsi="Arial"/>
                <w:color w:val="333333"/>
                <w:sz w:val="19"/>
              </w:rPr>
              <w:t xml:space="preserve">Gelibolu </w:t>
            </w:r>
            <w:proofErr w:type="spellStart"/>
            <w:r w:rsidR="007D769F">
              <w:rPr>
                <w:rFonts w:ascii="Arial" w:hAnsi="Arial"/>
                <w:color w:val="333333"/>
                <w:sz w:val="19"/>
              </w:rPr>
              <w:t>Piri</w:t>
            </w:r>
            <w:proofErr w:type="spellEnd"/>
            <w:r w:rsidR="007D769F">
              <w:rPr>
                <w:rFonts w:ascii="Arial" w:hAnsi="Arial"/>
                <w:color w:val="333333"/>
                <w:sz w:val="19"/>
              </w:rPr>
              <w:t xml:space="preserve"> Reis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Meslek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Yüksekokulu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/ </w:t>
            </w:r>
            <w:r w:rsidR="007D769F">
              <w:rPr>
                <w:rFonts w:ascii="Arial" w:hAnsi="Arial"/>
                <w:color w:val="333333"/>
                <w:sz w:val="19"/>
              </w:rPr>
              <w:t>(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İnsan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Kaynakları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Yönetimi</w:t>
            </w:r>
            <w:proofErr w:type="spellEnd"/>
            <w:r w:rsidR="00652DEC">
              <w:rPr>
                <w:rFonts w:ascii="Arial" w:hAnsi="Arial"/>
                <w:color w:val="333333"/>
                <w:sz w:val="19"/>
              </w:rPr>
              <w:t xml:space="preserve">) </w:t>
            </w:r>
          </w:p>
        </w:tc>
      </w:tr>
      <w:tr w:rsidR="00895F62" w14:paraId="5E0392FF" w14:textId="77777777" w:rsidTr="00D67748">
        <w:trPr>
          <w:jc w:val="center"/>
        </w:trPr>
        <w:tc>
          <w:tcPr>
            <w:tcW w:w="3168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A0080B" w14:textId="77777777" w:rsidR="00895F62" w:rsidRDefault="00D157F6">
            <w:r>
              <w:rPr>
                <w:rFonts w:ascii="Arial" w:hAnsi="Arial"/>
                <w:b/>
                <w:color w:val="1B365D"/>
                <w:sz w:val="19"/>
              </w:rPr>
              <w:t>Ders / Mikro-yeterlilik Adı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618A4D" w14:textId="35BE42CB" w:rsidR="00895F62" w:rsidRDefault="00D157F6">
            <w:proofErr w:type="spellStart"/>
            <w:r>
              <w:rPr>
                <w:rFonts w:ascii="Arial" w:hAnsi="Arial"/>
                <w:color w:val="333333"/>
                <w:sz w:val="19"/>
              </w:rPr>
              <w:t>Sanat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 w:rsidR="007C7206">
              <w:rPr>
                <w:rFonts w:ascii="Arial" w:hAnsi="Arial"/>
                <w:color w:val="333333"/>
                <w:sz w:val="19"/>
              </w:rPr>
              <w:t>ve</w:t>
            </w:r>
            <w:proofErr w:type="spellEnd"/>
            <w:r w:rsidR="007C7206"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İ</w:t>
            </w:r>
            <w:r w:rsidR="00577260">
              <w:rPr>
                <w:rFonts w:ascii="Arial" w:hAnsi="Arial"/>
                <w:color w:val="333333"/>
                <w:sz w:val="19"/>
              </w:rPr>
              <w:t>nsan</w:t>
            </w:r>
            <w:proofErr w:type="spellEnd"/>
            <w:r w:rsidR="00577260"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 w:rsidR="00577260">
              <w:rPr>
                <w:rFonts w:ascii="Arial" w:hAnsi="Arial"/>
                <w:color w:val="333333"/>
                <w:sz w:val="19"/>
              </w:rPr>
              <w:t>Kaynakları</w:t>
            </w:r>
            <w:proofErr w:type="spellEnd"/>
            <w:r w:rsidR="00577260"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 w:rsidR="00577260">
              <w:rPr>
                <w:rFonts w:ascii="Arial" w:hAnsi="Arial"/>
                <w:color w:val="333333"/>
                <w:sz w:val="19"/>
              </w:rPr>
              <w:t>Yönetimi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: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Musiki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ile</w:t>
            </w:r>
            <w:proofErr w:type="spellEnd"/>
            <w:r w:rsidR="00577260"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İş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Yeri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Esenliği</w:t>
            </w:r>
            <w:proofErr w:type="spellEnd"/>
          </w:p>
        </w:tc>
      </w:tr>
      <w:tr w:rsidR="00895F62" w14:paraId="3BB07C5A" w14:textId="77777777" w:rsidTr="00D67748">
        <w:trPr>
          <w:jc w:val="center"/>
        </w:trPr>
        <w:tc>
          <w:tcPr>
            <w:tcW w:w="3168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2B3779" w14:textId="77777777" w:rsidR="00895F62" w:rsidRDefault="00D157F6">
            <w:r>
              <w:rPr>
                <w:rFonts w:ascii="Arial" w:hAnsi="Arial"/>
                <w:b/>
                <w:color w:val="1B365D"/>
                <w:sz w:val="19"/>
              </w:rPr>
              <w:t>Kod / Tür / Statü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FBF9F1" w14:textId="77777777" w:rsidR="00895F62" w:rsidRDefault="00D157F6">
            <w:r>
              <w:rPr>
                <w:rFonts w:ascii="Arial" w:hAnsi="Arial"/>
                <w:color w:val="333333"/>
                <w:sz w:val="19"/>
              </w:rPr>
              <w:t>Kod: MIK-İKY101  |  Tür: ☑ Mikro-yeterlilik  |  Statü: ☑ Seçmeli</w:t>
            </w:r>
          </w:p>
        </w:tc>
      </w:tr>
      <w:tr w:rsidR="00895F62" w14:paraId="1A3834E5" w14:textId="77777777" w:rsidTr="00D67748">
        <w:trPr>
          <w:jc w:val="center"/>
        </w:trPr>
        <w:tc>
          <w:tcPr>
            <w:tcW w:w="3168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9F4E73" w14:textId="77777777" w:rsidR="00895F62" w:rsidRDefault="00D157F6">
            <w:r>
              <w:rPr>
                <w:rFonts w:ascii="Arial" w:hAnsi="Arial"/>
                <w:b/>
                <w:color w:val="1B365D"/>
                <w:sz w:val="19"/>
              </w:rPr>
              <w:t>Düzey / Dönem (Süre)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91961B" w14:textId="77777777" w:rsidR="00895F62" w:rsidRDefault="00D157F6">
            <w:r>
              <w:rPr>
                <w:rFonts w:ascii="Arial" w:hAnsi="Arial"/>
                <w:color w:val="333333"/>
                <w:sz w:val="19"/>
              </w:rPr>
              <w:t>Düzey: Ön Lisans / Lisans  |  Dönem/Süre: 4 Hafta</w:t>
            </w:r>
          </w:p>
        </w:tc>
      </w:tr>
      <w:tr w:rsidR="00895F62" w14:paraId="46EF5F64" w14:textId="77777777" w:rsidTr="00D67748">
        <w:trPr>
          <w:jc w:val="center"/>
        </w:trPr>
        <w:tc>
          <w:tcPr>
            <w:tcW w:w="3168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51F9AC" w14:textId="77777777" w:rsidR="00895F62" w:rsidRDefault="00D157F6">
            <w:r>
              <w:rPr>
                <w:rFonts w:ascii="Arial" w:hAnsi="Arial"/>
                <w:b/>
                <w:color w:val="1B365D"/>
                <w:sz w:val="19"/>
              </w:rPr>
              <w:t>Öğretim Biçimi / Dili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E43C6F" w14:textId="070709B7" w:rsidR="00895F62" w:rsidRDefault="00D157F6">
            <w:proofErr w:type="spellStart"/>
            <w:r>
              <w:rPr>
                <w:rFonts w:ascii="Arial" w:hAnsi="Arial"/>
                <w:color w:val="333333"/>
                <w:sz w:val="19"/>
              </w:rPr>
              <w:t>Öğretim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Biçimi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: ☑</w:t>
            </w:r>
            <w:r w:rsidR="007D769F"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 w:rsidR="007D769F">
              <w:rPr>
                <w:rFonts w:ascii="Arial" w:hAnsi="Arial"/>
                <w:color w:val="333333"/>
                <w:sz w:val="19"/>
              </w:rPr>
              <w:t>Hibrit</w:t>
            </w:r>
            <w:proofErr w:type="spellEnd"/>
            <w:r w:rsidR="007D769F">
              <w:rPr>
                <w:rFonts w:ascii="Arial" w:hAnsi="Arial"/>
                <w:color w:val="333333"/>
                <w:sz w:val="19"/>
              </w:rPr>
              <w:t xml:space="preserve"> (</w:t>
            </w:r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Yüz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yüze</w:t>
            </w:r>
            <w:proofErr w:type="spellEnd"/>
            <w:r w:rsidR="007D769F">
              <w:rPr>
                <w:rFonts w:ascii="Arial" w:hAnsi="Arial"/>
                <w:color w:val="333333"/>
                <w:sz w:val="19"/>
              </w:rPr>
              <w:t>-online)</w:t>
            </w:r>
            <w:r>
              <w:rPr>
                <w:rFonts w:ascii="Arial" w:hAnsi="Arial"/>
                <w:color w:val="333333"/>
                <w:sz w:val="19"/>
              </w:rPr>
              <w:t xml:space="preserve"> (Gelibolu </w:t>
            </w:r>
            <w:proofErr w:type="spellStart"/>
            <w:r w:rsidR="007D769F">
              <w:rPr>
                <w:rFonts w:ascii="Arial" w:hAnsi="Arial"/>
                <w:color w:val="333333"/>
                <w:sz w:val="19"/>
              </w:rPr>
              <w:t>Piri</w:t>
            </w:r>
            <w:proofErr w:type="spellEnd"/>
            <w:r w:rsidR="007D769F">
              <w:rPr>
                <w:rFonts w:ascii="Arial" w:hAnsi="Arial"/>
                <w:color w:val="333333"/>
                <w:sz w:val="19"/>
              </w:rPr>
              <w:t xml:space="preserve"> Reis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Meslek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Yüksekokulu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)  |  Dili: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Türkçe</w:t>
            </w:r>
            <w:proofErr w:type="spellEnd"/>
          </w:p>
        </w:tc>
      </w:tr>
      <w:tr w:rsidR="00895F62" w14:paraId="1A419348" w14:textId="77777777" w:rsidTr="00D67748">
        <w:trPr>
          <w:jc w:val="center"/>
        </w:trPr>
        <w:tc>
          <w:tcPr>
            <w:tcW w:w="3168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2B5CD6" w14:textId="77777777" w:rsidR="00895F62" w:rsidRDefault="00D157F6">
            <w:r>
              <w:rPr>
                <w:rFonts w:ascii="Arial" w:hAnsi="Arial"/>
                <w:b/>
                <w:color w:val="1B365D"/>
                <w:sz w:val="19"/>
              </w:rPr>
              <w:t>Koordinatör / AKTS İş Yükü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8F0B37" w14:textId="77777777" w:rsidR="007D769F" w:rsidRDefault="00D157F6">
            <w:pPr>
              <w:rPr>
                <w:rFonts w:ascii="Arial" w:hAnsi="Arial"/>
                <w:color w:val="333333"/>
                <w:sz w:val="19"/>
              </w:rPr>
            </w:pPr>
            <w:proofErr w:type="spellStart"/>
            <w:r>
              <w:rPr>
                <w:rFonts w:ascii="Arial" w:hAnsi="Arial"/>
                <w:color w:val="333333"/>
                <w:sz w:val="19"/>
              </w:rPr>
              <w:t>Koordinatör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: </w:t>
            </w:r>
            <w:proofErr w:type="spellStart"/>
            <w:r w:rsidR="007D769F">
              <w:rPr>
                <w:rFonts w:ascii="Arial" w:hAnsi="Arial"/>
                <w:color w:val="333333"/>
                <w:sz w:val="19"/>
              </w:rPr>
              <w:t>Prof.Dr.Dilek</w:t>
            </w:r>
            <w:proofErr w:type="spellEnd"/>
            <w:r w:rsidR="007D769F"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 w:rsidR="007D769F">
              <w:rPr>
                <w:rFonts w:ascii="Arial" w:hAnsi="Arial"/>
                <w:color w:val="333333"/>
                <w:sz w:val="19"/>
              </w:rPr>
              <w:t>Dönmez</w:t>
            </w:r>
            <w:proofErr w:type="spellEnd"/>
            <w:r w:rsidR="007D769F"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 w:rsidR="007D769F">
              <w:rPr>
                <w:rFonts w:ascii="Arial" w:hAnsi="Arial"/>
                <w:color w:val="333333"/>
                <w:sz w:val="19"/>
              </w:rPr>
              <w:t>Polat</w:t>
            </w:r>
            <w:proofErr w:type="spellEnd"/>
          </w:p>
          <w:p w14:paraId="629571F4" w14:textId="337678B4" w:rsidR="00895F62" w:rsidRDefault="007D769F" w:rsidP="007D769F">
            <w:r>
              <w:rPr>
                <w:rFonts w:ascii="Arial" w:hAnsi="Arial"/>
                <w:color w:val="333333"/>
                <w:sz w:val="19"/>
              </w:rPr>
              <w:t xml:space="preserve">                     Orhan Selçuk                               |  AKTS: 1 AKTS (2</w:t>
            </w:r>
            <w:r w:rsidR="00A90AFB">
              <w:rPr>
                <w:rFonts w:ascii="Arial" w:hAnsi="Arial"/>
                <w:color w:val="333333"/>
                <w:sz w:val="19"/>
              </w:rPr>
              <w:t>9</w:t>
            </w:r>
            <w:r>
              <w:rPr>
                <w:rFonts w:ascii="Arial" w:hAnsi="Arial"/>
                <w:color w:val="333333"/>
                <w:sz w:val="19"/>
              </w:rPr>
              <w:t xml:space="preserve"> Saat)</w:t>
            </w:r>
          </w:p>
        </w:tc>
      </w:tr>
    </w:tbl>
    <w:p w14:paraId="60BBEB60" w14:textId="77777777" w:rsidR="00895F62" w:rsidRDefault="00895F62"/>
    <w:p w14:paraId="2441A0E3" w14:textId="77777777" w:rsidR="00895F62" w:rsidRDefault="00D157F6">
      <w:r>
        <w:rPr>
          <w:rFonts w:ascii="Arial" w:hAnsi="Arial"/>
          <w:b/>
          <w:color w:val="1B365D"/>
        </w:rPr>
        <w:t>1. GEREKÇE, BECERİ İHTİYACI VE HEDEF KİTLE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68"/>
        <w:gridCol w:w="6624"/>
      </w:tblGrid>
      <w:tr w:rsidR="00895F62" w14:paraId="1C82DC2B" w14:textId="77777777" w:rsidTr="00D67748">
        <w:trPr>
          <w:jc w:val="center"/>
        </w:trPr>
        <w:tc>
          <w:tcPr>
            <w:tcW w:w="3168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C5E43C" w14:textId="77777777" w:rsidR="00895F62" w:rsidRDefault="00D157F6">
            <w:r>
              <w:rPr>
                <w:rFonts w:ascii="Arial" w:hAnsi="Arial"/>
                <w:b/>
                <w:color w:val="1B365D"/>
                <w:sz w:val="19"/>
              </w:rPr>
              <w:t>Beceri açığı / ihtiyaç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D17504" w14:textId="77777777" w:rsidR="00895F62" w:rsidRDefault="00D157F6">
            <w:r>
              <w:rPr>
                <w:rFonts w:ascii="Arial" w:hAnsi="Arial"/>
                <w:color w:val="333333"/>
                <w:sz w:val="19"/>
              </w:rPr>
              <w:t>İnsan kaynakları süreçlerinde ve iş yeri esenliği (well-being) uygulamalarında estetik, duyusal ve sanatsal bakış açısının eksikliği; çalışanların stres yönetimi ve motive edilmesi süreçlerinde musiki/sanat kuramlarının getirdiği esneklik ve yaratıcı becerilerin bizzat uygulamaya dönüştürülememesi.</w:t>
            </w:r>
          </w:p>
        </w:tc>
      </w:tr>
      <w:tr w:rsidR="00895F62" w14:paraId="6B6AB7C6" w14:textId="77777777" w:rsidTr="00D67748">
        <w:trPr>
          <w:jc w:val="center"/>
        </w:trPr>
        <w:tc>
          <w:tcPr>
            <w:tcW w:w="3168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451C8F" w14:textId="77777777" w:rsidR="00895F62" w:rsidRDefault="00D157F6">
            <w:r>
              <w:rPr>
                <w:rFonts w:ascii="Arial" w:hAnsi="Arial"/>
                <w:b/>
                <w:color w:val="1B365D"/>
                <w:sz w:val="19"/>
              </w:rPr>
              <w:t>Hedef kitle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6589F7" w14:textId="28AF490A" w:rsidR="00895F62" w:rsidRDefault="007D769F">
            <w:r>
              <w:rPr>
                <w:rFonts w:ascii="Arial" w:hAnsi="Arial"/>
                <w:color w:val="333333"/>
                <w:sz w:val="19"/>
              </w:rPr>
              <w:t xml:space="preserve">☑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Öğrenci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  ☐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Yeni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mezun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  ☐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Çalışan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  ☐ Karma</w:t>
            </w:r>
          </w:p>
        </w:tc>
      </w:tr>
      <w:tr w:rsidR="00895F62" w14:paraId="1686D590" w14:textId="77777777" w:rsidTr="00D67748">
        <w:trPr>
          <w:jc w:val="center"/>
        </w:trPr>
        <w:tc>
          <w:tcPr>
            <w:tcW w:w="3168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190842" w14:textId="77777777" w:rsidR="00895F62" w:rsidRDefault="00D157F6">
            <w:r>
              <w:rPr>
                <w:rFonts w:ascii="Arial" w:hAnsi="Arial"/>
                <w:b/>
                <w:color w:val="1B365D"/>
                <w:sz w:val="19"/>
              </w:rPr>
              <w:t>Beceri alanı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5ECA61" w14:textId="77777777" w:rsidR="00895F62" w:rsidRDefault="00D157F6">
            <w:r>
              <w:rPr>
                <w:rFonts w:ascii="Arial" w:hAnsi="Arial"/>
                <w:color w:val="333333"/>
                <w:sz w:val="19"/>
              </w:rPr>
              <w:t>☐ Teknik/mesleki   ☐ Dijital   ☐ Yeşil dönüşüm   ☑ Aktarılabilir (Yaratıcılık, Empati, İş Yeri Esenliği, Stres Yönetimi)</w:t>
            </w:r>
          </w:p>
        </w:tc>
      </w:tr>
      <w:tr w:rsidR="00895F62" w14:paraId="341E0B7E" w14:textId="77777777" w:rsidTr="00D67748">
        <w:trPr>
          <w:jc w:val="center"/>
        </w:trPr>
        <w:tc>
          <w:tcPr>
            <w:tcW w:w="3168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BBC58F" w14:textId="77777777" w:rsidR="00895F62" w:rsidRDefault="00D157F6">
            <w:r>
              <w:rPr>
                <w:rFonts w:ascii="Arial" w:hAnsi="Arial"/>
                <w:b/>
                <w:color w:val="1B365D"/>
                <w:sz w:val="19"/>
              </w:rPr>
              <w:t>Ön koşul / Program Bağlantısı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96ED65" w14:textId="5B7E6EA8" w:rsidR="00895F62" w:rsidRDefault="00D157F6">
            <w:r>
              <w:rPr>
                <w:rFonts w:ascii="Arial" w:hAnsi="Arial"/>
                <w:color w:val="333333"/>
                <w:sz w:val="19"/>
              </w:rPr>
              <w:t xml:space="preserve">Ön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Koşul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: </w:t>
            </w:r>
            <w:proofErr w:type="spellStart"/>
            <w:r w:rsidR="007D769F">
              <w:rPr>
                <w:rFonts w:ascii="Arial" w:hAnsi="Arial"/>
                <w:color w:val="333333"/>
                <w:sz w:val="19"/>
              </w:rPr>
              <w:t>Ders</w:t>
            </w:r>
            <w:proofErr w:type="spellEnd"/>
            <w:r w:rsidR="007D769F">
              <w:rPr>
                <w:rFonts w:ascii="Arial" w:hAnsi="Arial"/>
                <w:color w:val="333333"/>
                <w:sz w:val="19"/>
              </w:rPr>
              <w:t xml:space="preserve"> Gelibolu </w:t>
            </w:r>
            <w:proofErr w:type="spellStart"/>
            <w:r w:rsidR="007D769F">
              <w:rPr>
                <w:rFonts w:ascii="Arial" w:hAnsi="Arial"/>
                <w:color w:val="333333"/>
                <w:sz w:val="19"/>
              </w:rPr>
              <w:t>Piri</w:t>
            </w:r>
            <w:proofErr w:type="spellEnd"/>
            <w:r w:rsidR="007D769F">
              <w:rPr>
                <w:rFonts w:ascii="Arial" w:hAnsi="Arial"/>
                <w:color w:val="333333"/>
                <w:sz w:val="19"/>
              </w:rPr>
              <w:t xml:space="preserve"> Reis </w:t>
            </w:r>
            <w:proofErr w:type="spellStart"/>
            <w:r w:rsidR="007D769F">
              <w:rPr>
                <w:rFonts w:ascii="Arial" w:hAnsi="Arial"/>
                <w:color w:val="333333"/>
                <w:sz w:val="19"/>
              </w:rPr>
              <w:t>Meslek</w:t>
            </w:r>
            <w:proofErr w:type="spellEnd"/>
            <w:r w:rsidR="007D769F"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 w:rsidR="007D769F">
              <w:rPr>
                <w:rFonts w:ascii="Arial" w:hAnsi="Arial"/>
                <w:color w:val="333333"/>
                <w:sz w:val="19"/>
              </w:rPr>
              <w:t>Yüksekokulunda</w:t>
            </w:r>
            <w:proofErr w:type="spellEnd"/>
            <w:r w:rsidR="007D769F">
              <w:rPr>
                <w:rFonts w:ascii="Arial" w:hAnsi="Arial"/>
                <w:color w:val="333333"/>
                <w:sz w:val="19"/>
              </w:rPr>
              <w:t xml:space="preserve">, </w:t>
            </w:r>
            <w:proofErr w:type="spellStart"/>
            <w:r w:rsidR="007D769F">
              <w:rPr>
                <w:rFonts w:ascii="Arial" w:hAnsi="Arial"/>
                <w:color w:val="333333"/>
                <w:sz w:val="19"/>
              </w:rPr>
              <w:t>uygulamalar</w:t>
            </w:r>
            <w:proofErr w:type="spellEnd"/>
            <w:r w:rsidR="007D769F"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 w:rsidR="007D769F">
              <w:rPr>
                <w:rFonts w:ascii="Arial" w:hAnsi="Arial"/>
                <w:color w:val="333333"/>
                <w:sz w:val="19"/>
              </w:rPr>
              <w:t>ise</w:t>
            </w:r>
            <w:proofErr w:type="spellEnd"/>
            <w:r w:rsidR="007D769F">
              <w:rPr>
                <w:rFonts w:ascii="Arial" w:hAnsi="Arial"/>
                <w:color w:val="333333"/>
                <w:sz w:val="19"/>
              </w:rPr>
              <w:t xml:space="preserve"> Gelibolu </w:t>
            </w:r>
            <w:proofErr w:type="spellStart"/>
            <w:r w:rsidR="007D769F">
              <w:rPr>
                <w:rFonts w:ascii="Arial" w:hAnsi="Arial"/>
                <w:color w:val="333333"/>
                <w:sz w:val="19"/>
              </w:rPr>
              <w:t>Musiki</w:t>
            </w:r>
            <w:proofErr w:type="spellEnd"/>
            <w:r w:rsidR="007D769F"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 w:rsidR="007D769F">
              <w:rPr>
                <w:rFonts w:ascii="Arial" w:hAnsi="Arial"/>
                <w:color w:val="333333"/>
                <w:sz w:val="19"/>
              </w:rPr>
              <w:t>Derneğinde</w:t>
            </w:r>
            <w:proofErr w:type="spellEnd"/>
            <w:r w:rsidR="007D769F"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 w:rsidR="007D769F">
              <w:rPr>
                <w:rFonts w:ascii="Arial" w:hAnsi="Arial"/>
                <w:color w:val="333333"/>
                <w:sz w:val="19"/>
              </w:rPr>
              <w:t>yapılacaktır</w:t>
            </w:r>
            <w:proofErr w:type="spellEnd"/>
            <w:r w:rsidR="007D769F">
              <w:rPr>
                <w:rFonts w:ascii="Arial" w:hAnsi="Arial"/>
                <w:color w:val="333333"/>
                <w:sz w:val="19"/>
              </w:rPr>
              <w:t xml:space="preserve">. </w:t>
            </w:r>
            <w:r>
              <w:rPr>
                <w:rFonts w:ascii="Arial" w:hAnsi="Arial"/>
                <w:color w:val="333333"/>
                <w:sz w:val="19"/>
              </w:rPr>
              <w:br/>
              <w:t xml:space="preserve">Program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Bağlantısı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: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İnsan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Kaynakları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Yönetimi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, Örgütsel Davranış, Kurumsal İletişim, Stres Yönetimi ve İş Yeri Esenliği (Well-being) Hizmetleri.</w:t>
            </w:r>
          </w:p>
        </w:tc>
      </w:tr>
      <w:tr w:rsidR="00895F62" w14:paraId="40BBEC29" w14:textId="77777777" w:rsidTr="00D67748">
        <w:trPr>
          <w:jc w:val="center"/>
        </w:trPr>
        <w:tc>
          <w:tcPr>
            <w:tcW w:w="3168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ABA567" w14:textId="77777777" w:rsidR="00895F62" w:rsidRDefault="00D157F6">
            <w:r>
              <w:rPr>
                <w:rFonts w:ascii="Arial" w:hAnsi="Arial"/>
                <w:b/>
                <w:color w:val="1B365D"/>
                <w:sz w:val="19"/>
              </w:rPr>
              <w:t>İstihdam / Kariyer Bağlantısı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F56F4E" w14:textId="77777777" w:rsidR="00895F62" w:rsidRDefault="00D157F6">
            <w:r>
              <w:rPr>
                <w:rFonts w:ascii="Arial" w:hAnsi="Arial"/>
                <w:color w:val="333333"/>
                <w:sz w:val="19"/>
              </w:rPr>
              <w:t>İKY uzmanlığı, kurumsal esenlik (well-being) danışmanlığı, yetenek yönetimi ve iç iletişim rollerinde fark yaratan duyusal/estetik yetkinlikler kazandırır.</w:t>
            </w:r>
          </w:p>
        </w:tc>
      </w:tr>
    </w:tbl>
    <w:p w14:paraId="045FBF3C" w14:textId="77777777" w:rsidR="00895F62" w:rsidRDefault="00895F62"/>
    <w:p w14:paraId="602B3CD7" w14:textId="77777777" w:rsidR="007D769F" w:rsidRDefault="007D769F"/>
    <w:p w14:paraId="68380835" w14:textId="77777777" w:rsidR="00895F62" w:rsidRDefault="00D157F6">
      <w:r>
        <w:rPr>
          <w:rFonts w:ascii="Arial" w:hAnsi="Arial"/>
          <w:b/>
          <w:color w:val="1B365D"/>
        </w:rPr>
        <w:lastRenderedPageBreak/>
        <w:t>2. ÖĞRENME ÇIKTILARI VE DEĞERLENDİRME KANITLARI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20"/>
        <w:gridCol w:w="4608"/>
        <w:gridCol w:w="2304"/>
        <w:gridCol w:w="2160"/>
      </w:tblGrid>
      <w:tr w:rsidR="00895F62" w14:paraId="0D6E0DE0" w14:textId="77777777" w:rsidTr="00D67748">
        <w:trPr>
          <w:jc w:val="center"/>
        </w:trPr>
        <w:tc>
          <w:tcPr>
            <w:tcW w:w="720" w:type="dxa"/>
            <w:shd w:val="clear" w:color="auto" w:fill="1B365D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89FC7EC" w14:textId="77777777" w:rsidR="00895F62" w:rsidRDefault="00D157F6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No</w:t>
            </w:r>
          </w:p>
        </w:tc>
        <w:tc>
          <w:tcPr>
            <w:tcW w:w="4608" w:type="dxa"/>
            <w:shd w:val="clear" w:color="auto" w:fill="1B365D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4C58D70" w14:textId="77777777" w:rsidR="00895F62" w:rsidRDefault="00D157F6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Öğrenme Çıktısı (Ölçülebilir fiille)</w:t>
            </w:r>
          </w:p>
        </w:tc>
        <w:tc>
          <w:tcPr>
            <w:tcW w:w="2304" w:type="dxa"/>
            <w:shd w:val="clear" w:color="auto" w:fill="1B365D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9CFE053" w14:textId="77777777" w:rsidR="00895F62" w:rsidRDefault="00D157F6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Kanıt / Değerlendirme</w:t>
            </w:r>
          </w:p>
        </w:tc>
        <w:tc>
          <w:tcPr>
            <w:tcW w:w="2160" w:type="dxa"/>
            <w:shd w:val="clear" w:color="auto" w:fill="1B365D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6DD9370" w14:textId="77777777" w:rsidR="00895F62" w:rsidRDefault="00D157F6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Yeterlik Düzeyi* / Beceri Alanı</w:t>
            </w:r>
          </w:p>
        </w:tc>
      </w:tr>
      <w:tr w:rsidR="00895F62" w14:paraId="432713A2" w14:textId="77777777" w:rsidTr="00D67748">
        <w:trPr>
          <w:jc w:val="center"/>
        </w:trPr>
        <w:tc>
          <w:tcPr>
            <w:tcW w:w="720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170A37" w14:textId="77777777" w:rsidR="00895F62" w:rsidRDefault="00D157F6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1</w:t>
            </w:r>
          </w:p>
        </w:tc>
        <w:tc>
          <w:tcPr>
            <w:tcW w:w="4608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EFB087" w14:textId="77777777" w:rsidR="00895F62" w:rsidRDefault="00D157F6">
            <w:r>
              <w:rPr>
                <w:rFonts w:ascii="Arial" w:hAnsi="Arial"/>
                <w:color w:val="333333"/>
                <w:sz w:val="18"/>
              </w:rPr>
              <w:t>Sanat ve musiki kuramlarının iş yeri esenliği ve İKY süreçlerindeki rollerini açıklar.</w:t>
            </w:r>
          </w:p>
        </w:tc>
        <w:tc>
          <w:tcPr>
            <w:tcW w:w="2304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40EFE" w14:textId="77777777" w:rsidR="00895F62" w:rsidRDefault="00D157F6">
            <w:r>
              <w:rPr>
                <w:rFonts w:ascii="Arial" w:hAnsi="Arial"/>
                <w:color w:val="333333"/>
                <w:sz w:val="18"/>
              </w:rPr>
              <w:t>☑ Sınav</w:t>
            </w:r>
            <w:r>
              <w:rPr>
                <w:rFonts w:ascii="Arial" w:hAnsi="Arial"/>
                <w:color w:val="333333"/>
                <w:sz w:val="18"/>
              </w:rPr>
              <w:br/>
              <w:t>☐ Uygulama</w:t>
            </w:r>
            <w:r>
              <w:rPr>
                <w:rFonts w:ascii="Arial" w:hAnsi="Arial"/>
                <w:color w:val="333333"/>
                <w:sz w:val="18"/>
              </w:rPr>
              <w:br/>
              <w:t>☐ Proje</w:t>
            </w:r>
          </w:p>
        </w:tc>
        <w:tc>
          <w:tcPr>
            <w:tcW w:w="2160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03250" w14:textId="77777777" w:rsidR="00895F62" w:rsidRDefault="00D157F6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Düzey 1</w:t>
            </w:r>
            <w:r>
              <w:rPr>
                <w:rFonts w:ascii="Arial" w:hAnsi="Arial"/>
                <w:color w:val="333333"/>
                <w:sz w:val="18"/>
              </w:rPr>
              <w:br/>
              <w:t>(Aktarılabilir Beceri)</w:t>
            </w:r>
          </w:p>
        </w:tc>
      </w:tr>
      <w:tr w:rsidR="00895F62" w14:paraId="2BA19CD7" w14:textId="77777777" w:rsidTr="00D67748">
        <w:trPr>
          <w:jc w:val="center"/>
        </w:trPr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90F55" w14:textId="77777777" w:rsidR="00895F62" w:rsidRDefault="00D157F6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2</w:t>
            </w:r>
          </w:p>
        </w:tc>
        <w:tc>
          <w:tcPr>
            <w:tcW w:w="46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E15C8" w14:textId="77777777" w:rsidR="00895F62" w:rsidRDefault="00D157F6">
            <w:r>
              <w:rPr>
                <w:rFonts w:ascii="Arial" w:hAnsi="Arial"/>
                <w:color w:val="333333"/>
                <w:sz w:val="18"/>
              </w:rPr>
              <w:t>Estetik beceriler ile çalışan motivasyonu, duyusal algı ve stres yönetimi arasındaki ilişkiyi analiz eder.</w:t>
            </w:r>
          </w:p>
        </w:tc>
        <w:tc>
          <w:tcPr>
            <w:tcW w:w="230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D674B1" w14:textId="7ECCCA8E" w:rsidR="00895F62" w:rsidRDefault="00B20375">
            <w:r>
              <w:rPr>
                <w:rFonts w:ascii="Arial" w:hAnsi="Arial"/>
                <w:color w:val="333333"/>
                <w:sz w:val="18"/>
              </w:rPr>
              <w:t xml:space="preserve">☑ </w:t>
            </w:r>
            <w:proofErr w:type="spellStart"/>
            <w:r>
              <w:rPr>
                <w:rFonts w:ascii="Arial" w:hAnsi="Arial"/>
                <w:color w:val="333333"/>
                <w:sz w:val="18"/>
              </w:rPr>
              <w:t>Sınav</w:t>
            </w:r>
            <w:proofErr w:type="spellEnd"/>
            <w:r>
              <w:rPr>
                <w:rFonts w:ascii="Arial" w:hAnsi="Arial"/>
                <w:color w:val="333333"/>
                <w:sz w:val="18"/>
              </w:rPr>
              <w:br/>
              <w:t>☐</w:t>
            </w:r>
            <w:proofErr w:type="spellStart"/>
            <w:r>
              <w:rPr>
                <w:rFonts w:ascii="Arial" w:hAnsi="Arial"/>
                <w:color w:val="333333"/>
                <w:sz w:val="18"/>
              </w:rPr>
              <w:t>Vaka</w:t>
            </w:r>
            <w:proofErr w:type="spellEnd"/>
            <w:r>
              <w:rPr>
                <w:rFonts w:ascii="Arial" w:hAnsi="Arial"/>
                <w:color w:val="333333"/>
                <w:sz w:val="18"/>
              </w:rPr>
              <w:t xml:space="preserve"> / </w:t>
            </w:r>
            <w:proofErr w:type="spellStart"/>
            <w:r>
              <w:rPr>
                <w:rFonts w:ascii="Arial" w:hAnsi="Arial"/>
                <w:color w:val="333333"/>
                <w:sz w:val="18"/>
              </w:rPr>
              <w:t>Uygulama</w:t>
            </w:r>
            <w:proofErr w:type="spellEnd"/>
            <w:r>
              <w:rPr>
                <w:rFonts w:ascii="Arial" w:hAnsi="Arial"/>
                <w:color w:val="333333"/>
                <w:sz w:val="18"/>
              </w:rPr>
              <w:br/>
              <w:t>☐ Proje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79EBD" w14:textId="77777777" w:rsidR="00895F62" w:rsidRDefault="00D157F6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Düzey 2</w:t>
            </w:r>
            <w:r>
              <w:rPr>
                <w:rFonts w:ascii="Arial" w:hAnsi="Arial"/>
                <w:color w:val="333333"/>
                <w:sz w:val="18"/>
              </w:rPr>
              <w:br/>
              <w:t>(İş Yeri Esenliği)</w:t>
            </w:r>
          </w:p>
        </w:tc>
      </w:tr>
      <w:tr w:rsidR="00895F62" w14:paraId="71ED10A2" w14:textId="77777777" w:rsidTr="00D67748">
        <w:trPr>
          <w:jc w:val="center"/>
        </w:trPr>
        <w:tc>
          <w:tcPr>
            <w:tcW w:w="720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AB852" w14:textId="77777777" w:rsidR="00895F62" w:rsidRDefault="00D157F6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3</w:t>
            </w:r>
          </w:p>
        </w:tc>
        <w:tc>
          <w:tcPr>
            <w:tcW w:w="4608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E284A" w14:textId="77777777" w:rsidR="00895F62" w:rsidRDefault="00D157F6">
            <w:r>
              <w:rPr>
                <w:rFonts w:ascii="Arial" w:hAnsi="Arial"/>
                <w:color w:val="333333"/>
                <w:sz w:val="18"/>
              </w:rPr>
              <w:t>Musiki ve iş yeri estetiği unsurlarını içeren bir kurumsal esenlik (well-being) mini müdahale planı tasarlar.</w:t>
            </w:r>
          </w:p>
        </w:tc>
        <w:tc>
          <w:tcPr>
            <w:tcW w:w="2304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C5427" w14:textId="00E2157B" w:rsidR="00895F62" w:rsidRDefault="00D157F6">
            <w:r>
              <w:rPr>
                <w:rFonts w:ascii="Arial" w:hAnsi="Arial"/>
                <w:color w:val="333333"/>
                <w:sz w:val="18"/>
              </w:rPr>
              <w:t xml:space="preserve">☐ </w:t>
            </w:r>
            <w:proofErr w:type="spellStart"/>
            <w:r>
              <w:rPr>
                <w:rFonts w:ascii="Arial" w:hAnsi="Arial"/>
                <w:color w:val="333333"/>
                <w:sz w:val="18"/>
              </w:rPr>
              <w:t>Sınav</w:t>
            </w:r>
            <w:proofErr w:type="spellEnd"/>
            <w:r>
              <w:rPr>
                <w:rFonts w:ascii="Arial" w:hAnsi="Arial"/>
                <w:color w:val="333333"/>
                <w:sz w:val="18"/>
              </w:rPr>
              <w:br/>
              <w:t xml:space="preserve">☐ </w:t>
            </w:r>
            <w:proofErr w:type="spellStart"/>
            <w:r>
              <w:rPr>
                <w:rFonts w:ascii="Arial" w:hAnsi="Arial"/>
                <w:color w:val="333333"/>
                <w:sz w:val="18"/>
              </w:rPr>
              <w:t>Uygulama</w:t>
            </w:r>
            <w:proofErr w:type="spellEnd"/>
            <w:r>
              <w:rPr>
                <w:rFonts w:ascii="Arial" w:hAnsi="Arial"/>
                <w:color w:val="333333"/>
                <w:sz w:val="18"/>
              </w:rPr>
              <w:br/>
            </w:r>
            <w:r w:rsidR="00B20375">
              <w:rPr>
                <w:rFonts w:ascii="Arial" w:hAnsi="Arial"/>
                <w:color w:val="333333"/>
                <w:sz w:val="18"/>
              </w:rPr>
              <w:t xml:space="preserve">☑ </w:t>
            </w:r>
            <w:proofErr w:type="spellStart"/>
            <w:r>
              <w:rPr>
                <w:rFonts w:ascii="Arial" w:hAnsi="Arial"/>
                <w:color w:val="333333"/>
                <w:sz w:val="18"/>
              </w:rPr>
              <w:t>Proje</w:t>
            </w:r>
            <w:proofErr w:type="spellEnd"/>
          </w:p>
        </w:tc>
        <w:tc>
          <w:tcPr>
            <w:tcW w:w="2160" w:type="dxa"/>
            <w:shd w:val="clear" w:color="auto" w:fill="F9FBF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561FD" w14:textId="77777777" w:rsidR="00895F62" w:rsidRDefault="00D157F6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Düzey 3</w:t>
            </w:r>
            <w:r>
              <w:rPr>
                <w:rFonts w:ascii="Arial" w:hAnsi="Arial"/>
                <w:color w:val="333333"/>
                <w:sz w:val="18"/>
              </w:rPr>
              <w:br/>
              <w:t>(İKY / Tasarım)</w:t>
            </w:r>
          </w:p>
        </w:tc>
      </w:tr>
      <w:tr w:rsidR="00895F62" w14:paraId="201AAF54" w14:textId="77777777" w:rsidTr="00D67748">
        <w:trPr>
          <w:jc w:val="center"/>
        </w:trPr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3FC02" w14:textId="77777777" w:rsidR="00895F62" w:rsidRDefault="00D157F6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4</w:t>
            </w:r>
          </w:p>
        </w:tc>
        <w:tc>
          <w:tcPr>
            <w:tcW w:w="46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79498" w14:textId="77777777" w:rsidR="00895F62" w:rsidRDefault="00D157F6">
            <w:r>
              <w:rPr>
                <w:rFonts w:ascii="Arial" w:hAnsi="Arial"/>
                <w:color w:val="333333"/>
                <w:sz w:val="18"/>
              </w:rPr>
              <w:t>Tasarlanan estetik ve musiki temelli esenlik etkinliğini iş yeri ortamında sunar veya uygular.</w:t>
            </w:r>
          </w:p>
        </w:tc>
        <w:tc>
          <w:tcPr>
            <w:tcW w:w="230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C6A15" w14:textId="5BBC5EB2" w:rsidR="00895F62" w:rsidRDefault="00D157F6">
            <w:r>
              <w:rPr>
                <w:rFonts w:ascii="Arial" w:hAnsi="Arial"/>
                <w:color w:val="333333"/>
                <w:sz w:val="18"/>
              </w:rPr>
              <w:t xml:space="preserve">☐ </w:t>
            </w:r>
            <w:proofErr w:type="spellStart"/>
            <w:r>
              <w:rPr>
                <w:rFonts w:ascii="Arial" w:hAnsi="Arial"/>
                <w:color w:val="333333"/>
                <w:sz w:val="18"/>
              </w:rPr>
              <w:t>Sınav</w:t>
            </w:r>
            <w:proofErr w:type="spellEnd"/>
            <w:r>
              <w:rPr>
                <w:rFonts w:ascii="Arial" w:hAnsi="Arial"/>
                <w:color w:val="333333"/>
                <w:sz w:val="18"/>
              </w:rPr>
              <w:br/>
              <w:t xml:space="preserve">☐ </w:t>
            </w:r>
            <w:proofErr w:type="spellStart"/>
            <w:r>
              <w:rPr>
                <w:rFonts w:ascii="Arial" w:hAnsi="Arial"/>
                <w:color w:val="333333"/>
                <w:sz w:val="18"/>
              </w:rPr>
              <w:t>Uygulama</w:t>
            </w:r>
            <w:proofErr w:type="spellEnd"/>
            <w:r>
              <w:rPr>
                <w:rFonts w:ascii="Arial" w:hAnsi="Arial"/>
                <w:color w:val="333333"/>
                <w:sz w:val="18"/>
              </w:rPr>
              <w:br/>
            </w:r>
            <w:r w:rsidR="00B20375">
              <w:rPr>
                <w:rFonts w:ascii="Arial" w:hAnsi="Arial"/>
                <w:color w:val="333333"/>
                <w:sz w:val="18"/>
              </w:rPr>
              <w:t>☑</w:t>
            </w:r>
            <w:r>
              <w:rPr>
                <w:rFonts w:ascii="Arial" w:hAnsi="Arial"/>
                <w:color w:val="333333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8"/>
              </w:rPr>
              <w:t>Performans</w:t>
            </w:r>
            <w:proofErr w:type="spellEnd"/>
            <w:r>
              <w:rPr>
                <w:rFonts w:ascii="Arial" w:hAnsi="Arial"/>
                <w:color w:val="333333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8"/>
              </w:rPr>
              <w:t>Görevi</w:t>
            </w:r>
            <w:proofErr w:type="spellEnd"/>
          </w:p>
        </w:tc>
        <w:tc>
          <w:tcPr>
            <w:tcW w:w="216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E5975" w14:textId="77777777" w:rsidR="00895F62" w:rsidRDefault="00D157F6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Düzey 3</w:t>
            </w:r>
            <w:r>
              <w:rPr>
                <w:rFonts w:ascii="Arial" w:hAnsi="Arial"/>
                <w:color w:val="333333"/>
                <w:sz w:val="18"/>
              </w:rPr>
              <w:br/>
              <w:t>(Uygulamalı İKY)</w:t>
            </w:r>
          </w:p>
        </w:tc>
      </w:tr>
    </w:tbl>
    <w:p w14:paraId="3AC4EA7B" w14:textId="77777777" w:rsidR="00895F62" w:rsidRDefault="00D157F6">
      <w:r>
        <w:rPr>
          <w:i/>
          <w:color w:val="646464"/>
          <w:sz w:val="16"/>
        </w:rPr>
        <w:t>* 1=Farkındalık, 2=Gözetim altında uygulama, 3=Bağımsız uygulama, 4=Karmaşık sorun çözme, 5=Başkalarına rehberlik.</w:t>
      </w:r>
    </w:p>
    <w:p w14:paraId="2F6436AB" w14:textId="77777777" w:rsidR="00895F62" w:rsidRDefault="00895F62"/>
    <w:p w14:paraId="32920AA0" w14:textId="77777777" w:rsidR="00895F62" w:rsidRDefault="00D157F6">
      <w:r>
        <w:rPr>
          <w:rFonts w:ascii="Arial" w:hAnsi="Arial"/>
          <w:b/>
          <w:color w:val="1B365D"/>
        </w:rPr>
        <w:t>3. ÖĞRENME PLANI VE ÖĞRENCİ İŞ YÜKÜ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08"/>
        <w:gridCol w:w="3744"/>
        <w:gridCol w:w="2160"/>
        <w:gridCol w:w="1152"/>
        <w:gridCol w:w="1728"/>
      </w:tblGrid>
      <w:tr w:rsidR="00895F62" w14:paraId="35F283A6" w14:textId="77777777" w:rsidTr="00D67748">
        <w:trPr>
          <w:jc w:val="center"/>
        </w:trPr>
        <w:tc>
          <w:tcPr>
            <w:tcW w:w="1008" w:type="dxa"/>
            <w:shd w:val="clear" w:color="auto" w:fill="1B365D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7AE6110" w14:textId="77777777" w:rsidR="00895F62" w:rsidRDefault="00D157F6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Hafta</w:t>
            </w:r>
          </w:p>
        </w:tc>
        <w:tc>
          <w:tcPr>
            <w:tcW w:w="3744" w:type="dxa"/>
            <w:shd w:val="clear" w:color="auto" w:fill="1B365D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7CE5A7B" w14:textId="77777777" w:rsidR="00895F62" w:rsidRDefault="00D157F6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Konu / Etkinlik</w:t>
            </w:r>
          </w:p>
        </w:tc>
        <w:tc>
          <w:tcPr>
            <w:tcW w:w="2160" w:type="dxa"/>
            <w:shd w:val="clear" w:color="auto" w:fill="1B365D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2721F4F" w14:textId="77777777" w:rsidR="00895F62" w:rsidRDefault="00D157F6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Öğretim Yöntemi</w:t>
            </w:r>
          </w:p>
        </w:tc>
        <w:tc>
          <w:tcPr>
            <w:tcW w:w="1152" w:type="dxa"/>
            <w:shd w:val="clear" w:color="auto" w:fill="1B365D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F2818DB" w14:textId="77777777" w:rsidR="00895F62" w:rsidRDefault="00D157F6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İlgili Çıktı</w:t>
            </w:r>
          </w:p>
        </w:tc>
        <w:tc>
          <w:tcPr>
            <w:tcW w:w="1728" w:type="dxa"/>
            <w:shd w:val="clear" w:color="auto" w:fill="1B365D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04E4679" w14:textId="77777777" w:rsidR="00895F62" w:rsidRDefault="00D157F6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Öğrenci İşi / Saat</w:t>
            </w:r>
          </w:p>
        </w:tc>
      </w:tr>
      <w:tr w:rsidR="00895F62" w14:paraId="4C681274" w14:textId="77777777" w:rsidTr="00D67748">
        <w:trPr>
          <w:jc w:val="center"/>
        </w:trPr>
        <w:tc>
          <w:tcPr>
            <w:tcW w:w="1008" w:type="dxa"/>
            <w:shd w:val="clear" w:color="auto" w:fill="F9FBFD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3B13C2A" w14:textId="77777777" w:rsidR="00895F62" w:rsidRDefault="00D157F6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1. Hafta</w:t>
            </w:r>
          </w:p>
        </w:tc>
        <w:tc>
          <w:tcPr>
            <w:tcW w:w="3744" w:type="dxa"/>
            <w:shd w:val="clear" w:color="auto" w:fill="F9FBFD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15DEE53" w14:textId="77777777" w:rsidR="00895F62" w:rsidRDefault="00D157F6">
            <w:r>
              <w:rPr>
                <w:rFonts w:ascii="Arial" w:hAnsi="Arial"/>
                <w:color w:val="333333"/>
                <w:sz w:val="18"/>
              </w:rPr>
              <w:t>Sanat Kuramlarına Giriş &amp; Estetik Becerilerin İKY'deki Yeri</w:t>
            </w:r>
          </w:p>
        </w:tc>
        <w:tc>
          <w:tcPr>
            <w:tcW w:w="2160" w:type="dxa"/>
            <w:shd w:val="clear" w:color="auto" w:fill="F9FBFD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7B8CC289" w14:textId="77777777" w:rsidR="00895F62" w:rsidRDefault="00D157F6">
            <w:r>
              <w:rPr>
                <w:rFonts w:ascii="Arial" w:hAnsi="Arial"/>
                <w:color w:val="333333"/>
                <w:sz w:val="18"/>
              </w:rPr>
              <w:t>☑ Anlatım</w:t>
            </w:r>
            <w:r>
              <w:rPr>
                <w:rFonts w:ascii="Arial" w:hAnsi="Arial"/>
                <w:color w:val="333333"/>
                <w:sz w:val="18"/>
              </w:rPr>
              <w:br/>
              <w:t>☑ Vaka Çalışması</w:t>
            </w:r>
          </w:p>
        </w:tc>
        <w:tc>
          <w:tcPr>
            <w:tcW w:w="1152" w:type="dxa"/>
            <w:shd w:val="clear" w:color="auto" w:fill="F9FBFD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6210008C" w14:textId="77777777" w:rsidR="00895F62" w:rsidRDefault="00D157F6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Ç1</w:t>
            </w:r>
          </w:p>
        </w:tc>
        <w:tc>
          <w:tcPr>
            <w:tcW w:w="1728" w:type="dxa"/>
            <w:shd w:val="clear" w:color="auto" w:fill="F9FBFD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AF1E197" w14:textId="77777777" w:rsidR="00895F62" w:rsidRDefault="00D157F6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Okuma / Hazırlık</w:t>
            </w:r>
            <w:r>
              <w:rPr>
                <w:rFonts w:ascii="Arial" w:hAnsi="Arial"/>
                <w:color w:val="333333"/>
                <w:sz w:val="18"/>
              </w:rPr>
              <w:br/>
              <w:t>(6 Saat)</w:t>
            </w:r>
          </w:p>
        </w:tc>
      </w:tr>
      <w:tr w:rsidR="00895F62" w14:paraId="23720BDE" w14:textId="77777777" w:rsidTr="00D67748">
        <w:trPr>
          <w:jc w:val="center"/>
        </w:trPr>
        <w:tc>
          <w:tcPr>
            <w:tcW w:w="100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4F98D99C" w14:textId="77777777" w:rsidR="00895F62" w:rsidRDefault="00D157F6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2. Hafta</w:t>
            </w:r>
          </w:p>
        </w:tc>
        <w:tc>
          <w:tcPr>
            <w:tcW w:w="3744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5E11DF9" w14:textId="77777777" w:rsidR="00895F62" w:rsidRDefault="00D157F6">
            <w:r>
              <w:rPr>
                <w:rFonts w:ascii="Arial" w:hAnsi="Arial"/>
                <w:color w:val="333333"/>
                <w:sz w:val="18"/>
              </w:rPr>
              <w:t>Musiki ve İş Yeri Esenliği (Well-being): Duyusal Algı, Stres Yönetimi ve Uyum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847AD4E" w14:textId="5AB9FEA8" w:rsidR="00895F62" w:rsidRDefault="00D157F6">
            <w:r>
              <w:rPr>
                <w:rFonts w:ascii="Arial" w:hAnsi="Arial"/>
                <w:color w:val="333333"/>
                <w:sz w:val="18"/>
              </w:rPr>
              <w:t>☑ Anlatım</w:t>
            </w:r>
            <w:r>
              <w:rPr>
                <w:rFonts w:ascii="Arial" w:hAnsi="Arial"/>
                <w:color w:val="333333"/>
                <w:sz w:val="18"/>
              </w:rPr>
              <w:br/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0D046A1" w14:textId="77777777" w:rsidR="00895F62" w:rsidRDefault="00D157F6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Ç2</w:t>
            </w:r>
          </w:p>
        </w:tc>
        <w:tc>
          <w:tcPr>
            <w:tcW w:w="172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2132584B" w14:textId="77777777" w:rsidR="00895F62" w:rsidRDefault="00D157F6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Dinleme Analizi</w:t>
            </w:r>
            <w:r>
              <w:rPr>
                <w:rFonts w:ascii="Arial" w:hAnsi="Arial"/>
                <w:color w:val="333333"/>
                <w:sz w:val="18"/>
              </w:rPr>
              <w:br/>
              <w:t>(6 Saat)</w:t>
            </w:r>
          </w:p>
        </w:tc>
      </w:tr>
      <w:tr w:rsidR="00895F62" w14:paraId="002A1AC2" w14:textId="77777777" w:rsidTr="00D67748">
        <w:trPr>
          <w:jc w:val="center"/>
        </w:trPr>
        <w:tc>
          <w:tcPr>
            <w:tcW w:w="1008" w:type="dxa"/>
            <w:shd w:val="clear" w:color="auto" w:fill="F9FBFD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693DF639" w14:textId="77777777" w:rsidR="00895F62" w:rsidRDefault="00D157F6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3. Hafta</w:t>
            </w:r>
          </w:p>
        </w:tc>
        <w:tc>
          <w:tcPr>
            <w:tcW w:w="3744" w:type="dxa"/>
            <w:shd w:val="clear" w:color="auto" w:fill="F9FBFD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91BD9DA" w14:textId="77777777" w:rsidR="00895F62" w:rsidRDefault="00D157F6">
            <w:r>
              <w:rPr>
                <w:rFonts w:ascii="Arial" w:hAnsi="Arial"/>
                <w:color w:val="333333"/>
                <w:sz w:val="18"/>
              </w:rPr>
              <w:t>Estetik Beceri İletişimi &amp; Musiki Temelli İKY Modelleri Analizi</w:t>
            </w:r>
          </w:p>
        </w:tc>
        <w:tc>
          <w:tcPr>
            <w:tcW w:w="2160" w:type="dxa"/>
            <w:shd w:val="clear" w:color="auto" w:fill="F9FBFD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C813E50" w14:textId="77777777" w:rsidR="00895F62" w:rsidRDefault="00D157F6">
            <w:r>
              <w:rPr>
                <w:rFonts w:ascii="Arial" w:hAnsi="Arial"/>
                <w:color w:val="333333"/>
                <w:sz w:val="18"/>
              </w:rPr>
              <w:t>☑ Vaka İncelemesi</w:t>
            </w:r>
            <w:r>
              <w:rPr>
                <w:rFonts w:ascii="Arial" w:hAnsi="Arial"/>
                <w:color w:val="333333"/>
                <w:sz w:val="18"/>
              </w:rPr>
              <w:br/>
              <w:t>☑ Proje / Grup</w:t>
            </w:r>
          </w:p>
        </w:tc>
        <w:tc>
          <w:tcPr>
            <w:tcW w:w="1152" w:type="dxa"/>
            <w:shd w:val="clear" w:color="auto" w:fill="F9FBFD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55404CCA" w14:textId="77777777" w:rsidR="00895F62" w:rsidRDefault="00D157F6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Ç3</w:t>
            </w:r>
          </w:p>
        </w:tc>
        <w:tc>
          <w:tcPr>
            <w:tcW w:w="1728" w:type="dxa"/>
            <w:shd w:val="clear" w:color="auto" w:fill="F9FBFD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ECED766" w14:textId="77777777" w:rsidR="00895F62" w:rsidRDefault="00D157F6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Proje Tasarımı</w:t>
            </w:r>
            <w:r>
              <w:rPr>
                <w:rFonts w:ascii="Arial" w:hAnsi="Arial"/>
                <w:color w:val="333333"/>
                <w:sz w:val="18"/>
              </w:rPr>
              <w:br/>
              <w:t>(8 Saat)</w:t>
            </w:r>
          </w:p>
        </w:tc>
      </w:tr>
      <w:tr w:rsidR="00895F62" w14:paraId="226E421A" w14:textId="77777777" w:rsidTr="00D67748">
        <w:trPr>
          <w:jc w:val="center"/>
        </w:trPr>
        <w:tc>
          <w:tcPr>
            <w:tcW w:w="100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6A512884" w14:textId="77777777" w:rsidR="00895F62" w:rsidRDefault="00D157F6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4. Hafta</w:t>
            </w:r>
          </w:p>
        </w:tc>
        <w:tc>
          <w:tcPr>
            <w:tcW w:w="3744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468C37F4" w14:textId="77777777" w:rsidR="00895F62" w:rsidRDefault="00D157F6">
            <w:r>
              <w:rPr>
                <w:rFonts w:ascii="Arial" w:hAnsi="Arial"/>
                <w:color w:val="333333"/>
                <w:sz w:val="18"/>
              </w:rPr>
              <w:t>İş Yeri Esenliği İçin Musiki/Estetik Uygulama Tasarımlarının Sunumu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C4B785D" w14:textId="2C6B5BA2" w:rsidR="00895F62" w:rsidRDefault="00D157F6">
            <w:r>
              <w:rPr>
                <w:rFonts w:ascii="Arial" w:hAnsi="Arial"/>
                <w:color w:val="333333"/>
                <w:sz w:val="18"/>
              </w:rPr>
              <w:br/>
              <w:t>☑ Performans / Grup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465550C4" w14:textId="77777777" w:rsidR="00895F62" w:rsidRDefault="00D157F6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Ç4</w:t>
            </w:r>
          </w:p>
        </w:tc>
        <w:tc>
          <w:tcPr>
            <w:tcW w:w="1728" w:type="dxa"/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520845E5" w14:textId="77777777" w:rsidR="00895F62" w:rsidRDefault="00D157F6">
            <w:pPr>
              <w:jc w:val="center"/>
            </w:pPr>
            <w:r>
              <w:rPr>
                <w:rFonts w:ascii="Arial" w:hAnsi="Arial"/>
                <w:color w:val="333333"/>
                <w:sz w:val="18"/>
              </w:rPr>
              <w:t>Uygulama &amp; Sunum</w:t>
            </w:r>
            <w:r>
              <w:rPr>
                <w:rFonts w:ascii="Arial" w:hAnsi="Arial"/>
                <w:color w:val="333333"/>
                <w:sz w:val="18"/>
              </w:rPr>
              <w:br/>
              <w:t>(8 Saat)</w:t>
            </w:r>
          </w:p>
        </w:tc>
      </w:tr>
    </w:tbl>
    <w:p w14:paraId="7AEAA619" w14:textId="46761F62" w:rsidR="00895F62" w:rsidRDefault="00D157F6">
      <w:pPr>
        <w:jc w:val="right"/>
      </w:pPr>
      <w:proofErr w:type="spellStart"/>
      <w:r>
        <w:rPr>
          <w:b/>
          <w:color w:val="1B365D"/>
          <w:sz w:val="19"/>
        </w:rPr>
        <w:t>Toplam</w:t>
      </w:r>
      <w:proofErr w:type="spellEnd"/>
      <w:r>
        <w:rPr>
          <w:b/>
          <w:color w:val="1B365D"/>
          <w:sz w:val="19"/>
        </w:rPr>
        <w:t xml:space="preserve"> </w:t>
      </w:r>
      <w:proofErr w:type="spellStart"/>
      <w:r>
        <w:rPr>
          <w:b/>
          <w:color w:val="1B365D"/>
          <w:sz w:val="19"/>
        </w:rPr>
        <w:t>Öğrenci</w:t>
      </w:r>
      <w:proofErr w:type="spellEnd"/>
      <w:r>
        <w:rPr>
          <w:b/>
          <w:color w:val="1B365D"/>
          <w:sz w:val="19"/>
        </w:rPr>
        <w:t xml:space="preserve"> </w:t>
      </w:r>
      <w:proofErr w:type="spellStart"/>
      <w:r>
        <w:rPr>
          <w:b/>
          <w:color w:val="1B365D"/>
          <w:sz w:val="19"/>
        </w:rPr>
        <w:t>İş</w:t>
      </w:r>
      <w:proofErr w:type="spellEnd"/>
      <w:r>
        <w:rPr>
          <w:b/>
          <w:color w:val="1B365D"/>
          <w:sz w:val="19"/>
        </w:rPr>
        <w:t xml:space="preserve"> </w:t>
      </w:r>
      <w:proofErr w:type="spellStart"/>
      <w:r>
        <w:rPr>
          <w:b/>
          <w:color w:val="1B365D"/>
          <w:sz w:val="19"/>
        </w:rPr>
        <w:t>Yükü</w:t>
      </w:r>
      <w:proofErr w:type="spellEnd"/>
      <w:r>
        <w:rPr>
          <w:b/>
          <w:color w:val="1B365D"/>
          <w:sz w:val="19"/>
        </w:rPr>
        <w:t>: 2</w:t>
      </w:r>
      <w:r w:rsidR="00A90AFB">
        <w:rPr>
          <w:b/>
          <w:color w:val="1B365D"/>
          <w:sz w:val="19"/>
        </w:rPr>
        <w:t>9</w:t>
      </w:r>
      <w:r>
        <w:rPr>
          <w:b/>
          <w:color w:val="1B365D"/>
          <w:sz w:val="19"/>
        </w:rPr>
        <w:t xml:space="preserve"> </w:t>
      </w:r>
      <w:proofErr w:type="spellStart"/>
      <w:r>
        <w:rPr>
          <w:b/>
          <w:color w:val="1B365D"/>
          <w:sz w:val="19"/>
        </w:rPr>
        <w:t>Saat</w:t>
      </w:r>
      <w:proofErr w:type="spellEnd"/>
      <w:r>
        <w:rPr>
          <w:b/>
          <w:color w:val="1B365D"/>
          <w:sz w:val="19"/>
        </w:rPr>
        <w:t xml:space="preserve">   |   AKTS: 1</w:t>
      </w:r>
    </w:p>
    <w:p w14:paraId="16F3184D" w14:textId="26AC663A" w:rsidR="00895F62" w:rsidRDefault="00895F62"/>
    <w:p w14:paraId="3EDA8CC5" w14:textId="77777777" w:rsidR="00D67748" w:rsidRDefault="00D67748"/>
    <w:p w14:paraId="34F30741" w14:textId="77777777" w:rsidR="00A90AFB" w:rsidRDefault="00A90AFB"/>
    <w:p w14:paraId="06F80856" w14:textId="77777777" w:rsidR="00895F62" w:rsidRDefault="00D157F6">
      <w:r>
        <w:rPr>
          <w:rFonts w:ascii="Arial" w:hAnsi="Arial"/>
          <w:b/>
          <w:color w:val="1B365D"/>
        </w:rPr>
        <w:lastRenderedPageBreak/>
        <w:t>4. SEKTÖR KATKISI, KALİTE GÜVENCESİ VE ONAY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68"/>
        <w:gridCol w:w="6624"/>
      </w:tblGrid>
      <w:tr w:rsidR="00895F62" w14:paraId="21AED205" w14:textId="77777777" w:rsidTr="00D67748">
        <w:trPr>
          <w:jc w:val="center"/>
        </w:trPr>
        <w:tc>
          <w:tcPr>
            <w:tcW w:w="3168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646DDB" w14:textId="77777777" w:rsidR="00895F62" w:rsidRDefault="00D157F6">
            <w:r>
              <w:rPr>
                <w:rFonts w:ascii="Arial" w:hAnsi="Arial"/>
                <w:b/>
                <w:color w:val="1B365D"/>
                <w:sz w:val="19"/>
              </w:rPr>
              <w:t>Sektör Katkısı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D7679D" w14:textId="5F96DAE5" w:rsidR="00895F62" w:rsidRDefault="00D157F6">
            <w:r>
              <w:rPr>
                <w:rFonts w:ascii="Arial" w:hAnsi="Arial"/>
                <w:color w:val="333333"/>
                <w:sz w:val="19"/>
              </w:rPr>
              <w:t xml:space="preserve">☑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Konu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uzmanı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  ☑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Gerçek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vaka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/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veri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 </w:t>
            </w:r>
            <w:r w:rsidR="00B20375">
              <w:rPr>
                <w:rFonts w:ascii="Arial" w:hAnsi="Arial"/>
                <w:color w:val="333333"/>
                <w:sz w:val="19"/>
              </w:rPr>
              <w:t xml:space="preserve">☑ </w:t>
            </w:r>
            <w:proofErr w:type="spellStart"/>
            <w:r w:rsidR="00B20375">
              <w:rPr>
                <w:rFonts w:ascii="Arial" w:hAnsi="Arial"/>
                <w:color w:val="333333"/>
                <w:sz w:val="19"/>
              </w:rPr>
              <w:t>Uygulama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  ☐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Mentorluk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  ☐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Jüri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  ☐ Staj/istihdam</w:t>
            </w:r>
          </w:p>
        </w:tc>
      </w:tr>
      <w:tr w:rsidR="00895F62" w14:paraId="25EFE79B" w14:textId="77777777" w:rsidTr="00D67748">
        <w:trPr>
          <w:jc w:val="center"/>
        </w:trPr>
        <w:tc>
          <w:tcPr>
            <w:tcW w:w="3168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BBD771" w14:textId="77777777" w:rsidR="00895F62" w:rsidRDefault="00D157F6">
            <w:r>
              <w:rPr>
                <w:rFonts w:ascii="Arial" w:hAnsi="Arial"/>
                <w:b/>
                <w:color w:val="1B365D"/>
                <w:sz w:val="19"/>
              </w:rPr>
              <w:t>ÇOMÜ Akademik Sorumluluğu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44EAC9" w14:textId="5C1AC26E" w:rsidR="00895F62" w:rsidRDefault="00B20375">
            <w:proofErr w:type="spellStart"/>
            <w:r>
              <w:t>Prof.Dr.Dilek</w:t>
            </w:r>
            <w:proofErr w:type="spellEnd"/>
            <w:r>
              <w:t xml:space="preserve"> </w:t>
            </w:r>
            <w:proofErr w:type="spellStart"/>
            <w:r>
              <w:t>Dönmez</w:t>
            </w:r>
            <w:proofErr w:type="spellEnd"/>
            <w:r>
              <w:t xml:space="preserve"> </w:t>
            </w:r>
            <w:proofErr w:type="spellStart"/>
            <w:r>
              <w:t>Polat</w:t>
            </w:r>
            <w:proofErr w:type="spellEnd"/>
          </w:p>
        </w:tc>
      </w:tr>
      <w:tr w:rsidR="00895F62" w14:paraId="53907DC9" w14:textId="77777777" w:rsidTr="00D67748">
        <w:trPr>
          <w:jc w:val="center"/>
        </w:trPr>
        <w:tc>
          <w:tcPr>
            <w:tcW w:w="3168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94DCD4" w14:textId="77777777" w:rsidR="00895F62" w:rsidRDefault="00D157F6">
            <w:r>
              <w:rPr>
                <w:rFonts w:ascii="Arial" w:hAnsi="Arial"/>
                <w:b/>
                <w:color w:val="1B365D"/>
                <w:sz w:val="19"/>
              </w:rPr>
              <w:t>Başarı Ölçütü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E8A1B6" w14:textId="77777777" w:rsidR="00895F62" w:rsidRDefault="00D157F6">
            <w:r>
              <w:rPr>
                <w:rFonts w:ascii="Arial" w:hAnsi="Arial"/>
                <w:color w:val="333333"/>
                <w:sz w:val="19"/>
              </w:rPr>
              <w:t>Rubrik / Sınav / Performans Ölçütü: Öğrencinin 4. haftada sunduğu 'Musiki ve Estetik Temelli Esenlik Uygulaması Tasarımı' projesine ilişkin Analitik Rubrik (%60) ve Dönem İçi Vaka Çalışması Evaluation Formu (%40).</w:t>
            </w:r>
          </w:p>
        </w:tc>
      </w:tr>
      <w:tr w:rsidR="00895F62" w14:paraId="708C6008" w14:textId="77777777" w:rsidTr="00D67748">
        <w:trPr>
          <w:jc w:val="center"/>
        </w:trPr>
        <w:tc>
          <w:tcPr>
            <w:tcW w:w="3168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366A79" w14:textId="77777777" w:rsidR="00895F62" w:rsidRDefault="00D157F6">
            <w:r>
              <w:rPr>
                <w:rFonts w:ascii="Arial" w:hAnsi="Arial"/>
                <w:b/>
                <w:color w:val="1B365D"/>
                <w:sz w:val="19"/>
              </w:rPr>
              <w:t>Güncelleme / İzleme &amp; Onay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9F97B8" w14:textId="0FD766A2" w:rsidR="00895F62" w:rsidRDefault="00D157F6">
            <w:proofErr w:type="spellStart"/>
            <w:r>
              <w:rPr>
                <w:rFonts w:ascii="Arial" w:hAnsi="Arial"/>
                <w:color w:val="333333"/>
                <w:sz w:val="19"/>
              </w:rPr>
              <w:t>İzleme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: ☑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D</w:t>
            </w:r>
            <w:r w:rsidR="00B20375">
              <w:rPr>
                <w:rFonts w:ascii="Arial" w:hAnsi="Arial"/>
                <w:color w:val="333333"/>
                <w:sz w:val="19"/>
              </w:rPr>
              <w:t>önem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sonu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  ☐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Yıllık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  </w:t>
            </w:r>
            <w:r w:rsidR="00B20375">
              <w:rPr>
                <w:rFonts w:ascii="Arial" w:hAnsi="Arial"/>
                <w:color w:val="333333"/>
                <w:sz w:val="19"/>
              </w:rPr>
              <w:t>☐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Sektör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geri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bildirimi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br/>
            </w:r>
            <w:r>
              <w:rPr>
                <w:rFonts w:ascii="Arial" w:hAnsi="Arial"/>
                <w:color w:val="333333"/>
                <w:sz w:val="19"/>
              </w:rPr>
              <w:br/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Ders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/Program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Koordinatörü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: </w:t>
            </w:r>
            <w:proofErr w:type="spellStart"/>
            <w:r w:rsidR="00B20375">
              <w:rPr>
                <w:rFonts w:ascii="Arial" w:hAnsi="Arial"/>
                <w:color w:val="333333"/>
                <w:sz w:val="19"/>
              </w:rPr>
              <w:t>Prof.Dr</w:t>
            </w:r>
            <w:proofErr w:type="spellEnd"/>
            <w:r w:rsidR="00B20375"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 w:rsidR="00B20375">
              <w:rPr>
                <w:rFonts w:ascii="Arial" w:hAnsi="Arial"/>
                <w:color w:val="333333"/>
                <w:sz w:val="19"/>
              </w:rPr>
              <w:t>Dilek</w:t>
            </w:r>
            <w:proofErr w:type="spellEnd"/>
            <w:r w:rsidR="00B20375"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 w:rsidR="00B20375">
              <w:rPr>
                <w:rFonts w:ascii="Arial" w:hAnsi="Arial"/>
                <w:color w:val="333333"/>
                <w:sz w:val="19"/>
              </w:rPr>
              <w:t>Dönmez</w:t>
            </w:r>
            <w:proofErr w:type="spellEnd"/>
            <w:r w:rsidR="00B20375"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 w:rsidR="00B20375">
              <w:rPr>
                <w:rFonts w:ascii="Arial" w:hAnsi="Arial"/>
                <w:color w:val="333333"/>
                <w:sz w:val="19"/>
              </w:rPr>
              <w:t>Polat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Tarih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: ...../..../2026</w:t>
            </w:r>
            <w:r>
              <w:rPr>
                <w:rFonts w:ascii="Arial" w:hAnsi="Arial"/>
                <w:color w:val="333333"/>
                <w:sz w:val="19"/>
              </w:rPr>
              <w:br/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Birim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/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Komisyon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: Gelibolu MYO Akademik Kurulu      Tarih: ...../...../2026</w:t>
            </w:r>
          </w:p>
        </w:tc>
      </w:tr>
    </w:tbl>
    <w:p w14:paraId="544D0C37" w14:textId="77777777" w:rsidR="00F224F8" w:rsidRDefault="00F224F8">
      <w:bookmarkStart w:id="0" w:name="_GoBack"/>
      <w:bookmarkEnd w:id="0"/>
    </w:p>
    <w:sectPr w:rsidR="00F224F8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77D8"/>
    <w:rsid w:val="00034616"/>
    <w:rsid w:val="0006063C"/>
    <w:rsid w:val="0015074B"/>
    <w:rsid w:val="0029639D"/>
    <w:rsid w:val="003104D7"/>
    <w:rsid w:val="00326F90"/>
    <w:rsid w:val="00451877"/>
    <w:rsid w:val="00577260"/>
    <w:rsid w:val="00652DEC"/>
    <w:rsid w:val="00684839"/>
    <w:rsid w:val="00772892"/>
    <w:rsid w:val="007C7206"/>
    <w:rsid w:val="007D769F"/>
    <w:rsid w:val="00895F62"/>
    <w:rsid w:val="00A15340"/>
    <w:rsid w:val="00A90AFB"/>
    <w:rsid w:val="00AA1D8D"/>
    <w:rsid w:val="00B20375"/>
    <w:rsid w:val="00B47730"/>
    <w:rsid w:val="00CB0664"/>
    <w:rsid w:val="00CB1279"/>
    <w:rsid w:val="00D157F6"/>
    <w:rsid w:val="00D67748"/>
    <w:rsid w:val="00E959D8"/>
    <w:rsid w:val="00EB5577"/>
    <w:rsid w:val="00F224F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F016D0"/>
  <w14:defaultImageDpi w14:val="300"/>
  <w15:docId w15:val="{3CE86C36-1B3D-4DD6-BA82-92B96429D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F7E1EA-839C-4AE4-B071-8ACF29D67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595</Words>
  <Characters>3394</Characters>
  <Application>Microsoft Office Word</Application>
  <DocSecurity>0</DocSecurity>
  <Lines>28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ercan kiraz</cp:lastModifiedBy>
  <cp:revision>3</cp:revision>
  <dcterms:created xsi:type="dcterms:W3CDTF">2026-08-31T10:44:00Z</dcterms:created>
  <dcterms:modified xsi:type="dcterms:W3CDTF">2026-09-01T12:47:00Z</dcterms:modified>
  <cp:category/>
</cp:coreProperties>
</file>