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FD6CF" w14:textId="77777777" w:rsidR="00E93FC8" w:rsidRPr="00E93FC8" w:rsidRDefault="00E93FC8" w:rsidP="00E93FC8">
      <w:pPr>
        <w:spacing w:after="0" w:line="240" w:lineRule="auto"/>
        <w:jc w:val="center"/>
        <w:rPr>
          <w:rFonts w:eastAsia="MS Mincho" w:cs="Calibri"/>
          <w:b/>
          <w:szCs w:val="24"/>
        </w:rPr>
      </w:pPr>
      <w:r w:rsidRPr="00E93FC8">
        <w:rPr>
          <w:rFonts w:eastAsia="MS Mincho" w:cs="Calibri"/>
          <w:b/>
          <w:szCs w:val="24"/>
        </w:rPr>
        <w:t>T.C.</w:t>
      </w:r>
    </w:p>
    <w:p w14:paraId="4EB0B7B6" w14:textId="77777777" w:rsidR="00E93FC8" w:rsidRPr="00E93FC8" w:rsidRDefault="00E93FC8" w:rsidP="00E93FC8">
      <w:pPr>
        <w:spacing w:before="100" w:beforeAutospacing="1" w:after="100" w:afterAutospacing="1" w:line="240" w:lineRule="auto"/>
        <w:contextualSpacing/>
        <w:jc w:val="center"/>
        <w:rPr>
          <w:rFonts w:eastAsia="MS Mincho" w:cs="Calibri"/>
          <w:b/>
          <w:szCs w:val="24"/>
        </w:rPr>
      </w:pPr>
      <w:r w:rsidRPr="00E93FC8">
        <w:rPr>
          <w:rFonts w:eastAsia="MS Mincho" w:cs="Calibri"/>
          <w:b/>
          <w:szCs w:val="24"/>
        </w:rPr>
        <w:t>ÇANAKKALE ONSEKİZ MART ÜNİVERSİTESİ SPOR BİLİMLERİ FAKÜLTESİ ANTRENÖRLÜK EĞİTİMİ BÖLÜMÜ</w:t>
      </w:r>
    </w:p>
    <w:p w14:paraId="6C84AC43" w14:textId="77777777" w:rsidR="00E93FC8" w:rsidRDefault="00E93FC8" w:rsidP="00E93FC8">
      <w:pPr>
        <w:spacing w:before="100" w:beforeAutospacing="1" w:after="100" w:afterAutospacing="1" w:line="240" w:lineRule="auto"/>
        <w:contextualSpacing/>
        <w:jc w:val="center"/>
        <w:rPr>
          <w:rFonts w:eastAsia="MS Mincho" w:cs="Calibri"/>
          <w:b/>
          <w:szCs w:val="24"/>
        </w:rPr>
      </w:pPr>
      <w:r w:rsidRPr="00E93FC8">
        <w:rPr>
          <w:rFonts w:eastAsia="MS Mincho" w:cs="Calibri"/>
          <w:b/>
          <w:szCs w:val="24"/>
        </w:rPr>
        <w:t>İŞLETMEDE MESLEKİ EĞİTİM SÖZLEŞME FORMU</w:t>
      </w:r>
    </w:p>
    <w:p w14:paraId="221050B9" w14:textId="77777777" w:rsidR="00E93FC8" w:rsidRPr="00E93FC8" w:rsidRDefault="00E93FC8" w:rsidP="00E93FC8">
      <w:pPr>
        <w:spacing w:before="100" w:beforeAutospacing="1" w:after="100" w:afterAutospacing="1" w:line="240" w:lineRule="auto"/>
        <w:contextualSpacing/>
        <w:jc w:val="center"/>
        <w:rPr>
          <w:rFonts w:eastAsia="MS Mincho" w:cs="Calibri"/>
          <w:b/>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60"/>
      </w:tblGrid>
      <w:tr w:rsidR="00E93FC8" w:rsidRPr="00E93FC8" w14:paraId="3BA1E918" w14:textId="77777777" w:rsidTr="004E0B44">
        <w:trPr>
          <w:jc w:val="center"/>
        </w:trPr>
        <w:tc>
          <w:tcPr>
            <w:tcW w:w="1980" w:type="dxa"/>
          </w:tcPr>
          <w:p w14:paraId="38D17CCD" w14:textId="77777777" w:rsidR="00E93FC8" w:rsidRPr="00E93FC8" w:rsidRDefault="00E93FC8" w:rsidP="00E93FC8">
            <w:pPr>
              <w:spacing w:before="100" w:beforeAutospacing="1" w:after="100" w:afterAutospacing="1" w:line="240" w:lineRule="auto"/>
              <w:contextualSpacing/>
              <w:rPr>
                <w:rFonts w:eastAsia="MS Mincho" w:cs="Calibri"/>
                <w:sz w:val="20"/>
                <w:szCs w:val="20"/>
              </w:rPr>
            </w:pPr>
            <w:r w:rsidRPr="00E93FC8">
              <w:rPr>
                <w:rFonts w:eastAsia="MS Mincho" w:cs="Calibri"/>
                <w:sz w:val="20"/>
                <w:szCs w:val="20"/>
              </w:rPr>
              <w:t>ÖĞRETİM YILI:</w:t>
            </w:r>
          </w:p>
        </w:tc>
        <w:tc>
          <w:tcPr>
            <w:tcW w:w="7660" w:type="dxa"/>
          </w:tcPr>
          <w:p w14:paraId="57ADA50E" w14:textId="77777777" w:rsidR="00E93FC8" w:rsidRPr="00E93FC8" w:rsidRDefault="00E93FC8" w:rsidP="00E93FC8">
            <w:pPr>
              <w:spacing w:before="100" w:beforeAutospacing="1" w:after="100" w:afterAutospacing="1" w:line="240" w:lineRule="auto"/>
              <w:contextualSpacing/>
              <w:rPr>
                <w:rFonts w:eastAsia="MS Mincho" w:cs="Calibri"/>
                <w:sz w:val="20"/>
                <w:szCs w:val="20"/>
              </w:rPr>
            </w:pPr>
          </w:p>
        </w:tc>
      </w:tr>
    </w:tbl>
    <w:p w14:paraId="1504056A" w14:textId="77777777" w:rsidR="00E93FC8" w:rsidRPr="00E93FC8" w:rsidRDefault="00E93FC8" w:rsidP="00E93FC8">
      <w:pPr>
        <w:spacing w:before="100" w:beforeAutospacing="1" w:after="100" w:afterAutospacing="1" w:line="280" w:lineRule="atLeast"/>
        <w:ind w:firstLine="426"/>
        <w:contextualSpacing/>
        <w:jc w:val="both"/>
        <w:rPr>
          <w:rFonts w:eastAsia="MS Mincho" w:cs="Calibri"/>
          <w:b/>
          <w:sz w:val="20"/>
          <w:szCs w:val="20"/>
        </w:rPr>
      </w:pPr>
      <w:r w:rsidRPr="00E93FC8">
        <w:rPr>
          <w:rFonts w:eastAsia="MS Mincho" w:cs="Calibri"/>
          <w:b/>
          <w:sz w:val="20"/>
          <w:szCs w:val="20"/>
        </w:rPr>
        <w:t>İŞLETMEDE MESLEKİ EĞİTİM YAPACAK ÖĞRENCİNİN:</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87"/>
        <w:gridCol w:w="289"/>
        <w:gridCol w:w="51"/>
        <w:gridCol w:w="239"/>
        <w:gridCol w:w="102"/>
        <w:gridCol w:w="188"/>
        <w:gridCol w:w="154"/>
        <w:gridCol w:w="136"/>
        <w:gridCol w:w="205"/>
        <w:gridCol w:w="85"/>
        <w:gridCol w:w="257"/>
        <w:gridCol w:w="33"/>
        <w:gridCol w:w="291"/>
        <w:gridCol w:w="17"/>
        <w:gridCol w:w="273"/>
        <w:gridCol w:w="69"/>
        <w:gridCol w:w="221"/>
        <w:gridCol w:w="120"/>
        <w:gridCol w:w="170"/>
        <w:gridCol w:w="172"/>
        <w:gridCol w:w="118"/>
        <w:gridCol w:w="223"/>
        <w:gridCol w:w="67"/>
        <w:gridCol w:w="250"/>
        <w:gridCol w:w="331"/>
        <w:gridCol w:w="290"/>
        <w:gridCol w:w="290"/>
        <w:gridCol w:w="290"/>
        <w:gridCol w:w="348"/>
        <w:gridCol w:w="236"/>
        <w:gridCol w:w="291"/>
        <w:gridCol w:w="290"/>
        <w:gridCol w:w="290"/>
        <w:gridCol w:w="290"/>
        <w:gridCol w:w="290"/>
        <w:gridCol w:w="290"/>
        <w:gridCol w:w="295"/>
      </w:tblGrid>
      <w:tr w:rsidR="00E93FC8" w:rsidRPr="00E93FC8" w14:paraId="5A479E8A" w14:textId="77777777" w:rsidTr="004E0B44">
        <w:trPr>
          <w:jc w:val="center"/>
        </w:trPr>
        <w:tc>
          <w:tcPr>
            <w:tcW w:w="2087" w:type="dxa"/>
          </w:tcPr>
          <w:p w14:paraId="56507538" w14:textId="77777777" w:rsidR="00E93FC8" w:rsidRPr="00E93FC8" w:rsidRDefault="00E93FC8" w:rsidP="00E93FC8">
            <w:pPr>
              <w:spacing w:before="100" w:beforeAutospacing="1" w:after="100" w:afterAutospacing="1" w:line="280" w:lineRule="atLeast"/>
              <w:contextualSpacing/>
              <w:rPr>
                <w:rFonts w:eastAsia="MS Mincho" w:cs="Calibri"/>
                <w:sz w:val="20"/>
                <w:szCs w:val="20"/>
              </w:rPr>
            </w:pPr>
            <w:r w:rsidRPr="00E93FC8">
              <w:rPr>
                <w:rFonts w:eastAsia="MS Mincho" w:cs="Calibri"/>
                <w:sz w:val="20"/>
                <w:szCs w:val="20"/>
              </w:rPr>
              <w:t>Adı Soyadı:</w:t>
            </w:r>
          </w:p>
        </w:tc>
        <w:tc>
          <w:tcPr>
            <w:tcW w:w="3730" w:type="dxa"/>
            <w:gridSpan w:val="23"/>
          </w:tcPr>
          <w:p w14:paraId="67ADCAA5"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1549" w:type="dxa"/>
            <w:gridSpan w:val="5"/>
          </w:tcPr>
          <w:p w14:paraId="11440BF6"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Doğum Tarihi:</w:t>
            </w:r>
          </w:p>
        </w:tc>
        <w:tc>
          <w:tcPr>
            <w:tcW w:w="2268" w:type="dxa"/>
            <w:gridSpan w:val="8"/>
          </w:tcPr>
          <w:p w14:paraId="7A8BA50B"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w:t>
            </w:r>
          </w:p>
        </w:tc>
      </w:tr>
      <w:tr w:rsidR="00E93FC8" w:rsidRPr="00E93FC8" w14:paraId="2D087E09" w14:textId="77777777" w:rsidTr="004E0B44">
        <w:trPr>
          <w:jc w:val="center"/>
        </w:trPr>
        <w:tc>
          <w:tcPr>
            <w:tcW w:w="2087" w:type="dxa"/>
          </w:tcPr>
          <w:p w14:paraId="089A049B" w14:textId="77777777" w:rsidR="00E93FC8" w:rsidRPr="00E93FC8" w:rsidRDefault="00E93FC8" w:rsidP="00E93FC8">
            <w:pPr>
              <w:spacing w:before="100" w:beforeAutospacing="1" w:after="100" w:afterAutospacing="1" w:line="280" w:lineRule="atLeast"/>
              <w:contextualSpacing/>
              <w:rPr>
                <w:rFonts w:eastAsia="MS Mincho" w:cs="Calibri"/>
                <w:sz w:val="20"/>
                <w:szCs w:val="20"/>
              </w:rPr>
            </w:pPr>
            <w:r w:rsidRPr="00E93FC8">
              <w:rPr>
                <w:rFonts w:eastAsia="MS Mincho" w:cs="Calibri"/>
                <w:sz w:val="20"/>
                <w:szCs w:val="20"/>
              </w:rPr>
              <w:t>T.C. Kimlik No:</w:t>
            </w:r>
          </w:p>
        </w:tc>
        <w:tc>
          <w:tcPr>
            <w:tcW w:w="340" w:type="dxa"/>
            <w:gridSpan w:val="2"/>
          </w:tcPr>
          <w:p w14:paraId="17AF5413"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1" w:type="dxa"/>
            <w:gridSpan w:val="2"/>
          </w:tcPr>
          <w:p w14:paraId="3C39255C"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2" w:type="dxa"/>
            <w:gridSpan w:val="2"/>
          </w:tcPr>
          <w:p w14:paraId="775B06B2"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1" w:type="dxa"/>
            <w:gridSpan w:val="2"/>
          </w:tcPr>
          <w:p w14:paraId="7A1CD76B"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2" w:type="dxa"/>
            <w:gridSpan w:val="2"/>
          </w:tcPr>
          <w:p w14:paraId="3F810E58"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1" w:type="dxa"/>
            <w:gridSpan w:val="3"/>
          </w:tcPr>
          <w:p w14:paraId="55102427"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2" w:type="dxa"/>
            <w:gridSpan w:val="2"/>
          </w:tcPr>
          <w:p w14:paraId="6747D25E"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1" w:type="dxa"/>
            <w:gridSpan w:val="2"/>
          </w:tcPr>
          <w:p w14:paraId="495E570F"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2" w:type="dxa"/>
            <w:gridSpan w:val="2"/>
          </w:tcPr>
          <w:p w14:paraId="433EBE67"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41" w:type="dxa"/>
            <w:gridSpan w:val="2"/>
          </w:tcPr>
          <w:p w14:paraId="591B5B18"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317" w:type="dxa"/>
            <w:gridSpan w:val="2"/>
          </w:tcPr>
          <w:p w14:paraId="09829438"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c>
          <w:tcPr>
            <w:tcW w:w="1549" w:type="dxa"/>
            <w:gridSpan w:val="5"/>
          </w:tcPr>
          <w:p w14:paraId="717CDC6B"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Öğrenci No:</w:t>
            </w:r>
          </w:p>
        </w:tc>
        <w:tc>
          <w:tcPr>
            <w:tcW w:w="2268" w:type="dxa"/>
            <w:gridSpan w:val="8"/>
          </w:tcPr>
          <w:p w14:paraId="5E20D7ED"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p>
        </w:tc>
      </w:tr>
      <w:tr w:rsidR="00E93FC8" w:rsidRPr="00E93FC8" w14:paraId="3CC1EC9A" w14:textId="77777777" w:rsidTr="004E0B44">
        <w:trPr>
          <w:jc w:val="center"/>
        </w:trPr>
        <w:tc>
          <w:tcPr>
            <w:tcW w:w="2087" w:type="dxa"/>
          </w:tcPr>
          <w:p w14:paraId="39D7D811" w14:textId="77777777" w:rsidR="00E93FC8" w:rsidRPr="00E93FC8" w:rsidRDefault="00E93FC8" w:rsidP="00E93FC8">
            <w:pPr>
              <w:spacing w:before="100" w:beforeAutospacing="1" w:after="100" w:afterAutospacing="1" w:line="280" w:lineRule="atLeast"/>
              <w:contextualSpacing/>
              <w:rPr>
                <w:rFonts w:eastAsia="MS Mincho" w:cs="Calibri"/>
                <w:sz w:val="20"/>
                <w:szCs w:val="20"/>
              </w:rPr>
            </w:pPr>
            <w:r w:rsidRPr="00E93FC8">
              <w:rPr>
                <w:rFonts w:eastAsia="MS Mincho" w:cs="Calibri"/>
                <w:sz w:val="20"/>
                <w:szCs w:val="20"/>
              </w:rPr>
              <w:t>IBAN No:</w:t>
            </w:r>
          </w:p>
        </w:tc>
        <w:tc>
          <w:tcPr>
            <w:tcW w:w="289" w:type="dxa"/>
          </w:tcPr>
          <w:p w14:paraId="2888D1E1"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r w:rsidRPr="00E93FC8">
              <w:rPr>
                <w:rFonts w:eastAsia="MS Mincho" w:cs="Calibri"/>
                <w:sz w:val="20"/>
                <w:szCs w:val="20"/>
              </w:rPr>
              <w:t>T</w:t>
            </w:r>
          </w:p>
        </w:tc>
        <w:tc>
          <w:tcPr>
            <w:tcW w:w="290" w:type="dxa"/>
            <w:gridSpan w:val="2"/>
          </w:tcPr>
          <w:p w14:paraId="23E86614"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r w:rsidRPr="00E93FC8">
              <w:rPr>
                <w:rFonts w:eastAsia="MS Mincho" w:cs="Calibri"/>
                <w:sz w:val="20"/>
                <w:szCs w:val="20"/>
              </w:rPr>
              <w:t>R</w:t>
            </w:r>
          </w:p>
        </w:tc>
        <w:tc>
          <w:tcPr>
            <w:tcW w:w="290" w:type="dxa"/>
            <w:gridSpan w:val="2"/>
          </w:tcPr>
          <w:p w14:paraId="25A0CFBB"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gridSpan w:val="2"/>
          </w:tcPr>
          <w:p w14:paraId="254DF0D5"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gridSpan w:val="2"/>
          </w:tcPr>
          <w:p w14:paraId="3A1CE230"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gridSpan w:val="2"/>
          </w:tcPr>
          <w:p w14:paraId="011E17DE"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1" w:type="dxa"/>
          </w:tcPr>
          <w:p w14:paraId="7A865D9C"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gridSpan w:val="2"/>
          </w:tcPr>
          <w:p w14:paraId="0FC23232"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gridSpan w:val="2"/>
          </w:tcPr>
          <w:p w14:paraId="280C653B"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gridSpan w:val="2"/>
          </w:tcPr>
          <w:p w14:paraId="7E9463B1"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gridSpan w:val="2"/>
          </w:tcPr>
          <w:p w14:paraId="1DC186A6"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gridSpan w:val="2"/>
          </w:tcPr>
          <w:p w14:paraId="24573FD6"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50" w:type="dxa"/>
          </w:tcPr>
          <w:p w14:paraId="4238AAB1"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331" w:type="dxa"/>
          </w:tcPr>
          <w:p w14:paraId="12F919C0"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tcPr>
          <w:p w14:paraId="795D9F3B"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tcPr>
          <w:p w14:paraId="17B29B63"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tcPr>
          <w:p w14:paraId="39FFEFAB"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348" w:type="dxa"/>
          </w:tcPr>
          <w:p w14:paraId="2A9A50A2"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36" w:type="dxa"/>
          </w:tcPr>
          <w:p w14:paraId="7D1424B3"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1" w:type="dxa"/>
          </w:tcPr>
          <w:p w14:paraId="08D0DCAB"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tcPr>
          <w:p w14:paraId="4FAE467D"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tcPr>
          <w:p w14:paraId="6BD3165B"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tcPr>
          <w:p w14:paraId="1C0D7EF2"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tcPr>
          <w:p w14:paraId="4CCBD451"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0" w:type="dxa"/>
          </w:tcPr>
          <w:p w14:paraId="429D0F6D"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295" w:type="dxa"/>
          </w:tcPr>
          <w:p w14:paraId="1E65A6EF"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r>
      <w:tr w:rsidR="00E93FC8" w:rsidRPr="00E93FC8" w14:paraId="34C7EE74" w14:textId="77777777" w:rsidTr="004E0B44">
        <w:trPr>
          <w:jc w:val="center"/>
        </w:trPr>
        <w:tc>
          <w:tcPr>
            <w:tcW w:w="2087" w:type="dxa"/>
          </w:tcPr>
          <w:p w14:paraId="769E9840" w14:textId="77777777" w:rsidR="00E93FC8" w:rsidRPr="00E93FC8" w:rsidRDefault="00E93FC8" w:rsidP="00E93FC8">
            <w:pPr>
              <w:spacing w:before="100" w:beforeAutospacing="1" w:after="100" w:afterAutospacing="1" w:line="280" w:lineRule="atLeast"/>
              <w:contextualSpacing/>
              <w:rPr>
                <w:rFonts w:eastAsia="MS Mincho" w:cs="Calibri"/>
                <w:sz w:val="20"/>
                <w:szCs w:val="20"/>
              </w:rPr>
            </w:pPr>
            <w:r w:rsidRPr="00E93FC8">
              <w:rPr>
                <w:rFonts w:eastAsia="MS Mincho" w:cs="Calibri"/>
                <w:sz w:val="20"/>
                <w:szCs w:val="20"/>
              </w:rPr>
              <w:t>E-posta Adresi (Aktif):</w:t>
            </w:r>
          </w:p>
        </w:tc>
        <w:tc>
          <w:tcPr>
            <w:tcW w:w="3730" w:type="dxa"/>
            <w:gridSpan w:val="23"/>
          </w:tcPr>
          <w:p w14:paraId="3D43B3F4"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p>
        </w:tc>
        <w:tc>
          <w:tcPr>
            <w:tcW w:w="1549" w:type="dxa"/>
            <w:gridSpan w:val="5"/>
          </w:tcPr>
          <w:p w14:paraId="695B7646"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Tel. No (GSM):</w:t>
            </w:r>
          </w:p>
        </w:tc>
        <w:tc>
          <w:tcPr>
            <w:tcW w:w="2268" w:type="dxa"/>
            <w:gridSpan w:val="8"/>
          </w:tcPr>
          <w:p w14:paraId="74D54513" w14:textId="77777777" w:rsidR="00E93FC8" w:rsidRPr="00E93FC8" w:rsidRDefault="00E93FC8" w:rsidP="00E93FC8">
            <w:pPr>
              <w:spacing w:before="100" w:beforeAutospacing="1" w:after="100" w:afterAutospacing="1" w:line="280" w:lineRule="atLeast"/>
              <w:contextualSpacing/>
              <w:jc w:val="center"/>
              <w:rPr>
                <w:rFonts w:eastAsia="MS Mincho" w:cs="Calibri"/>
                <w:sz w:val="20"/>
                <w:szCs w:val="20"/>
              </w:rPr>
            </w:pPr>
            <w:r w:rsidRPr="00E93FC8">
              <w:rPr>
                <w:rFonts w:eastAsia="MS Mincho" w:cs="Calibri"/>
                <w:sz w:val="20"/>
                <w:szCs w:val="20"/>
              </w:rPr>
              <w:t>05 ……..  ……..….</w:t>
            </w:r>
          </w:p>
        </w:tc>
      </w:tr>
      <w:tr w:rsidR="00E93FC8" w:rsidRPr="00E93FC8" w14:paraId="71818417" w14:textId="77777777" w:rsidTr="004E0B44">
        <w:trPr>
          <w:jc w:val="center"/>
        </w:trPr>
        <w:tc>
          <w:tcPr>
            <w:tcW w:w="2087" w:type="dxa"/>
          </w:tcPr>
          <w:p w14:paraId="7513980D" w14:textId="77777777" w:rsidR="00E93FC8" w:rsidRPr="00E93FC8" w:rsidRDefault="00E93FC8" w:rsidP="00E93FC8">
            <w:pPr>
              <w:spacing w:before="100" w:beforeAutospacing="1" w:after="100" w:afterAutospacing="1" w:line="280" w:lineRule="atLeast"/>
              <w:contextualSpacing/>
              <w:rPr>
                <w:rFonts w:eastAsia="MS Mincho" w:cs="Calibri"/>
                <w:sz w:val="20"/>
                <w:szCs w:val="20"/>
              </w:rPr>
            </w:pPr>
            <w:r w:rsidRPr="00E93FC8">
              <w:rPr>
                <w:rFonts w:eastAsia="MS Mincho" w:cs="Calibri"/>
                <w:sz w:val="20"/>
                <w:szCs w:val="20"/>
              </w:rPr>
              <w:t>Sigorta Beyanı:</w:t>
            </w:r>
          </w:p>
        </w:tc>
        <w:tc>
          <w:tcPr>
            <w:tcW w:w="7547" w:type="dxa"/>
            <w:gridSpan w:val="36"/>
          </w:tcPr>
          <w:p w14:paraId="0BBD289B" w14:textId="77777777" w:rsidR="00E93FC8" w:rsidRPr="005C6A98" w:rsidRDefault="00E93FC8" w:rsidP="00E93FC8">
            <w:pPr>
              <w:autoSpaceDE w:val="0"/>
              <w:autoSpaceDN w:val="0"/>
              <w:adjustRightInd w:val="0"/>
              <w:spacing w:after="0" w:line="240" w:lineRule="auto"/>
              <w:rPr>
                <w:rFonts w:eastAsia="Calibri" w:cs="Times New Roman"/>
                <w:color w:val="000000"/>
                <w:sz w:val="20"/>
                <w:szCs w:val="20"/>
                <w:lang w:val="tr-TR"/>
              </w:rPr>
            </w:pPr>
            <w:r w:rsidRPr="00E93FC8">
              <w:rPr>
                <w:rFonts w:ascii="Calibri" w:eastAsia="Calibri" w:hAnsi="Calibri" w:cs="Calibri"/>
                <w:b/>
                <w:color w:val="000000"/>
                <w:sz w:val="20"/>
                <w:szCs w:val="20"/>
                <w:lang w:val="tr-TR"/>
              </w:rPr>
              <w:sym w:font="Symbol" w:char="F07F"/>
            </w:r>
            <w:r w:rsidRPr="00E93FC8">
              <w:rPr>
                <w:rFonts w:ascii="Calibri" w:eastAsia="Calibri" w:hAnsi="Calibri" w:cs="Calibri"/>
                <w:b/>
                <w:color w:val="000000"/>
                <w:sz w:val="20"/>
                <w:szCs w:val="20"/>
                <w:lang w:val="tr-TR"/>
              </w:rPr>
              <w:t xml:space="preserve"> </w:t>
            </w:r>
            <w:r w:rsidRPr="005C6A98">
              <w:rPr>
                <w:rFonts w:eastAsia="Calibri" w:cs="Times New Roman"/>
                <w:b/>
                <w:color w:val="000000"/>
                <w:sz w:val="20"/>
                <w:szCs w:val="20"/>
                <w:lang w:val="tr-TR"/>
              </w:rPr>
              <w:t>Herhangi bir sosyal güvencem yoktur.</w:t>
            </w:r>
          </w:p>
          <w:p w14:paraId="72CB7BC7" w14:textId="77777777" w:rsidR="00E93FC8" w:rsidRPr="005C6A98" w:rsidRDefault="00E93FC8" w:rsidP="00E93FC8">
            <w:pPr>
              <w:autoSpaceDE w:val="0"/>
              <w:autoSpaceDN w:val="0"/>
              <w:adjustRightInd w:val="0"/>
              <w:spacing w:after="0" w:line="240" w:lineRule="auto"/>
              <w:rPr>
                <w:rFonts w:eastAsia="Calibri" w:cs="Times New Roman"/>
                <w:color w:val="000000"/>
                <w:sz w:val="20"/>
                <w:szCs w:val="20"/>
                <w:lang w:val="tr-TR"/>
              </w:rPr>
            </w:pPr>
            <w:r w:rsidRPr="005C6A98">
              <w:rPr>
                <w:rFonts w:eastAsia="Calibri" w:cs="Times New Roman"/>
                <w:b/>
                <w:color w:val="000000"/>
                <w:sz w:val="20"/>
                <w:szCs w:val="20"/>
                <w:lang w:val="tr-TR"/>
              </w:rPr>
              <w:sym w:font="Symbol" w:char="F07F"/>
            </w:r>
            <w:r w:rsidRPr="005C6A98">
              <w:rPr>
                <w:rFonts w:eastAsia="Calibri" w:cs="Times New Roman"/>
                <w:b/>
                <w:color w:val="000000"/>
                <w:sz w:val="20"/>
                <w:szCs w:val="20"/>
                <w:lang w:val="tr-TR"/>
              </w:rPr>
              <w:t xml:space="preserve"> Pasif Sigortalı</w:t>
            </w:r>
            <w:r w:rsidRPr="005C6A98">
              <w:rPr>
                <w:rFonts w:eastAsia="Calibri" w:cs="Times New Roman"/>
                <w:color w:val="000000"/>
                <w:sz w:val="20"/>
                <w:szCs w:val="20"/>
                <w:lang w:val="tr-TR"/>
              </w:rPr>
              <w:t xml:space="preserve"> (Ailem üzerinden sağlık sigortam var.)</w:t>
            </w:r>
          </w:p>
          <w:p w14:paraId="03586759" w14:textId="77777777" w:rsidR="00E93FC8" w:rsidRPr="00E93FC8" w:rsidRDefault="00E93FC8" w:rsidP="00E93FC8">
            <w:pPr>
              <w:autoSpaceDE w:val="0"/>
              <w:autoSpaceDN w:val="0"/>
              <w:adjustRightInd w:val="0"/>
              <w:spacing w:after="0" w:line="240" w:lineRule="auto"/>
              <w:rPr>
                <w:rFonts w:ascii="Calibri" w:eastAsia="Calibri" w:hAnsi="Calibri" w:cs="Calibri"/>
                <w:color w:val="000000"/>
                <w:szCs w:val="24"/>
                <w:lang w:val="tr-TR"/>
              </w:rPr>
            </w:pPr>
            <w:r w:rsidRPr="005C6A98">
              <w:rPr>
                <w:rFonts w:eastAsia="Calibri" w:cs="Times New Roman"/>
                <w:b/>
                <w:color w:val="000000"/>
                <w:sz w:val="20"/>
                <w:szCs w:val="20"/>
                <w:lang w:val="tr-TR"/>
              </w:rPr>
              <w:sym w:font="Symbol" w:char="F07F"/>
            </w:r>
            <w:r w:rsidRPr="005C6A98">
              <w:rPr>
                <w:rFonts w:eastAsia="Calibri" w:cs="Times New Roman"/>
                <w:b/>
                <w:color w:val="000000"/>
                <w:sz w:val="20"/>
                <w:szCs w:val="20"/>
                <w:lang w:val="tr-TR"/>
              </w:rPr>
              <w:t xml:space="preserve"> Aktif Sigortalı</w:t>
            </w:r>
            <w:r w:rsidRPr="005C6A98">
              <w:rPr>
                <w:rFonts w:eastAsia="Calibri" w:cs="Times New Roman"/>
                <w:color w:val="000000"/>
                <w:sz w:val="20"/>
                <w:szCs w:val="20"/>
                <w:lang w:val="tr-TR"/>
              </w:rPr>
              <w:t xml:space="preserve"> (SGK’ ya tabi olarak çalıştığımdan kendi sağlık sigortam var).</w:t>
            </w:r>
            <w:r w:rsidRPr="00E93FC8">
              <w:rPr>
                <w:rFonts w:ascii="Calibri" w:eastAsia="Calibri" w:hAnsi="Calibri" w:cs="Calibri"/>
                <w:color w:val="000000"/>
                <w:szCs w:val="24"/>
                <w:lang w:val="tr-TR"/>
              </w:rPr>
              <w:t xml:space="preserve"> </w:t>
            </w:r>
          </w:p>
        </w:tc>
      </w:tr>
    </w:tbl>
    <w:p w14:paraId="19437840" w14:textId="77777777" w:rsidR="00E93FC8" w:rsidRPr="00E93FC8" w:rsidRDefault="00E93FC8" w:rsidP="00E93FC8">
      <w:pPr>
        <w:spacing w:before="100" w:beforeAutospacing="1" w:after="100" w:afterAutospacing="1" w:line="280" w:lineRule="atLeast"/>
        <w:ind w:firstLine="426"/>
        <w:contextualSpacing/>
        <w:jc w:val="both"/>
        <w:rPr>
          <w:rFonts w:eastAsia="MS Mincho" w:cs="Calibri"/>
          <w:b/>
          <w:sz w:val="20"/>
          <w:szCs w:val="20"/>
        </w:rPr>
      </w:pPr>
      <w:r w:rsidRPr="00E93FC8">
        <w:rPr>
          <w:rFonts w:eastAsia="MS Mincho" w:cs="Calibri"/>
          <w:b/>
          <w:sz w:val="20"/>
          <w:szCs w:val="20"/>
        </w:rPr>
        <w:t>İŞLETME EĞİTİMİNİN:</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700"/>
        <w:gridCol w:w="1519"/>
        <w:gridCol w:w="1678"/>
        <w:gridCol w:w="946"/>
        <w:gridCol w:w="1984"/>
      </w:tblGrid>
      <w:tr w:rsidR="00E93FC8" w:rsidRPr="00E93FC8" w14:paraId="581A9094" w14:textId="77777777" w:rsidTr="00E93FC8">
        <w:trPr>
          <w:jc w:val="center"/>
        </w:trPr>
        <w:tc>
          <w:tcPr>
            <w:tcW w:w="1797" w:type="dxa"/>
          </w:tcPr>
          <w:p w14:paraId="4C68E4C0"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Başlama Tarihi:</w:t>
            </w:r>
          </w:p>
        </w:tc>
        <w:tc>
          <w:tcPr>
            <w:tcW w:w="1700" w:type="dxa"/>
          </w:tcPr>
          <w:p w14:paraId="6F1C67BF"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.….../..…./20…..</w:t>
            </w:r>
          </w:p>
        </w:tc>
        <w:tc>
          <w:tcPr>
            <w:tcW w:w="1519" w:type="dxa"/>
          </w:tcPr>
          <w:p w14:paraId="2FC50DF6"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Bitiş Tarihi:</w:t>
            </w:r>
          </w:p>
        </w:tc>
        <w:tc>
          <w:tcPr>
            <w:tcW w:w="1678" w:type="dxa"/>
          </w:tcPr>
          <w:p w14:paraId="35B56EB5"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…..../……/20….</w:t>
            </w:r>
          </w:p>
        </w:tc>
        <w:tc>
          <w:tcPr>
            <w:tcW w:w="946" w:type="dxa"/>
          </w:tcPr>
          <w:p w14:paraId="0C64F584"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Süresi:</w:t>
            </w:r>
          </w:p>
        </w:tc>
        <w:tc>
          <w:tcPr>
            <w:tcW w:w="1984" w:type="dxa"/>
          </w:tcPr>
          <w:p w14:paraId="182B81AD" w14:textId="77777777" w:rsidR="00E93FC8" w:rsidRPr="00E93FC8" w:rsidRDefault="00E93FC8" w:rsidP="00E93FC8">
            <w:pPr>
              <w:spacing w:before="100" w:beforeAutospacing="1" w:after="100" w:afterAutospacing="1" w:line="280" w:lineRule="atLeast"/>
              <w:contextualSpacing/>
              <w:jc w:val="both"/>
              <w:rPr>
                <w:rFonts w:eastAsia="MS Mincho" w:cs="Calibri"/>
                <w:sz w:val="20"/>
                <w:szCs w:val="20"/>
              </w:rPr>
            </w:pPr>
            <w:r w:rsidRPr="00E93FC8">
              <w:rPr>
                <w:rFonts w:eastAsia="MS Mincho" w:cs="Calibri"/>
                <w:sz w:val="20"/>
                <w:szCs w:val="20"/>
              </w:rPr>
              <w:t>………… İş Günü</w:t>
            </w:r>
          </w:p>
        </w:tc>
      </w:tr>
    </w:tbl>
    <w:p w14:paraId="0E296997" w14:textId="77777777" w:rsidR="00E93FC8" w:rsidRPr="00E93FC8" w:rsidRDefault="00E93FC8" w:rsidP="00E93FC8">
      <w:pPr>
        <w:spacing w:after="0" w:line="240" w:lineRule="auto"/>
        <w:jc w:val="both"/>
        <w:rPr>
          <w:rFonts w:eastAsia="MS Mincho" w:cs="Calibri"/>
          <w:b/>
          <w:sz w:val="20"/>
          <w:szCs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4748"/>
      </w:tblGrid>
      <w:tr w:rsidR="00E93FC8" w:rsidRPr="00E93FC8" w14:paraId="79B93A4A" w14:textId="77777777" w:rsidTr="00E93FC8">
        <w:trPr>
          <w:trHeight w:val="670"/>
        </w:trPr>
        <w:tc>
          <w:tcPr>
            <w:tcW w:w="4767" w:type="dxa"/>
          </w:tcPr>
          <w:p w14:paraId="65C487F1" w14:textId="77777777" w:rsidR="00E93FC8" w:rsidRPr="00E93FC8" w:rsidRDefault="00E93FC8" w:rsidP="00E93FC8">
            <w:pPr>
              <w:spacing w:after="0" w:line="240" w:lineRule="auto"/>
              <w:jc w:val="both"/>
              <w:rPr>
                <w:rFonts w:eastAsia="MS Mincho" w:cs="Calibri"/>
                <w:b/>
                <w:sz w:val="20"/>
                <w:szCs w:val="20"/>
                <w:u w:val="single"/>
              </w:rPr>
            </w:pPr>
            <w:r w:rsidRPr="00E93FC8">
              <w:rPr>
                <w:rFonts w:eastAsia="MS Mincho" w:cs="Calibri"/>
                <w:sz w:val="20"/>
                <w:szCs w:val="20"/>
              </w:rPr>
              <w:t>İşletmede Mesleki Eğitimin Yapılacağı Kurum/İşletme Adı:</w:t>
            </w:r>
          </w:p>
        </w:tc>
        <w:tc>
          <w:tcPr>
            <w:tcW w:w="4748" w:type="dxa"/>
          </w:tcPr>
          <w:p w14:paraId="3FA00A55" w14:textId="77777777" w:rsidR="00E93FC8" w:rsidRPr="00E93FC8" w:rsidRDefault="00E93FC8" w:rsidP="00E93FC8">
            <w:pPr>
              <w:spacing w:after="0" w:line="240" w:lineRule="auto"/>
              <w:jc w:val="both"/>
              <w:rPr>
                <w:rFonts w:eastAsia="MS Mincho" w:cs="Calibri"/>
                <w:b/>
                <w:sz w:val="20"/>
                <w:szCs w:val="20"/>
                <w:u w:val="single"/>
              </w:rPr>
            </w:pPr>
          </w:p>
        </w:tc>
      </w:tr>
      <w:tr w:rsidR="00E93FC8" w:rsidRPr="00E93FC8" w14:paraId="32D5B98F" w14:textId="77777777" w:rsidTr="00E93FC8">
        <w:tc>
          <w:tcPr>
            <w:tcW w:w="4767" w:type="dxa"/>
          </w:tcPr>
          <w:p w14:paraId="51FE19CD" w14:textId="77777777" w:rsidR="00E93FC8" w:rsidRPr="00E93FC8" w:rsidRDefault="00E93FC8" w:rsidP="00E93FC8">
            <w:pPr>
              <w:spacing w:before="100" w:beforeAutospacing="1" w:after="100" w:afterAutospacing="1" w:line="280" w:lineRule="atLeast"/>
              <w:contextualSpacing/>
              <w:rPr>
                <w:rFonts w:eastAsia="MS Mincho" w:cs="Calibri"/>
                <w:sz w:val="20"/>
                <w:szCs w:val="20"/>
              </w:rPr>
            </w:pPr>
            <w:r w:rsidRPr="00E93FC8">
              <w:rPr>
                <w:rFonts w:eastAsia="MS Mincho" w:cs="Calibri"/>
                <w:sz w:val="20"/>
                <w:szCs w:val="20"/>
              </w:rPr>
              <w:t>Kurum/İşletme Adresi:</w:t>
            </w:r>
          </w:p>
          <w:p w14:paraId="1C309D20" w14:textId="77777777" w:rsidR="00E93FC8" w:rsidRPr="00E93FC8" w:rsidRDefault="00E93FC8" w:rsidP="00E93FC8">
            <w:pPr>
              <w:spacing w:before="100" w:beforeAutospacing="1" w:after="100" w:afterAutospacing="1" w:line="280" w:lineRule="atLeast"/>
              <w:contextualSpacing/>
              <w:rPr>
                <w:rFonts w:eastAsia="MS Mincho" w:cs="Calibri"/>
                <w:sz w:val="20"/>
                <w:szCs w:val="20"/>
              </w:rPr>
            </w:pPr>
            <w:r w:rsidRPr="00E93FC8">
              <w:rPr>
                <w:rFonts w:eastAsia="MS Mincho" w:cs="Calibri"/>
                <w:sz w:val="20"/>
                <w:szCs w:val="20"/>
              </w:rPr>
              <w:t>(İşletme Eğitiminin yapılacağı yerin adresi)</w:t>
            </w:r>
          </w:p>
        </w:tc>
        <w:tc>
          <w:tcPr>
            <w:tcW w:w="4748" w:type="dxa"/>
          </w:tcPr>
          <w:p w14:paraId="10088B53" w14:textId="77777777" w:rsidR="00E93FC8" w:rsidRPr="00E93FC8" w:rsidRDefault="00E93FC8" w:rsidP="00E93FC8">
            <w:pPr>
              <w:spacing w:after="0" w:line="240" w:lineRule="auto"/>
              <w:jc w:val="both"/>
              <w:rPr>
                <w:rFonts w:eastAsia="MS Mincho" w:cs="Calibri"/>
                <w:b/>
                <w:sz w:val="20"/>
                <w:szCs w:val="20"/>
                <w:u w:val="single"/>
              </w:rPr>
            </w:pPr>
          </w:p>
        </w:tc>
      </w:tr>
    </w:tbl>
    <w:p w14:paraId="4C3C6496" w14:textId="77777777" w:rsidR="00E93FC8" w:rsidRPr="00E93FC8" w:rsidRDefault="00E93FC8" w:rsidP="00E93FC8">
      <w:pPr>
        <w:spacing w:after="0" w:line="240" w:lineRule="auto"/>
        <w:ind w:left="426"/>
        <w:jc w:val="both"/>
        <w:rPr>
          <w:rFonts w:eastAsia="MS Mincho" w:cs="Calibri"/>
          <w:b/>
          <w:sz w:val="20"/>
          <w:szCs w:val="20"/>
          <w:u w:val="single"/>
        </w:rPr>
      </w:pPr>
    </w:p>
    <w:p w14:paraId="43EBACD4" w14:textId="77777777" w:rsidR="00E93FC8" w:rsidRPr="00E93FC8" w:rsidRDefault="00E93FC8" w:rsidP="00E93FC8">
      <w:pPr>
        <w:spacing w:after="0" w:line="240" w:lineRule="auto"/>
        <w:ind w:left="426"/>
        <w:jc w:val="both"/>
        <w:rPr>
          <w:rFonts w:eastAsia="MS Mincho" w:cs="Calibri"/>
          <w:b/>
          <w:sz w:val="20"/>
          <w:szCs w:val="20"/>
          <w:u w:val="single"/>
        </w:rPr>
      </w:pPr>
      <w:r w:rsidRPr="00E93FC8">
        <w:rPr>
          <w:rFonts w:eastAsia="MS Mincho" w:cs="Calibri"/>
          <w:b/>
          <w:sz w:val="20"/>
          <w:szCs w:val="20"/>
          <w:u w:val="single"/>
        </w:rPr>
        <w:t>*Yukarıda yer alan tüm alanlar elektronik ortamda doldurulacaktır.</w:t>
      </w:r>
    </w:p>
    <w:p w14:paraId="43520ECB" w14:textId="77777777" w:rsidR="00E93FC8" w:rsidRPr="00E93FC8" w:rsidRDefault="00E93FC8" w:rsidP="00E93FC8">
      <w:pPr>
        <w:spacing w:after="0" w:line="240" w:lineRule="auto"/>
        <w:ind w:left="426"/>
        <w:jc w:val="both"/>
        <w:rPr>
          <w:rFonts w:eastAsia="MS Mincho" w:cs="Calibri"/>
          <w:b/>
          <w:sz w:val="20"/>
          <w:szCs w:val="20"/>
          <w:u w:val="single"/>
        </w:rPr>
      </w:pPr>
      <w:r w:rsidRPr="00E93FC8">
        <w:rPr>
          <w:rFonts w:eastAsia="MS Mincho" w:cs="Calibri"/>
          <w:b/>
          <w:sz w:val="20"/>
          <w:szCs w:val="20"/>
          <w:u w:val="single"/>
        </w:rPr>
        <w:t>İşbu Sözleşme, ekte yer alan İşyeri Eğitimi Esasları ve Tarafların Yükümlülükleri taraflarca okunarak kabul ve imza edilmiştir.</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61"/>
      </w:tblGrid>
      <w:tr w:rsidR="00E93FC8" w:rsidRPr="00E93FC8" w14:paraId="1F45693C" w14:textId="77777777" w:rsidTr="004E0B44">
        <w:trPr>
          <w:jc w:val="center"/>
        </w:trPr>
        <w:tc>
          <w:tcPr>
            <w:tcW w:w="4673" w:type="dxa"/>
          </w:tcPr>
          <w:p w14:paraId="3E0E4A0D" w14:textId="77777777" w:rsidR="00E93FC8" w:rsidRPr="00E93FC8" w:rsidRDefault="00E93FC8" w:rsidP="00E93FC8">
            <w:pPr>
              <w:spacing w:after="0" w:line="240" w:lineRule="auto"/>
              <w:jc w:val="center"/>
              <w:rPr>
                <w:rFonts w:eastAsia="MS Mincho" w:cs="Calibri"/>
                <w:b/>
                <w:sz w:val="20"/>
                <w:szCs w:val="20"/>
              </w:rPr>
            </w:pPr>
            <w:r w:rsidRPr="00E93FC8">
              <w:rPr>
                <w:rFonts w:eastAsia="MS Mincho" w:cs="Calibri"/>
                <w:b/>
                <w:sz w:val="20"/>
                <w:szCs w:val="20"/>
              </w:rPr>
              <w:t xml:space="preserve">ÖĞRENCİ </w:t>
            </w:r>
            <w:r w:rsidRPr="00E93FC8">
              <w:rPr>
                <w:rFonts w:eastAsia="MS Mincho" w:cs="Calibri"/>
                <w:b/>
                <w:sz w:val="20"/>
                <w:szCs w:val="20"/>
              </w:rPr>
              <w:br/>
              <w:t>(İmza)</w:t>
            </w:r>
          </w:p>
        </w:tc>
        <w:tc>
          <w:tcPr>
            <w:tcW w:w="4961" w:type="dxa"/>
          </w:tcPr>
          <w:p w14:paraId="453BB96D" w14:textId="77777777" w:rsidR="00E93FC8" w:rsidRPr="00E93FC8" w:rsidRDefault="00E93FC8" w:rsidP="00E93FC8">
            <w:pPr>
              <w:spacing w:after="0" w:line="240" w:lineRule="auto"/>
              <w:jc w:val="center"/>
              <w:rPr>
                <w:rFonts w:eastAsia="MS Mincho" w:cs="Calibri"/>
                <w:b/>
                <w:sz w:val="20"/>
                <w:szCs w:val="20"/>
              </w:rPr>
            </w:pPr>
            <w:r w:rsidRPr="00E93FC8">
              <w:rPr>
                <w:rFonts w:eastAsia="MS Mincho" w:cs="Calibri"/>
                <w:b/>
                <w:sz w:val="20"/>
                <w:szCs w:val="20"/>
              </w:rPr>
              <w:t>İŞLETME TEMSİLCİSİ</w:t>
            </w:r>
            <w:r w:rsidRPr="00E93FC8">
              <w:rPr>
                <w:rFonts w:eastAsia="MS Mincho" w:cs="Calibri"/>
                <w:b/>
                <w:sz w:val="20"/>
                <w:szCs w:val="20"/>
              </w:rPr>
              <w:br/>
              <w:t>(Kaşe, İmza)</w:t>
            </w:r>
          </w:p>
        </w:tc>
      </w:tr>
      <w:tr w:rsidR="00E93FC8" w:rsidRPr="00E93FC8" w14:paraId="0463BEC5" w14:textId="77777777" w:rsidTr="004E0B44">
        <w:trPr>
          <w:jc w:val="center"/>
        </w:trPr>
        <w:tc>
          <w:tcPr>
            <w:tcW w:w="4673" w:type="dxa"/>
          </w:tcPr>
          <w:p w14:paraId="44E2E615" w14:textId="77777777" w:rsidR="00E93FC8" w:rsidRPr="00E93FC8" w:rsidRDefault="00E93FC8" w:rsidP="00E93FC8">
            <w:pPr>
              <w:autoSpaceDE w:val="0"/>
              <w:autoSpaceDN w:val="0"/>
              <w:adjustRightInd w:val="0"/>
              <w:spacing w:after="0" w:line="240" w:lineRule="auto"/>
              <w:jc w:val="both"/>
              <w:rPr>
                <w:rFonts w:eastAsia="MS Mincho" w:cs="Calibri"/>
                <w:color w:val="000000"/>
                <w:sz w:val="20"/>
                <w:szCs w:val="20"/>
              </w:rPr>
            </w:pPr>
            <w:r w:rsidRPr="00E93FC8">
              <w:rPr>
                <w:rFonts w:eastAsia="MS Mincho" w:cs="Calibri"/>
                <w:sz w:val="20"/>
                <w:szCs w:val="20"/>
              </w:rPr>
              <w:t xml:space="preserve">Bu belgedeki bilgilerin doğruluğunu bildirir, adı geçen firmada İşletmede Mesleki Eğitimi yapacağımı taahhüt ederim. </w:t>
            </w:r>
            <w:r w:rsidRPr="00E93FC8">
              <w:rPr>
                <w:rFonts w:eastAsia="MS Mincho" w:cs="Calibri"/>
                <w:color w:val="000000"/>
                <w:sz w:val="20"/>
                <w:szCs w:val="20"/>
              </w:rPr>
              <w:t>Genel sağlık sigortam için gereğinin yapılmasını arz ederim.</w:t>
            </w:r>
          </w:p>
        </w:tc>
        <w:tc>
          <w:tcPr>
            <w:tcW w:w="4961" w:type="dxa"/>
          </w:tcPr>
          <w:p w14:paraId="4FA191D0" w14:textId="77777777" w:rsidR="00E93FC8" w:rsidRPr="00E93FC8" w:rsidRDefault="00E93FC8" w:rsidP="00E93FC8">
            <w:pPr>
              <w:spacing w:after="0" w:line="240" w:lineRule="auto"/>
              <w:jc w:val="both"/>
              <w:rPr>
                <w:rFonts w:eastAsia="MS Mincho" w:cs="Calibri"/>
                <w:sz w:val="20"/>
                <w:szCs w:val="20"/>
              </w:rPr>
            </w:pPr>
            <w:r w:rsidRPr="00E93FC8">
              <w:rPr>
                <w:rFonts w:eastAsia="MS Mincho" w:cs="Calibri"/>
                <w:sz w:val="20"/>
                <w:szCs w:val="20"/>
              </w:rPr>
              <w:t>Öğrencinin Kanunlar ve firma kuralları çerçevesinde İşletmede Mesleki Eğitimi almasını sağlayacağımızı taahhüt ederiz. Firma Yetkilisi (imza yetkilisi)</w:t>
            </w:r>
          </w:p>
        </w:tc>
      </w:tr>
      <w:tr w:rsidR="00E93FC8" w:rsidRPr="00E93FC8" w14:paraId="4E94E112" w14:textId="77777777" w:rsidTr="004E0B44">
        <w:trPr>
          <w:trHeight w:val="831"/>
          <w:jc w:val="center"/>
        </w:trPr>
        <w:tc>
          <w:tcPr>
            <w:tcW w:w="4673" w:type="dxa"/>
          </w:tcPr>
          <w:p w14:paraId="019A35C1" w14:textId="77777777" w:rsidR="00E93FC8" w:rsidRPr="00E93FC8" w:rsidRDefault="00E93FC8" w:rsidP="00E93FC8">
            <w:pPr>
              <w:spacing w:after="0" w:line="240" w:lineRule="auto"/>
              <w:jc w:val="both"/>
              <w:rPr>
                <w:rFonts w:eastAsia="MS Mincho" w:cs="Calibri"/>
                <w:b/>
                <w:sz w:val="20"/>
                <w:szCs w:val="20"/>
                <w:u w:val="single"/>
              </w:rPr>
            </w:pPr>
          </w:p>
        </w:tc>
        <w:tc>
          <w:tcPr>
            <w:tcW w:w="4961" w:type="dxa"/>
          </w:tcPr>
          <w:p w14:paraId="140CEAB5" w14:textId="77777777" w:rsidR="00E93FC8" w:rsidRPr="00E93FC8" w:rsidRDefault="00E93FC8" w:rsidP="00E93FC8">
            <w:pPr>
              <w:spacing w:after="0" w:line="240" w:lineRule="auto"/>
              <w:jc w:val="both"/>
              <w:rPr>
                <w:rFonts w:eastAsia="MS Mincho" w:cs="Calibri"/>
                <w:b/>
                <w:sz w:val="20"/>
                <w:szCs w:val="20"/>
                <w:u w:val="single"/>
              </w:rPr>
            </w:pPr>
          </w:p>
        </w:tc>
      </w:tr>
    </w:tbl>
    <w:p w14:paraId="408B412C" w14:textId="77777777" w:rsidR="00E93FC8" w:rsidRPr="00E93FC8" w:rsidRDefault="00E93FC8" w:rsidP="00E93FC8">
      <w:pPr>
        <w:spacing w:after="0" w:line="240" w:lineRule="auto"/>
        <w:jc w:val="both"/>
        <w:rPr>
          <w:rFonts w:eastAsia="MS Mincho" w:cs="Calibri"/>
          <w:b/>
          <w:sz w:val="20"/>
          <w:szCs w:val="20"/>
          <w:u w:val="single"/>
        </w:rPr>
      </w:pP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62"/>
      </w:tblGrid>
      <w:tr w:rsidR="00E93FC8" w:rsidRPr="00E93FC8" w14:paraId="10E4EF5A" w14:textId="77777777" w:rsidTr="004E0B44">
        <w:trPr>
          <w:jc w:val="center"/>
        </w:trPr>
        <w:tc>
          <w:tcPr>
            <w:tcW w:w="4673" w:type="dxa"/>
          </w:tcPr>
          <w:p w14:paraId="39501E09" w14:textId="77777777" w:rsidR="00E93FC8" w:rsidRPr="00E93FC8" w:rsidRDefault="00E93FC8" w:rsidP="00E93FC8">
            <w:pPr>
              <w:spacing w:after="0" w:line="240" w:lineRule="auto"/>
              <w:jc w:val="center"/>
              <w:rPr>
                <w:rFonts w:eastAsia="MS Mincho" w:cs="Calibri"/>
                <w:b/>
                <w:sz w:val="20"/>
                <w:szCs w:val="20"/>
              </w:rPr>
            </w:pPr>
            <w:r w:rsidRPr="00E93FC8">
              <w:rPr>
                <w:rFonts w:eastAsia="MS Mincho" w:cs="Calibri"/>
                <w:b/>
                <w:sz w:val="20"/>
                <w:szCs w:val="20"/>
              </w:rPr>
              <w:t xml:space="preserve">BÖLÜM İŞME KOORDİNATÖRÜ </w:t>
            </w:r>
            <w:r w:rsidRPr="00E93FC8">
              <w:rPr>
                <w:rFonts w:eastAsia="MS Mincho" w:cs="Calibri"/>
                <w:b/>
                <w:sz w:val="20"/>
                <w:szCs w:val="20"/>
              </w:rPr>
              <w:br/>
              <w:t>(Kaşe, İmza)</w:t>
            </w:r>
          </w:p>
        </w:tc>
        <w:tc>
          <w:tcPr>
            <w:tcW w:w="4962" w:type="dxa"/>
          </w:tcPr>
          <w:p w14:paraId="519D0C12" w14:textId="5E57E271" w:rsidR="00E93FC8" w:rsidRPr="00E93FC8" w:rsidRDefault="003D3EE6" w:rsidP="00E93FC8">
            <w:pPr>
              <w:spacing w:after="0" w:line="240" w:lineRule="auto"/>
              <w:jc w:val="center"/>
              <w:rPr>
                <w:rFonts w:eastAsia="MS Mincho" w:cs="Calibri"/>
                <w:b/>
                <w:sz w:val="20"/>
                <w:szCs w:val="20"/>
              </w:rPr>
            </w:pPr>
            <w:r>
              <w:rPr>
                <w:rFonts w:eastAsia="MS Mincho" w:cs="Calibri"/>
                <w:b/>
                <w:sz w:val="20"/>
                <w:szCs w:val="20"/>
              </w:rPr>
              <w:t>SORUMLU ÖĞRETİM ELEMANI</w:t>
            </w:r>
            <w:r w:rsidR="00E93FC8" w:rsidRPr="00E93FC8">
              <w:rPr>
                <w:rFonts w:eastAsia="MS Mincho" w:cs="Calibri"/>
                <w:b/>
                <w:sz w:val="20"/>
                <w:szCs w:val="20"/>
              </w:rPr>
              <w:t xml:space="preserve"> </w:t>
            </w:r>
            <w:r w:rsidR="00E93FC8" w:rsidRPr="00E93FC8">
              <w:rPr>
                <w:rFonts w:eastAsia="MS Mincho" w:cs="Calibri"/>
                <w:b/>
                <w:sz w:val="20"/>
                <w:szCs w:val="20"/>
              </w:rPr>
              <w:br/>
              <w:t>(Kaşe, İmza)</w:t>
            </w:r>
          </w:p>
        </w:tc>
      </w:tr>
      <w:tr w:rsidR="00E93FC8" w:rsidRPr="00E93FC8" w14:paraId="46DDB05A" w14:textId="77777777" w:rsidTr="004E0B44">
        <w:trPr>
          <w:trHeight w:val="953"/>
          <w:jc w:val="center"/>
        </w:trPr>
        <w:tc>
          <w:tcPr>
            <w:tcW w:w="4673" w:type="dxa"/>
          </w:tcPr>
          <w:p w14:paraId="39BEF6E2" w14:textId="77777777" w:rsidR="00E93FC8" w:rsidRPr="00E93FC8" w:rsidRDefault="00E93FC8" w:rsidP="00E93FC8">
            <w:pPr>
              <w:spacing w:after="0" w:line="240" w:lineRule="auto"/>
              <w:jc w:val="both"/>
              <w:rPr>
                <w:rFonts w:eastAsia="MS Mincho" w:cs="Calibri"/>
                <w:b/>
                <w:sz w:val="20"/>
                <w:szCs w:val="20"/>
                <w:u w:val="single"/>
              </w:rPr>
            </w:pPr>
          </w:p>
        </w:tc>
        <w:tc>
          <w:tcPr>
            <w:tcW w:w="4962" w:type="dxa"/>
          </w:tcPr>
          <w:p w14:paraId="6E1215DD" w14:textId="77777777" w:rsidR="00E93FC8" w:rsidRPr="00E93FC8" w:rsidRDefault="00E93FC8" w:rsidP="00E93FC8">
            <w:pPr>
              <w:spacing w:after="0" w:line="240" w:lineRule="auto"/>
              <w:jc w:val="both"/>
              <w:rPr>
                <w:rFonts w:eastAsia="MS Mincho" w:cs="Calibri"/>
                <w:b/>
                <w:sz w:val="20"/>
                <w:szCs w:val="20"/>
                <w:u w:val="single"/>
              </w:rPr>
            </w:pPr>
          </w:p>
        </w:tc>
      </w:tr>
    </w:tbl>
    <w:p w14:paraId="2F09D3BD" w14:textId="77777777" w:rsidR="00EC0261" w:rsidRDefault="00EC0261" w:rsidP="00E93FC8">
      <w:pPr>
        <w:spacing w:after="0" w:line="240" w:lineRule="auto"/>
        <w:jc w:val="both"/>
        <w:rPr>
          <w:rFonts w:eastAsia="MS Mincho" w:cs="Calibri"/>
          <w:sz w:val="20"/>
          <w:szCs w:val="20"/>
          <w:u w:val="single"/>
        </w:rPr>
      </w:pP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5"/>
      </w:tblGrid>
      <w:tr w:rsidR="00EC0261" w:rsidRPr="00E93FC8" w14:paraId="127FC3E9" w14:textId="77777777" w:rsidTr="00554A03">
        <w:trPr>
          <w:jc w:val="center"/>
        </w:trPr>
        <w:tc>
          <w:tcPr>
            <w:tcW w:w="9635" w:type="dxa"/>
          </w:tcPr>
          <w:p w14:paraId="4EE71790" w14:textId="77777777" w:rsidR="00EC0261" w:rsidRPr="00E93FC8" w:rsidRDefault="00EC0261" w:rsidP="00893B87">
            <w:pPr>
              <w:spacing w:after="0" w:line="240" w:lineRule="auto"/>
              <w:jc w:val="center"/>
              <w:rPr>
                <w:rFonts w:eastAsia="MS Mincho" w:cs="Calibri"/>
                <w:b/>
                <w:sz w:val="20"/>
                <w:szCs w:val="20"/>
              </w:rPr>
            </w:pPr>
            <w:r w:rsidRPr="00E93FC8">
              <w:rPr>
                <w:rFonts w:eastAsia="MS Mincho" w:cs="Calibri"/>
                <w:b/>
                <w:sz w:val="20"/>
                <w:szCs w:val="20"/>
              </w:rPr>
              <w:t xml:space="preserve">BÖLÜM BAŞKANI </w:t>
            </w:r>
            <w:r w:rsidRPr="00E93FC8">
              <w:rPr>
                <w:rFonts w:eastAsia="MS Mincho" w:cs="Calibri"/>
                <w:b/>
                <w:sz w:val="20"/>
                <w:szCs w:val="20"/>
              </w:rPr>
              <w:br/>
              <w:t>(Kaşe, İmza)</w:t>
            </w:r>
          </w:p>
        </w:tc>
      </w:tr>
      <w:tr w:rsidR="00EC0261" w:rsidRPr="00E93FC8" w14:paraId="4019B32B" w14:textId="77777777" w:rsidTr="00BD5F9C">
        <w:trPr>
          <w:trHeight w:val="953"/>
          <w:jc w:val="center"/>
        </w:trPr>
        <w:tc>
          <w:tcPr>
            <w:tcW w:w="9635" w:type="dxa"/>
          </w:tcPr>
          <w:p w14:paraId="63835326" w14:textId="77777777" w:rsidR="00EC0261" w:rsidRPr="00E93FC8" w:rsidRDefault="00EC0261" w:rsidP="00893B87">
            <w:pPr>
              <w:spacing w:after="0" w:line="240" w:lineRule="auto"/>
              <w:jc w:val="both"/>
              <w:rPr>
                <w:rFonts w:eastAsia="MS Mincho" w:cs="Calibri"/>
                <w:b/>
                <w:sz w:val="20"/>
                <w:szCs w:val="20"/>
                <w:u w:val="single"/>
              </w:rPr>
            </w:pPr>
          </w:p>
        </w:tc>
      </w:tr>
    </w:tbl>
    <w:p w14:paraId="6F1E1535" w14:textId="77777777" w:rsidR="00EC0261" w:rsidRDefault="00EC0261" w:rsidP="00E93FC8">
      <w:pPr>
        <w:spacing w:after="0" w:line="240" w:lineRule="auto"/>
        <w:jc w:val="both"/>
        <w:rPr>
          <w:rFonts w:eastAsia="MS Mincho" w:cs="Calibri"/>
          <w:sz w:val="18"/>
          <w:szCs w:val="18"/>
          <w:u w:val="single"/>
        </w:rPr>
      </w:pPr>
    </w:p>
    <w:p w14:paraId="41C34A48" w14:textId="1ABA10AA" w:rsidR="00E93FC8" w:rsidRPr="00EC0261" w:rsidRDefault="00E93FC8" w:rsidP="00E93FC8">
      <w:pPr>
        <w:spacing w:after="0" w:line="240" w:lineRule="auto"/>
        <w:jc w:val="both"/>
        <w:rPr>
          <w:rFonts w:eastAsia="MS Mincho" w:cs="Calibri"/>
          <w:sz w:val="18"/>
          <w:szCs w:val="18"/>
          <w:u w:val="single"/>
        </w:rPr>
      </w:pPr>
      <w:r w:rsidRPr="00EC0261">
        <w:rPr>
          <w:rFonts w:eastAsia="MS Mincho" w:cs="Calibri"/>
          <w:sz w:val="18"/>
          <w:szCs w:val="18"/>
          <w:u w:val="single"/>
        </w:rPr>
        <w:t xml:space="preserve">NOT 1: Teslim edilecek form 3 asıl nüsha olarak (fotokopi değil) hazırlanır. </w:t>
      </w:r>
      <w:r w:rsidRPr="00EC0261">
        <w:rPr>
          <w:rFonts w:eastAsia="MS Mincho" w:cs="Calibri"/>
          <w:sz w:val="18"/>
          <w:szCs w:val="18"/>
        </w:rPr>
        <w:t>İşyeri eğitimine başlama tarihinden en az 1 hafta önce 1 nüshasının Bölüm Başkanlığına, 1 nüshasının işyeri eğitimi yapılacak işletmeye ve 1 nüshasının sorumlu öğretim elemanına</w:t>
      </w:r>
      <w:r w:rsidRPr="00EC0261">
        <w:rPr>
          <w:rFonts w:eastAsia="MS Mincho" w:cs="Calibri"/>
          <w:b/>
          <w:bCs/>
          <w:sz w:val="18"/>
          <w:szCs w:val="18"/>
        </w:rPr>
        <w:t xml:space="preserve"> </w:t>
      </w:r>
      <w:r w:rsidRPr="00EC0261">
        <w:rPr>
          <w:rFonts w:eastAsia="MS Mincho" w:cs="Calibri"/>
          <w:sz w:val="18"/>
          <w:szCs w:val="18"/>
        </w:rPr>
        <w:t>teslim edilmesi zorunludur</w:t>
      </w:r>
      <w:r w:rsidRPr="00EC0261">
        <w:rPr>
          <w:rFonts w:eastAsia="MS Mincho" w:cs="Calibri"/>
          <w:sz w:val="18"/>
          <w:szCs w:val="18"/>
          <w:u w:val="single"/>
        </w:rPr>
        <w:t>.</w:t>
      </w:r>
    </w:p>
    <w:p w14:paraId="7C0580F9" w14:textId="77777777" w:rsidR="00E93FC8" w:rsidRPr="00EC0261" w:rsidRDefault="00E93FC8" w:rsidP="00E93FC8">
      <w:pPr>
        <w:spacing w:after="0" w:line="240" w:lineRule="auto"/>
        <w:jc w:val="both"/>
        <w:rPr>
          <w:rFonts w:eastAsia="MS Mincho" w:cs="Calibri"/>
          <w:sz w:val="18"/>
          <w:szCs w:val="18"/>
        </w:rPr>
      </w:pPr>
      <w:r w:rsidRPr="00EC0261">
        <w:rPr>
          <w:rFonts w:eastAsia="MS Mincho" w:cs="Calibri"/>
          <w:sz w:val="18"/>
          <w:szCs w:val="18"/>
          <w:u w:val="single"/>
        </w:rPr>
        <w:t xml:space="preserve">NOT 2:  </w:t>
      </w:r>
      <w:r w:rsidRPr="00EC0261">
        <w:rPr>
          <w:rFonts w:eastAsia="MS Mincho" w:cs="Times New Roman"/>
          <w:sz w:val="18"/>
          <w:szCs w:val="18"/>
        </w:rPr>
        <w:t xml:space="preserve">3308 sayılı Kanunun 25 inci maddesi ile 5510 sayılı Kanunun 5 inci maddesinin birinci fıkrasının (b) bendi uyarınca işletmede mesleki eğitim gören öğrenciler hakkında iş kazası ve meslek hastalığı ile hastalık sigortası uygulanır. Bu öğrencilerden bakmakla yükümlü olunan kişi durumunda olmayanlar hakkında ayrıca genel sağlık sigortası hükümleri uygulanır. Bu fıkra kapsamında ödenecek primler 5510 sayılı Kanunun 87 nci maddesinin birinci fıkrasının (e) bendi uyarınca yükseköğretim kurumları tarafından karşılanır. </w:t>
      </w:r>
      <w:r w:rsidRPr="00EC0261">
        <w:rPr>
          <w:rFonts w:eastAsia="MS Mincho" w:cs="Calibri"/>
          <w:sz w:val="18"/>
          <w:szCs w:val="18"/>
        </w:rPr>
        <w:t xml:space="preserve">Staj yapan öğrencinin işyerinde iş kazası geçirmesi ya da meslek hastalığına tutulması halinde söz konusu durum derhal Fakülteye ve sonraki üç işgünü içinde Sosyal Güvenlik Kurumu'na bildirilecektir. </w:t>
      </w:r>
      <w:r w:rsidRPr="00EC0261">
        <w:rPr>
          <w:rFonts w:eastAsia="MS Mincho" w:cs="Times New Roman"/>
          <w:sz w:val="18"/>
          <w:szCs w:val="18"/>
        </w:rPr>
        <w:t xml:space="preserve">İşletme, uygulamalı eğitim faaliyetlerinin 20/6/2012 tarihli ve 6331 sayılı İş Sağlığı ve Güvenliği Kanunu hükümlerine uygun ortamlarda yapılmasını sağlamak için </w:t>
      </w:r>
      <w:r w:rsidRPr="00EC0261">
        <w:rPr>
          <w:rFonts w:eastAsia="MS Mincho" w:cs="Calibri"/>
          <w:sz w:val="18"/>
          <w:szCs w:val="18"/>
        </w:rPr>
        <w:t>öğrencilerin iş sağlığı ve güvenliği ile ilgili tüm yükümlülükleri yerine getirmek zorundadır</w:t>
      </w:r>
      <w:r w:rsidRPr="00EC0261">
        <w:rPr>
          <w:rFonts w:eastAsia="MS Mincho" w:cs="Times New Roman"/>
          <w:sz w:val="18"/>
          <w:szCs w:val="18"/>
        </w:rPr>
        <w:t>.</w:t>
      </w:r>
      <w:r w:rsidRPr="00EC0261">
        <w:rPr>
          <w:rFonts w:eastAsia="MS Mincho" w:cs="Calibri"/>
          <w:sz w:val="18"/>
          <w:szCs w:val="18"/>
        </w:rPr>
        <w:t xml:space="preserve"> Her türlü hak ve uyuşmazlık için yürürlükteki yasal mevzuat geçerlidir.</w:t>
      </w:r>
    </w:p>
    <w:p w14:paraId="1B2EF3F2" w14:textId="4ACB5F27" w:rsidR="00E93FC8" w:rsidRPr="00E93FC8" w:rsidRDefault="00E93FC8" w:rsidP="00862686">
      <w:pPr>
        <w:spacing w:after="0" w:line="240" w:lineRule="auto"/>
        <w:rPr>
          <w:rFonts w:eastAsia="MS Mincho" w:cs="Times New Roman"/>
          <w:b/>
          <w:bCs/>
          <w:lang w:val="tr-TR"/>
        </w:rPr>
      </w:pPr>
      <w:bookmarkStart w:id="0" w:name="_Hlk531079820"/>
      <w:r w:rsidRPr="00E93FC8">
        <w:rPr>
          <w:rFonts w:eastAsia="MS Mincho" w:cs="Times New Roman"/>
          <w:b/>
        </w:rPr>
        <w:br w:type="page"/>
      </w:r>
      <w:bookmarkEnd w:id="0"/>
      <w:r w:rsidRPr="00E93FC8">
        <w:rPr>
          <w:rFonts w:eastAsia="MS Mincho" w:cs="Times New Roman"/>
          <w:b/>
          <w:bCs/>
          <w:lang w:val="tr-TR"/>
        </w:rPr>
        <w:lastRenderedPageBreak/>
        <w:t>İŞLETMEDE MESLEKİ EĞİTİM (İŞME) ESASLARI VE TARAFLARIN YÜKÜMLÜLÜKLERİ</w:t>
      </w:r>
    </w:p>
    <w:p w14:paraId="735138EB" w14:textId="77777777" w:rsidR="00E93FC8" w:rsidRPr="00E93FC8" w:rsidRDefault="00E93FC8" w:rsidP="00E93FC8">
      <w:pPr>
        <w:tabs>
          <w:tab w:val="left" w:pos="426"/>
        </w:tabs>
        <w:spacing w:line="240" w:lineRule="auto"/>
        <w:jc w:val="both"/>
        <w:rPr>
          <w:rFonts w:eastAsia="MS Mincho" w:cs="Times New Roman"/>
          <w:b/>
          <w:bCs/>
          <w:lang w:val="tr-TR"/>
        </w:rPr>
      </w:pPr>
      <w:r w:rsidRPr="00E93FC8">
        <w:rPr>
          <w:rFonts w:eastAsia="MS Mincho" w:cs="Times New Roman"/>
          <w:b/>
          <w:bCs/>
          <w:lang w:val="tr-TR"/>
        </w:rPr>
        <w:t>A. Öğrencilerin Yükümlülükleri</w:t>
      </w:r>
    </w:p>
    <w:p w14:paraId="0E017D72" w14:textId="77777777" w:rsidR="00E93FC8" w:rsidRPr="00E93FC8" w:rsidRDefault="00E93FC8" w:rsidP="00E93FC8">
      <w:pPr>
        <w:widowControl w:val="0"/>
        <w:numPr>
          <w:ilvl w:val="0"/>
          <w:numId w:val="15"/>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Çanakkale Onsekiz Mart Üniversitesi’ne bağlı ilgili bölüm/programın eğitim planında yer alan İşletmede Mesleki Eğitim dersine kayıtlı öğrenciler, Senato tarafından onaylanan program esaslarına göre işletmelerde mesleki eğitim yaparlar.</w:t>
      </w:r>
    </w:p>
    <w:p w14:paraId="6A362B72" w14:textId="77777777" w:rsidR="00E93FC8" w:rsidRPr="00E93FC8" w:rsidRDefault="00E93FC8" w:rsidP="00E93FC8">
      <w:pPr>
        <w:widowControl w:val="0"/>
        <w:numPr>
          <w:ilvl w:val="0"/>
          <w:numId w:val="15"/>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Öğrenciler, Çanakkale Onsekiz Mart Üniversitesi İşletmede Mesleki Eğitim Yönergesi, ilgili birim/bölüm Uygulamalı Eğitim Uygulama Esasları, protokol ve sözleşme hükümlerine uygun olarak kabul edildikleri işletmede kendilerine verilen görevleri yerine getirirler.</w:t>
      </w:r>
    </w:p>
    <w:p w14:paraId="3B2D949F" w14:textId="77777777" w:rsidR="00E93FC8" w:rsidRPr="00E93FC8" w:rsidRDefault="00E93FC8" w:rsidP="00E93FC8">
      <w:pPr>
        <w:widowControl w:val="0"/>
        <w:numPr>
          <w:ilvl w:val="0"/>
          <w:numId w:val="15"/>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İşletmede mesleki eğitim süresince; işletmenin çalışma planına, mesai saatlerine ve çalışma kurallarına uymak, iş sağlığı ve güvenliği ile ilgili düzenlemelere riayet etmek ve mesleki faaliyetlere aktif olarak katılmak zorundadırlar.</w:t>
      </w:r>
    </w:p>
    <w:p w14:paraId="5EAB7A4A" w14:textId="77777777" w:rsidR="00E93FC8" w:rsidRPr="00E93FC8" w:rsidRDefault="00E93FC8" w:rsidP="00E93FC8">
      <w:pPr>
        <w:widowControl w:val="0"/>
        <w:numPr>
          <w:ilvl w:val="0"/>
          <w:numId w:val="15"/>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Öğrenciler, işletmede yaptıkları haftalık çalışmaları düzenli olarak “İşletmede Mesleki Eğitim Zaman çizelgesine (EK-4)” ve İşletmede Mesleki Eğitim Faaliyet Raporuna (EK-5)” işler ve dönem sonunda ilan edilen süreler içinde bölümüne teslim ederler.</w:t>
      </w:r>
    </w:p>
    <w:p w14:paraId="737F639D" w14:textId="77777777" w:rsidR="00E93FC8" w:rsidRDefault="00E93FC8" w:rsidP="00E93FC8">
      <w:pPr>
        <w:widowControl w:val="0"/>
        <w:numPr>
          <w:ilvl w:val="0"/>
          <w:numId w:val="15"/>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Öğrenciler, işletmede mesleki eğitim süresince edindikleri bilgi ve belgeleri, işyerine ait gizli veya ticari nitelikteki bilgileri üçüncü kişilere açıklamamak; işletmenin izni olmaksızın işyeri dışına herhangi bir belge veya ekipman çıkarmamakla yükümlüdür. Bu hususlara aykırı davranılması hâlinde, ilgili mevzuat ve üniversite öğrenci disiplin hükümleri uygulanır.</w:t>
      </w:r>
    </w:p>
    <w:p w14:paraId="15BAC13F" w14:textId="77777777" w:rsidR="00E93FC8" w:rsidRPr="00E93FC8" w:rsidRDefault="00E93FC8" w:rsidP="00E93FC8">
      <w:pPr>
        <w:widowControl w:val="0"/>
        <w:tabs>
          <w:tab w:val="left" w:pos="426"/>
        </w:tabs>
        <w:autoSpaceDE w:val="0"/>
        <w:autoSpaceDN w:val="0"/>
        <w:spacing w:after="0" w:line="240" w:lineRule="auto"/>
        <w:ind w:left="720"/>
        <w:jc w:val="both"/>
        <w:rPr>
          <w:rFonts w:eastAsia="MS Mincho" w:cs="Times New Roman"/>
          <w:bCs/>
          <w:lang w:val="tr-TR"/>
        </w:rPr>
      </w:pPr>
    </w:p>
    <w:p w14:paraId="791D6C1A" w14:textId="77777777" w:rsidR="00E93FC8" w:rsidRPr="00E93FC8" w:rsidRDefault="00E93FC8" w:rsidP="00E93FC8">
      <w:pPr>
        <w:tabs>
          <w:tab w:val="left" w:pos="426"/>
        </w:tabs>
        <w:spacing w:line="240" w:lineRule="auto"/>
        <w:jc w:val="both"/>
        <w:rPr>
          <w:rFonts w:eastAsia="MS Mincho" w:cs="Times New Roman"/>
          <w:b/>
          <w:bCs/>
          <w:lang w:val="tr-TR"/>
        </w:rPr>
      </w:pPr>
      <w:r w:rsidRPr="00E93FC8">
        <w:rPr>
          <w:rFonts w:eastAsia="MS Mincho" w:cs="Times New Roman"/>
          <w:b/>
          <w:bCs/>
          <w:lang w:val="tr-TR"/>
        </w:rPr>
        <w:t>B. Eğitici Personelin Yükümlülükleri</w:t>
      </w:r>
    </w:p>
    <w:p w14:paraId="78C91B33" w14:textId="77777777" w:rsidR="00E93FC8" w:rsidRPr="00E93FC8" w:rsidRDefault="00E93FC8" w:rsidP="00E93FC8">
      <w:pPr>
        <w:widowControl w:val="0"/>
        <w:numPr>
          <w:ilvl w:val="0"/>
          <w:numId w:val="16"/>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İşletmede mesleki eğitim uygulaması yapan öğrencilerin, üniversite tarafından hazırlanan Ulusal Çekirdek Eğitim Programları (UÇEP) doğrultusunda (31.07.2024 tarih ve 50 sayılı Fakülte Kurulu Kararı) planına uygun şekilde işletmede mesleki eğitime başlamalarını, sürdürmelerini ve tamamlamalarını sağlar.</w:t>
      </w:r>
    </w:p>
    <w:p w14:paraId="56257A2C" w14:textId="77777777" w:rsidR="00E93FC8" w:rsidRPr="00E93FC8" w:rsidRDefault="00E93FC8" w:rsidP="00E93FC8">
      <w:pPr>
        <w:widowControl w:val="0"/>
        <w:numPr>
          <w:ilvl w:val="0"/>
          <w:numId w:val="16"/>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Öğrencilerin iş ortamında iş disiplini ve meslek etiğine uygun şekilde çalışmalarına rehberlik eder; günlük/haftalık faaliyetlerini izler, gerektiğinde yönlendirir.</w:t>
      </w:r>
    </w:p>
    <w:p w14:paraId="76CCD38E" w14:textId="77777777" w:rsidR="00E93FC8" w:rsidRPr="00E93FC8" w:rsidRDefault="00E93FC8" w:rsidP="00E93FC8">
      <w:pPr>
        <w:widowControl w:val="0"/>
        <w:numPr>
          <w:ilvl w:val="0"/>
          <w:numId w:val="16"/>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Öğrencilerin hazırladığı İşletmede Mesleki Eğitim Zaman çizelgesine (EK-4)” ve İşletmede Mesleki Eğitim Faaliyet Raporuna (EK-5)” belgelerini düzenli olarak kontrol eder, uygun bulduklarını onaylar.</w:t>
      </w:r>
    </w:p>
    <w:p w14:paraId="2ADCEC2B" w14:textId="77777777" w:rsidR="00E93FC8" w:rsidRDefault="00E93FC8" w:rsidP="00E93FC8">
      <w:pPr>
        <w:widowControl w:val="0"/>
        <w:numPr>
          <w:ilvl w:val="0"/>
          <w:numId w:val="16"/>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Her öğrenci için İşletmede Mesleki Eğitim Eğitici Değerlendirme Formunu (EK-7) zamanında ve eksiksiz şekilde doldurur, imzalar ve kapalı zarf içinde ilgili Sorumlu Öğretim Elemanına / Bölüm Başkanlığına iletilmek üzere teslim eder.</w:t>
      </w:r>
    </w:p>
    <w:p w14:paraId="2EAD06A5" w14:textId="77777777" w:rsidR="00E93FC8" w:rsidRPr="00E93FC8" w:rsidRDefault="00E93FC8" w:rsidP="00E93FC8">
      <w:pPr>
        <w:widowControl w:val="0"/>
        <w:tabs>
          <w:tab w:val="left" w:pos="426"/>
        </w:tabs>
        <w:autoSpaceDE w:val="0"/>
        <w:autoSpaceDN w:val="0"/>
        <w:spacing w:after="0" w:line="240" w:lineRule="auto"/>
        <w:ind w:left="720"/>
        <w:jc w:val="both"/>
        <w:rPr>
          <w:rFonts w:eastAsia="MS Mincho" w:cs="Times New Roman"/>
          <w:bCs/>
          <w:lang w:val="tr-TR"/>
        </w:rPr>
      </w:pPr>
    </w:p>
    <w:p w14:paraId="785CF194" w14:textId="77777777" w:rsidR="00E93FC8" w:rsidRPr="00E93FC8" w:rsidRDefault="00E93FC8" w:rsidP="00E93FC8">
      <w:pPr>
        <w:tabs>
          <w:tab w:val="left" w:pos="426"/>
        </w:tabs>
        <w:spacing w:line="240" w:lineRule="auto"/>
        <w:jc w:val="both"/>
        <w:rPr>
          <w:rFonts w:eastAsia="MS Mincho" w:cs="Times New Roman"/>
          <w:b/>
          <w:bCs/>
          <w:lang w:val="tr-TR"/>
        </w:rPr>
      </w:pPr>
      <w:r w:rsidRPr="00E93FC8">
        <w:rPr>
          <w:rFonts w:eastAsia="MS Mincho" w:cs="Times New Roman"/>
          <w:b/>
          <w:bCs/>
          <w:lang w:val="tr-TR"/>
        </w:rPr>
        <w:t>C. İŞME Sorumlu Öğretim Elemanının Sorumlulukları</w:t>
      </w:r>
    </w:p>
    <w:p w14:paraId="1C1ABE9A" w14:textId="1362B2EF" w:rsidR="00E93FC8" w:rsidRPr="00E93FC8" w:rsidRDefault="00E93FC8" w:rsidP="00E93FC8">
      <w:pPr>
        <w:widowControl w:val="0"/>
        <w:numPr>
          <w:ilvl w:val="0"/>
          <w:numId w:val="17"/>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İŞME Sorumlu Öğretim Elemanı, işletmede mesleki eğitim yapacak öğrencilere ilişkin gruplar için bölüm başkanınca görevlendirilen ve öğrencilerin işletmedeki eğitim sürecini izleyen, denetleyen ve işletme ile akademik birim arasındaki koordinasyonu sağlayan öğretim elemanıdır.</w:t>
      </w:r>
    </w:p>
    <w:p w14:paraId="591F0C11" w14:textId="77777777" w:rsidR="00E93FC8" w:rsidRPr="00E93FC8" w:rsidRDefault="00E93FC8" w:rsidP="00E93FC8">
      <w:pPr>
        <w:widowControl w:val="0"/>
        <w:numPr>
          <w:ilvl w:val="0"/>
          <w:numId w:val="17"/>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Öğrencilerin işletmedeki eğitim faaliyetlerini düzenli olarak izler; ortaya çıkan sorunların çözümü için Eğitici Personel ve işletme yetkilileriyle iş birliği yapar, gerekli durumlarda Bölüm/Program Uygulamalı Eğitim Komisyonunu bilgilendirir.</w:t>
      </w:r>
    </w:p>
    <w:p w14:paraId="171ED4F9" w14:textId="77777777" w:rsidR="00E93FC8" w:rsidRPr="00E93FC8" w:rsidRDefault="00E93FC8" w:rsidP="00E93FC8">
      <w:pPr>
        <w:widowControl w:val="0"/>
        <w:numPr>
          <w:ilvl w:val="0"/>
          <w:numId w:val="17"/>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Öğrencinin devam, disiplin ve raporlama durumunu takip eder; işletme tarafından doldurulan formlar ile öğrencinin hazırladığı dosya ve raporların zamanında ve eksiksiz olarak teslim edilmesini sağlar.</w:t>
      </w:r>
    </w:p>
    <w:p w14:paraId="14DD2469" w14:textId="77777777" w:rsidR="00E93FC8" w:rsidRPr="00E93FC8" w:rsidRDefault="00E93FC8" w:rsidP="00E93FC8">
      <w:pPr>
        <w:widowControl w:val="0"/>
        <w:numPr>
          <w:ilvl w:val="0"/>
          <w:numId w:val="17"/>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Öğrencilerin İşletmede Mesleki Eğitim Sorumlu Öğretim Elemanı İzleme Formunu (EK-6) her ayın sonunda doldurarak dönem sonunda Bölüm Başkanlığına teslim eder.</w:t>
      </w:r>
    </w:p>
    <w:p w14:paraId="02CA7C5B" w14:textId="77777777" w:rsidR="00E93FC8" w:rsidRPr="00E93FC8" w:rsidRDefault="00E93FC8" w:rsidP="00E93FC8">
      <w:pPr>
        <w:widowControl w:val="0"/>
        <w:numPr>
          <w:ilvl w:val="0"/>
          <w:numId w:val="17"/>
        </w:numPr>
        <w:tabs>
          <w:tab w:val="left" w:pos="426"/>
        </w:tabs>
        <w:autoSpaceDE w:val="0"/>
        <w:autoSpaceDN w:val="0"/>
        <w:spacing w:after="0" w:line="240" w:lineRule="auto"/>
        <w:jc w:val="both"/>
        <w:rPr>
          <w:rFonts w:eastAsia="MS Mincho" w:cs="Times New Roman"/>
          <w:bCs/>
          <w:lang w:val="tr-TR"/>
        </w:rPr>
      </w:pPr>
      <w:r w:rsidRPr="00E93FC8">
        <w:rPr>
          <w:rFonts w:eastAsia="MS Mincho" w:cs="Times New Roman"/>
          <w:bCs/>
          <w:lang w:val="tr-TR"/>
        </w:rPr>
        <w:t>Öğrencilerin İşletmede Mesleki Eğitim Faaliyet Raporu (EK-5) ve İşletmede Mesleki Eğitim Eğitici Değerlendirme Formunu (EK-7) alarak; değerlendirme sürecinde, üniversite tarafından belirlenen esaslara göre İŞME’ye ilişkin formları Bölüm Başkanlığına teslim eder.</w:t>
      </w:r>
    </w:p>
    <w:p w14:paraId="2F05B04E" w14:textId="5AAE550C" w:rsidR="0090782C" w:rsidRPr="0090782C" w:rsidRDefault="0090782C" w:rsidP="00E93FC8">
      <w:pPr>
        <w:tabs>
          <w:tab w:val="left" w:pos="426"/>
        </w:tabs>
        <w:spacing w:line="240" w:lineRule="auto"/>
        <w:jc w:val="both"/>
        <w:rPr>
          <w:bCs/>
          <w:lang w:val="tr-TR"/>
        </w:rPr>
      </w:pPr>
    </w:p>
    <w:sectPr w:rsidR="0090782C" w:rsidRPr="0090782C" w:rsidSect="00B955D7">
      <w:headerReference w:type="default" r:id="rId8"/>
      <w:head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10414" w14:textId="77777777" w:rsidR="001B161D" w:rsidRDefault="001B161D" w:rsidP="00263452">
      <w:pPr>
        <w:spacing w:after="0" w:line="240" w:lineRule="auto"/>
      </w:pPr>
      <w:r>
        <w:separator/>
      </w:r>
    </w:p>
  </w:endnote>
  <w:endnote w:type="continuationSeparator" w:id="0">
    <w:p w14:paraId="670DBE92" w14:textId="77777777" w:rsidR="001B161D" w:rsidRDefault="001B161D" w:rsidP="00263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7FAC6" w14:textId="77777777" w:rsidR="001B161D" w:rsidRDefault="001B161D" w:rsidP="00263452">
      <w:pPr>
        <w:spacing w:after="0" w:line="240" w:lineRule="auto"/>
      </w:pPr>
      <w:r>
        <w:separator/>
      </w:r>
    </w:p>
  </w:footnote>
  <w:footnote w:type="continuationSeparator" w:id="0">
    <w:p w14:paraId="62527CFD" w14:textId="77777777" w:rsidR="001B161D" w:rsidRDefault="001B161D" w:rsidP="00263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2E0F" w14:textId="6BDD5A96" w:rsidR="00B955D7" w:rsidRPr="00B955D7" w:rsidRDefault="00B955D7" w:rsidP="00B955D7">
    <w:pPr>
      <w:pStyle w:val="stBilgi"/>
      <w:rPr>
        <w:b/>
        <w:sz w:val="20"/>
        <w:szCs w:val="20"/>
      </w:rPr>
    </w:pPr>
    <w:r w:rsidRPr="00B955D7">
      <w:rPr>
        <w:b/>
      </w:rPr>
      <w:t xml:space="preserve">EK 3  </w:t>
    </w:r>
    <w:r>
      <w:rPr>
        <w:sz w:val="20"/>
        <w:szCs w:val="20"/>
      </w:rPr>
      <w:t>(taraflara iletilecek)</w:t>
    </w:r>
  </w:p>
  <w:p w14:paraId="71B77655" w14:textId="77777777" w:rsidR="00B955D7" w:rsidRDefault="00B955D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CDD" w14:textId="77777777" w:rsidR="00B955D7" w:rsidRPr="00B955D7" w:rsidRDefault="00B955D7" w:rsidP="00B955D7">
    <w:pPr>
      <w:pStyle w:val="stBilgi"/>
      <w:rPr>
        <w:b/>
      </w:rPr>
    </w:pPr>
    <w:r w:rsidRPr="00B955D7">
      <w:rPr>
        <w:b/>
      </w:rPr>
      <w:t xml:space="preserve">EK 3  </w:t>
    </w:r>
    <w:r w:rsidRPr="00B955D7">
      <w:rPr>
        <w:sz w:val="20"/>
        <w:szCs w:val="20"/>
      </w:rPr>
      <w:t>(3 nüsha olarak hazırlanıp imzalanacak)</w:t>
    </w:r>
  </w:p>
  <w:p w14:paraId="43C25496" w14:textId="77777777" w:rsidR="00B955D7" w:rsidRDefault="00B955D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DF64C53"/>
    <w:multiLevelType w:val="hybridMultilevel"/>
    <w:tmpl w:val="75B4D6C2"/>
    <w:lvl w:ilvl="0" w:tplc="934A026C">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0E4B72AC"/>
    <w:multiLevelType w:val="multilevel"/>
    <w:tmpl w:val="CBE6D296"/>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837BDC"/>
    <w:multiLevelType w:val="multilevel"/>
    <w:tmpl w:val="FF9809E6"/>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5C492C"/>
    <w:multiLevelType w:val="hybridMultilevel"/>
    <w:tmpl w:val="D9FAE93C"/>
    <w:lvl w:ilvl="0" w:tplc="AC54A626">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50982CE4"/>
    <w:multiLevelType w:val="multilevel"/>
    <w:tmpl w:val="CBE6D296"/>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8C733B"/>
    <w:multiLevelType w:val="multilevel"/>
    <w:tmpl w:val="015433EC"/>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D3120A"/>
    <w:multiLevelType w:val="hybridMultilevel"/>
    <w:tmpl w:val="7AF0D14A"/>
    <w:lvl w:ilvl="0" w:tplc="B6880CE8">
      <w:start w:val="1"/>
      <w:numFmt w:val="lowerLetter"/>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615D694E"/>
    <w:multiLevelType w:val="hybridMultilevel"/>
    <w:tmpl w:val="645CAF90"/>
    <w:lvl w:ilvl="0" w:tplc="AC54A62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83749F9"/>
    <w:multiLevelType w:val="multilevel"/>
    <w:tmpl w:val="CBE6D296"/>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C16B9C"/>
    <w:multiLevelType w:val="hybridMultilevel"/>
    <w:tmpl w:val="99BA1AA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60502068">
    <w:abstractNumId w:val="8"/>
  </w:num>
  <w:num w:numId="2" w16cid:durableId="649361305">
    <w:abstractNumId w:val="6"/>
  </w:num>
  <w:num w:numId="3" w16cid:durableId="1933585601">
    <w:abstractNumId w:val="5"/>
  </w:num>
  <w:num w:numId="4" w16cid:durableId="125320456">
    <w:abstractNumId w:val="4"/>
  </w:num>
  <w:num w:numId="5" w16cid:durableId="538858583">
    <w:abstractNumId w:val="7"/>
  </w:num>
  <w:num w:numId="6" w16cid:durableId="1056852844">
    <w:abstractNumId w:val="3"/>
  </w:num>
  <w:num w:numId="7" w16cid:durableId="357318852">
    <w:abstractNumId w:val="2"/>
  </w:num>
  <w:num w:numId="8" w16cid:durableId="1500268697">
    <w:abstractNumId w:val="1"/>
  </w:num>
  <w:num w:numId="9" w16cid:durableId="1640184630">
    <w:abstractNumId w:val="0"/>
  </w:num>
  <w:num w:numId="10" w16cid:durableId="465776117">
    <w:abstractNumId w:val="15"/>
  </w:num>
  <w:num w:numId="11" w16cid:durableId="1716081570">
    <w:abstractNumId w:val="12"/>
  </w:num>
  <w:num w:numId="12" w16cid:durableId="818091">
    <w:abstractNumId w:val="9"/>
  </w:num>
  <w:num w:numId="13" w16cid:durableId="464810478">
    <w:abstractNumId w:val="18"/>
  </w:num>
  <w:num w:numId="14" w16cid:durableId="1173257284">
    <w:abstractNumId w:val="16"/>
  </w:num>
  <w:num w:numId="15" w16cid:durableId="658314026">
    <w:abstractNumId w:val="11"/>
  </w:num>
  <w:num w:numId="16" w16cid:durableId="1423258192">
    <w:abstractNumId w:val="17"/>
  </w:num>
  <w:num w:numId="17" w16cid:durableId="928467453">
    <w:abstractNumId w:val="14"/>
  </w:num>
  <w:num w:numId="18" w16cid:durableId="2143577615">
    <w:abstractNumId w:val="10"/>
  </w:num>
  <w:num w:numId="19" w16cid:durableId="19616425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03E"/>
    <w:rsid w:val="00034616"/>
    <w:rsid w:val="0006063C"/>
    <w:rsid w:val="0015074B"/>
    <w:rsid w:val="001B161D"/>
    <w:rsid w:val="00263452"/>
    <w:rsid w:val="0029639D"/>
    <w:rsid w:val="002E7D1C"/>
    <w:rsid w:val="00326F90"/>
    <w:rsid w:val="00327835"/>
    <w:rsid w:val="00356444"/>
    <w:rsid w:val="003D3EE6"/>
    <w:rsid w:val="005C6A98"/>
    <w:rsid w:val="00862686"/>
    <w:rsid w:val="0090782C"/>
    <w:rsid w:val="009C7EFE"/>
    <w:rsid w:val="00A00ECE"/>
    <w:rsid w:val="00A93723"/>
    <w:rsid w:val="00AA1D8D"/>
    <w:rsid w:val="00B265AC"/>
    <w:rsid w:val="00B47730"/>
    <w:rsid w:val="00B955D7"/>
    <w:rsid w:val="00BC34FE"/>
    <w:rsid w:val="00BF0C02"/>
    <w:rsid w:val="00C310A4"/>
    <w:rsid w:val="00C3504E"/>
    <w:rsid w:val="00C84F6C"/>
    <w:rsid w:val="00CB0664"/>
    <w:rsid w:val="00CD28A9"/>
    <w:rsid w:val="00E36063"/>
    <w:rsid w:val="00E93FC8"/>
    <w:rsid w:val="00EA61D4"/>
    <w:rsid w:val="00EC0261"/>
    <w:rsid w:val="00ED695B"/>
    <w:rsid w:val="00F60709"/>
    <w:rsid w:val="00F874A7"/>
    <w:rsid w:val="00FC693F"/>
    <w:rsid w:val="00FE02AA"/>
    <w:rsid w:val="00FE66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D5652B"/>
  <w14:defaultImageDpi w14:val="300"/>
  <w15:docId w15:val="{34E0A39A-9991-418A-9DD0-B1781AEF2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FE02AA"/>
    <w:pPr>
      <w:autoSpaceDE w:val="0"/>
      <w:autoSpaceDN w:val="0"/>
      <w:adjustRightInd w:val="0"/>
      <w:spacing w:after="0" w:line="240" w:lineRule="auto"/>
    </w:pPr>
    <w:rPr>
      <w:rFonts w:ascii="Times New Roman" w:eastAsia="Calibri" w:hAnsi="Times New Roman" w:cs="Times New Roman"/>
      <w:color w:val="000000"/>
      <w:sz w:val="24"/>
      <w:szCs w:val="24"/>
      <w:lang w:val="tr-TR"/>
    </w:rPr>
  </w:style>
  <w:style w:type="character" w:customStyle="1" w:styleId="spelle">
    <w:name w:val="spelle"/>
    <w:rsid w:val="00FE02AA"/>
  </w:style>
  <w:style w:type="character" w:customStyle="1" w:styleId="grame">
    <w:name w:val="grame"/>
    <w:rsid w:val="00FE0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Ayça Anameriç</cp:lastModifiedBy>
  <cp:revision>16</cp:revision>
  <dcterms:created xsi:type="dcterms:W3CDTF">2013-12-23T23:15:00Z</dcterms:created>
  <dcterms:modified xsi:type="dcterms:W3CDTF">2026-09-08T09:56:00Z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4af05db0-06d6-4bf6-a79f-0c38e1818d58</vt:lpwstr>
  </property>
</Properties>
</file>